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8D112" w14:textId="23BB87CD" w:rsidR="00FC3769" w:rsidRDefault="00BA17C9">
      <w:pPr>
        <w:jc w:val="center"/>
      </w:pPr>
      <w:r w:rsidRPr="0CB8D022">
        <w:rPr>
          <w:b/>
          <w:bCs/>
          <w:color w:val="0F243E" w:themeColor="text2" w:themeShade="80"/>
          <w:sz w:val="40"/>
          <w:szCs w:val="40"/>
        </w:rPr>
        <w:t>Secondar</w:t>
      </w:r>
      <w:r w:rsidR="64120399" w:rsidRPr="0CB8D022">
        <w:rPr>
          <w:b/>
          <w:bCs/>
          <w:color w:val="0F243E" w:themeColor="text2" w:themeShade="80"/>
          <w:sz w:val="40"/>
          <w:szCs w:val="40"/>
        </w:rPr>
        <w:t>y</w:t>
      </w:r>
      <w:r w:rsidRPr="0CB8D022">
        <w:rPr>
          <w:b/>
          <w:bCs/>
          <w:color w:val="0F243E" w:themeColor="text2" w:themeShade="80"/>
          <w:sz w:val="40"/>
          <w:szCs w:val="40"/>
        </w:rPr>
        <w:t xml:space="preserve"> Learner Information Form</w:t>
      </w:r>
    </w:p>
    <w:p w14:paraId="409BF637" w14:textId="77777777" w:rsidR="00FC3769" w:rsidRDefault="00BA17C9">
      <w:pPr>
        <w:jc w:val="center"/>
      </w:pPr>
      <w:r>
        <w:rPr>
          <w:b/>
          <w:color w:val="1F4E79"/>
          <w:sz w:val="22"/>
        </w:rPr>
        <w:t>Referral form for Warwickshire schools only</w:t>
      </w:r>
    </w:p>
    <w:tbl>
      <w:tblPr>
        <w:tblW w:w="0" w:type="auto"/>
        <w:jc w:val="center"/>
        <w:tblLook w:val="04A0" w:firstRow="1" w:lastRow="0" w:firstColumn="1" w:lastColumn="0" w:noHBand="0" w:noVBand="1"/>
      </w:tblPr>
      <w:tblGrid>
        <w:gridCol w:w="10646"/>
      </w:tblGrid>
      <w:tr w:rsidR="00FC3769" w14:paraId="5EA67195" w14:textId="77777777" w:rsidTr="009F10C4">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35A47B7B" w14:textId="77777777" w:rsidR="00FC3769" w:rsidRDefault="00BA17C9">
            <w:r>
              <w:rPr>
                <w:b/>
                <w:color w:val="0F243E"/>
              </w:rPr>
              <w:t>This is a referral form, not an admissions form. Please complete all sections fully. Incomplete referrals may be returned to the referrer. Do not include unnecessary confidential Child Protection information. If essential, please confirm it is available on request.</w:t>
            </w:r>
          </w:p>
        </w:tc>
      </w:tr>
    </w:tbl>
    <w:p w14:paraId="672A6659" w14:textId="77777777" w:rsidR="00FC3769" w:rsidRDefault="00FC3769"/>
    <w:p w14:paraId="5BAEE51E" w14:textId="77777777" w:rsidR="00FC3769" w:rsidRDefault="00BA17C9">
      <w:pPr>
        <w:spacing w:before="160" w:after="60"/>
      </w:pPr>
      <w:r>
        <w:rPr>
          <w:b/>
          <w:color w:val="1F4E79"/>
          <w:sz w:val="26"/>
        </w:rPr>
        <w:t>1. Referral Information</w:t>
      </w:r>
    </w:p>
    <w:p w14:paraId="51B642A8" w14:textId="77777777" w:rsidR="00FC3769" w:rsidRDefault="00BA17C9">
      <w:pPr>
        <w:spacing w:after="80"/>
      </w:pPr>
      <w:r>
        <w:rPr>
          <w:i/>
          <w:color w:val="555555"/>
          <w:sz w:val="17"/>
        </w:rPr>
        <w:t>Fields marked * should be completed before submission.</w:t>
      </w:r>
    </w:p>
    <w:tbl>
      <w:tblPr>
        <w:tblW w:w="0" w:type="auto"/>
        <w:jc w:val="center"/>
        <w:tblLook w:val="04A0" w:firstRow="1" w:lastRow="0" w:firstColumn="1" w:lastColumn="0" w:noHBand="0" w:noVBand="1"/>
      </w:tblPr>
      <w:tblGrid>
        <w:gridCol w:w="2198"/>
        <w:gridCol w:w="3105"/>
        <w:gridCol w:w="2213"/>
        <w:gridCol w:w="3130"/>
      </w:tblGrid>
      <w:tr w:rsidR="00FC3769" w14:paraId="10534C37" w14:textId="77777777" w:rsidTr="006343CD">
        <w:trPr>
          <w:jc w:val="center"/>
        </w:trPr>
        <w:tc>
          <w:tcPr>
            <w:tcW w:w="2198"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1F2C54C0" w14:textId="77777777" w:rsidR="00FC3769" w:rsidRDefault="00BA17C9">
            <w:r>
              <w:rPr>
                <w:b/>
                <w:color w:val="0F243E"/>
                <w:sz w:val="17"/>
              </w:rPr>
              <w:t>Date of referral *</w:t>
            </w:r>
          </w:p>
        </w:tc>
        <w:tc>
          <w:tcPr>
            <w:tcW w:w="310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5"/>
              <w:id w:val="1384512220"/>
              <w:lock w:val="sdtLocked"/>
            </w:sdtPr>
            <w:sdtEndPr/>
            <w:sdtContent>
              <w:sdt>
                <w:sdtPr>
                  <w:rPr>
                    <w:color w:val="666666"/>
                    <w:sz w:val="17"/>
                  </w:rPr>
                  <w:id w:val="-339087920"/>
                  <w:placeholder>
                    <w:docPart w:val="DefaultPlaceholder_-1854013437"/>
                  </w:placeholder>
                  <w:date>
                    <w:dateFormat w:val="dd/MM/yyyy"/>
                    <w:lid w:val="en-GB"/>
                    <w:storeMappedDataAs w:val="dateTime"/>
                    <w:calendar w:val="gregorian"/>
                  </w:date>
                </w:sdtPr>
                <w:sdtEndPr/>
                <w:sdtContent>
                  <w:p w14:paraId="5C47E75D" w14:textId="7AA639D7" w:rsidR="00FC3769" w:rsidRDefault="00BA17C9">
                    <w:r>
                      <w:rPr>
                        <w:color w:val="666666"/>
                        <w:sz w:val="17"/>
                      </w:rPr>
                      <w:t>Click or tap to enter date</w:t>
                    </w:r>
                  </w:p>
                </w:sdtContent>
              </w:sdt>
            </w:sdtContent>
          </w:sdt>
        </w:tc>
        <w:tc>
          <w:tcPr>
            <w:tcW w:w="2213"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7792679" w14:textId="76F37B34" w:rsidR="00FC3769" w:rsidRDefault="00654E73">
            <w:r>
              <w:rPr>
                <w:b/>
                <w:color w:val="0F243E"/>
                <w:sz w:val="17"/>
              </w:rPr>
              <w:t xml:space="preserve">Name of school or organisation </w:t>
            </w:r>
            <w:r w:rsidR="00BA17C9">
              <w:rPr>
                <w:b/>
                <w:color w:val="0F243E"/>
                <w:sz w:val="17"/>
              </w:rPr>
              <w:t>*</w:t>
            </w:r>
          </w:p>
        </w:tc>
        <w:tc>
          <w:tcPr>
            <w:tcW w:w="3130"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6"/>
              <w:id w:val="-933978216"/>
              <w:lock w:val="sdtLocked"/>
            </w:sdtPr>
            <w:sdtEndPr/>
            <w:sdtContent>
              <w:p w14:paraId="4C3E277F" w14:textId="77777777" w:rsidR="00FC3769" w:rsidRDefault="006E6BC2">
                <w:sdt>
                  <w:sdtPr>
                    <w:alias w:val="Information field"/>
                    <w:tag w:val="INFO_FIELD_0001"/>
                    <w:id w:val="766515772"/>
                    <w:lock w:val="sdtLocked"/>
                  </w:sdtPr>
                  <w:sdtEndPr/>
                  <w:sdtContent>
                    <w:r w:rsidR="00BA17C9">
                      <w:rPr>
                        <w:color w:val="666666"/>
                        <w:sz w:val="17"/>
                      </w:rPr>
                      <w:t>Click or tap here to enter text.</w:t>
                    </w:r>
                  </w:sdtContent>
                </w:sdt>
              </w:p>
            </w:sdtContent>
          </w:sdt>
        </w:tc>
      </w:tr>
      <w:tr w:rsidR="00FC3769" w14:paraId="66924D6F" w14:textId="77777777" w:rsidTr="001C282D">
        <w:trPr>
          <w:trHeight w:val="791"/>
          <w:jc w:val="center"/>
        </w:trPr>
        <w:tc>
          <w:tcPr>
            <w:tcW w:w="2198"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D5DCB59" w14:textId="77777777" w:rsidR="00FC3769" w:rsidRDefault="00BA17C9">
            <w:r>
              <w:rPr>
                <w:b/>
                <w:color w:val="0F243E"/>
                <w:sz w:val="17"/>
              </w:rPr>
              <w:t>Area *</w:t>
            </w:r>
          </w:p>
        </w:tc>
        <w:tc>
          <w:tcPr>
            <w:tcW w:w="310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7"/>
              <w:id w:val="-348021927"/>
              <w:lock w:val="sdtLocked"/>
            </w:sdtPr>
            <w:sdtEndPr/>
            <w:sdtContent>
              <w:p w14:paraId="7615F345" w14:textId="14F570AF" w:rsidR="00C91681" w:rsidRDefault="006E6BC2">
                <w:pPr>
                  <w:rPr>
                    <w:sz w:val="17"/>
                  </w:rPr>
                </w:pPr>
                <w:sdt>
                  <w:sdtPr>
                    <w:rPr>
                      <w:sz w:val="17"/>
                    </w:rPr>
                    <w:id w:val="1388219255"/>
                    <w14:checkbox>
                      <w14:checked w14:val="0"/>
                      <w14:checkedState w14:val="2612" w14:font="MS Gothic"/>
                      <w14:uncheckedState w14:val="2610" w14:font="MS Gothic"/>
                    </w14:checkbox>
                  </w:sdtPr>
                  <w:sdtEndPr/>
                  <w:sdtContent>
                    <w:r w:rsidR="00C04DFA">
                      <w:rPr>
                        <w:rFonts w:ascii="MS Gothic" w:eastAsia="MS Gothic" w:hAnsi="MS Gothic" w:hint="eastAsia"/>
                        <w:sz w:val="17"/>
                      </w:rPr>
                      <w:t>☐</w:t>
                    </w:r>
                  </w:sdtContent>
                </w:sdt>
                <w:r w:rsidR="00BA17C9">
                  <w:rPr>
                    <w:sz w:val="17"/>
                  </w:rPr>
                  <w:t xml:space="preserve">North   </w:t>
                </w:r>
                <w:sdt>
                  <w:sdtPr>
                    <w:rPr>
                      <w:sz w:val="17"/>
                    </w:rPr>
                    <w:id w:val="-1583516750"/>
                    <w14:checkbox>
                      <w14:checked w14:val="0"/>
                      <w14:checkedState w14:val="2612" w14:font="MS Gothic"/>
                      <w14:uncheckedState w14:val="2610" w14:font="MS Gothic"/>
                    </w14:checkbox>
                  </w:sdtPr>
                  <w:sdtEndPr/>
                  <w:sdtContent>
                    <w:r w:rsidR="00C04DFA">
                      <w:rPr>
                        <w:rFonts w:ascii="MS Gothic" w:eastAsia="MS Gothic" w:hAnsi="MS Gothic" w:hint="eastAsia"/>
                        <w:sz w:val="17"/>
                      </w:rPr>
                      <w:t>☐</w:t>
                    </w:r>
                  </w:sdtContent>
                </w:sdt>
                <w:r w:rsidR="00BA17C9">
                  <w:rPr>
                    <w:sz w:val="17"/>
                  </w:rPr>
                  <w:t xml:space="preserve">East   </w:t>
                </w:r>
                <w:sdt>
                  <w:sdtPr>
                    <w:rPr>
                      <w:sz w:val="17"/>
                    </w:rPr>
                    <w:id w:val="825563531"/>
                    <w14:checkbox>
                      <w14:checked w14:val="0"/>
                      <w14:checkedState w14:val="2612" w14:font="MS Gothic"/>
                      <w14:uncheckedState w14:val="2610" w14:font="MS Gothic"/>
                    </w14:checkbox>
                  </w:sdtPr>
                  <w:sdtEndPr/>
                  <w:sdtContent>
                    <w:r w:rsidR="00C04DFA">
                      <w:rPr>
                        <w:rFonts w:ascii="MS Gothic" w:eastAsia="MS Gothic" w:hAnsi="MS Gothic" w:hint="eastAsia"/>
                        <w:sz w:val="17"/>
                      </w:rPr>
                      <w:t>☐</w:t>
                    </w:r>
                  </w:sdtContent>
                </w:sdt>
                <w:r w:rsidR="00BA17C9">
                  <w:rPr>
                    <w:sz w:val="17"/>
                  </w:rPr>
                  <w:t xml:space="preserve">South   </w:t>
                </w:r>
                <w:sdt>
                  <w:sdtPr>
                    <w:rPr>
                      <w:sz w:val="17"/>
                    </w:rPr>
                    <w:id w:val="-1252590809"/>
                    <w14:checkbox>
                      <w14:checked w14:val="0"/>
                      <w14:checkedState w14:val="2612" w14:font="MS Gothic"/>
                      <w14:uncheckedState w14:val="2610" w14:font="MS Gothic"/>
                    </w14:checkbox>
                  </w:sdtPr>
                  <w:sdtEndPr/>
                  <w:sdtContent>
                    <w:r w:rsidR="00C91681">
                      <w:rPr>
                        <w:rFonts w:ascii="MS Gothic" w:eastAsia="MS Gothic" w:hAnsi="MS Gothic" w:hint="eastAsia"/>
                        <w:sz w:val="17"/>
                      </w:rPr>
                      <w:t>☐</w:t>
                    </w:r>
                  </w:sdtContent>
                </w:sdt>
                <w:r w:rsidR="00BA17C9">
                  <w:rPr>
                    <w:sz w:val="17"/>
                  </w:rPr>
                  <w:t xml:space="preserve">Central   </w:t>
                </w:r>
              </w:p>
              <w:p w14:paraId="720D178A" w14:textId="065DCEF6" w:rsidR="00FC3769" w:rsidRDefault="006E6BC2">
                <w:sdt>
                  <w:sdtPr>
                    <w:rPr>
                      <w:sz w:val="17"/>
                    </w:rPr>
                    <w:id w:val="-1460332671"/>
                    <w14:checkbox>
                      <w14:checked w14:val="0"/>
                      <w14:checkedState w14:val="2612" w14:font="MS Gothic"/>
                      <w14:uncheckedState w14:val="2610" w14:font="MS Gothic"/>
                    </w14:checkbox>
                  </w:sdtPr>
                  <w:sdtEndPr/>
                  <w:sdtContent>
                    <w:r w:rsidR="00C91681">
                      <w:rPr>
                        <w:rFonts w:ascii="MS Gothic" w:eastAsia="MS Gothic" w:hAnsi="MS Gothic" w:hint="eastAsia"/>
                        <w:sz w:val="17"/>
                      </w:rPr>
                      <w:t>☐</w:t>
                    </w:r>
                  </w:sdtContent>
                </w:sdt>
                <w:r w:rsidR="00BA17C9">
                  <w:rPr>
                    <w:sz w:val="17"/>
                  </w:rPr>
                  <w:t>N</w:t>
                </w:r>
                <w:r w:rsidR="006343CD">
                  <w:rPr>
                    <w:sz w:val="17"/>
                  </w:rPr>
                  <w:t>uneaton and Bedworth</w:t>
                </w:r>
              </w:p>
            </w:sdtContent>
          </w:sdt>
        </w:tc>
        <w:tc>
          <w:tcPr>
            <w:tcW w:w="2213"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B6E2B2E" w14:textId="040E5FE1" w:rsidR="00FC3769" w:rsidRDefault="001C282D">
            <w:r>
              <w:rPr>
                <w:b/>
                <w:color w:val="0F243E"/>
                <w:sz w:val="17"/>
              </w:rPr>
              <w:t xml:space="preserve">Name of person completing form and position </w:t>
            </w:r>
            <w:r w:rsidR="00BA17C9">
              <w:rPr>
                <w:b/>
                <w:color w:val="0F243E"/>
                <w:sz w:val="17"/>
              </w:rPr>
              <w:t>*</w:t>
            </w:r>
          </w:p>
        </w:tc>
        <w:tc>
          <w:tcPr>
            <w:tcW w:w="3130"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8"/>
              <w:id w:val="1926696512"/>
              <w:lock w:val="sdtLocked"/>
            </w:sdtPr>
            <w:sdtEndPr/>
            <w:sdtContent>
              <w:p w14:paraId="4F14D7C8" w14:textId="77777777" w:rsidR="00FC3769" w:rsidRDefault="006E6BC2">
                <w:sdt>
                  <w:sdtPr>
                    <w:alias w:val="Information field"/>
                    <w:tag w:val="INFO_FIELD_0002"/>
                    <w:id w:val="-102893715"/>
                    <w:lock w:val="sdtLocked"/>
                  </w:sdtPr>
                  <w:sdtEndPr/>
                  <w:sdtContent>
                    <w:r w:rsidR="00BA17C9">
                      <w:rPr>
                        <w:color w:val="666666"/>
                        <w:sz w:val="17"/>
                      </w:rPr>
                      <w:t>Click or tap here to enter text.</w:t>
                    </w:r>
                  </w:sdtContent>
                </w:sdt>
              </w:p>
            </w:sdtContent>
          </w:sdt>
        </w:tc>
      </w:tr>
      <w:tr w:rsidR="0099176C" w14:paraId="31743832" w14:textId="77777777" w:rsidTr="0099176C">
        <w:trPr>
          <w:trHeight w:val="394"/>
          <w:jc w:val="center"/>
        </w:trPr>
        <w:tc>
          <w:tcPr>
            <w:tcW w:w="10646" w:type="dxa"/>
            <w:gridSpan w:val="4"/>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DDF7EB3" w14:textId="1AFA74CF" w:rsidR="0099176C" w:rsidRDefault="0099176C">
            <w:r>
              <w:rPr>
                <w:b/>
                <w:color w:val="0F243E"/>
                <w:sz w:val="17"/>
              </w:rPr>
              <w:t>Referral reason *</w:t>
            </w:r>
          </w:p>
        </w:tc>
      </w:tr>
      <w:tr w:rsidR="0099176C" w14:paraId="5C0F5A9D" w14:textId="77777777" w:rsidTr="00976F57">
        <w:trPr>
          <w:trHeight w:val="394"/>
          <w:jc w:val="center"/>
        </w:trPr>
        <w:tc>
          <w:tcPr>
            <w:tcW w:w="10646" w:type="dxa"/>
            <w:gridSpan w:val="4"/>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9"/>
              <w:id w:val="193664011"/>
              <w:lock w:val="sdtLocked"/>
            </w:sdtPr>
            <w:sdtEndPr/>
            <w:sdtContent>
              <w:p w14:paraId="5700FDA4" w14:textId="17D242A3" w:rsidR="00537C84" w:rsidRPr="00CA5FFD" w:rsidRDefault="006E6BC2">
                <w:pPr>
                  <w:rPr>
                    <w:sz w:val="17"/>
                  </w:rPr>
                </w:pPr>
                <w:sdt>
                  <w:sdtPr>
                    <w:rPr>
                      <w:sz w:val="17"/>
                    </w:rPr>
                    <w:id w:val="-930435744"/>
                    <w14:checkbox>
                      <w14:checked w14:val="0"/>
                      <w14:checkedState w14:val="2612" w14:font="MS Gothic"/>
                      <w14:uncheckedState w14:val="2610" w14:font="MS Gothic"/>
                    </w14:checkbox>
                  </w:sdtPr>
                  <w:sdtEndPr/>
                  <w:sdtContent>
                    <w:r w:rsidR="006035CB">
                      <w:rPr>
                        <w:rFonts w:ascii="MS Gothic" w:eastAsia="MS Gothic" w:hAnsi="MS Gothic" w:hint="eastAsia"/>
                        <w:sz w:val="17"/>
                      </w:rPr>
                      <w:t>☐</w:t>
                    </w:r>
                  </w:sdtContent>
                </w:sdt>
                <w:r w:rsidR="0099176C">
                  <w:rPr>
                    <w:sz w:val="17"/>
                  </w:rPr>
                  <w:t xml:space="preserve">Permanent Exclusion   </w:t>
                </w:r>
                <w:sdt>
                  <w:sdtPr>
                    <w:rPr>
                      <w:sz w:val="17"/>
                    </w:rPr>
                    <w:id w:val="96154253"/>
                    <w14:checkbox>
                      <w14:checked w14:val="0"/>
                      <w14:checkedState w14:val="2612" w14:font="MS Gothic"/>
                      <w14:uncheckedState w14:val="2610" w14:font="MS Gothic"/>
                    </w14:checkbox>
                  </w:sdtPr>
                  <w:sdtEndPr/>
                  <w:sdtContent>
                    <w:r w:rsidR="00C04DFA">
                      <w:rPr>
                        <w:rFonts w:ascii="MS Gothic" w:eastAsia="MS Gothic" w:hAnsi="MS Gothic" w:hint="eastAsia"/>
                        <w:sz w:val="17"/>
                      </w:rPr>
                      <w:t>☐</w:t>
                    </w:r>
                  </w:sdtContent>
                </w:sdt>
                <w:r w:rsidR="0099176C">
                  <w:rPr>
                    <w:sz w:val="17"/>
                  </w:rPr>
                  <w:t xml:space="preserve">Attendance at AP   </w:t>
                </w:r>
                <w:sdt>
                  <w:sdtPr>
                    <w:rPr>
                      <w:sz w:val="17"/>
                    </w:rPr>
                    <w:id w:val="-2096226706"/>
                    <w14:checkbox>
                      <w14:checked w14:val="0"/>
                      <w14:checkedState w14:val="2612" w14:font="MS Gothic"/>
                      <w14:uncheckedState w14:val="2610" w14:font="MS Gothic"/>
                    </w14:checkbox>
                  </w:sdtPr>
                  <w:sdtEndPr/>
                  <w:sdtContent>
                    <w:r w:rsidR="00C91681">
                      <w:rPr>
                        <w:rFonts w:ascii="MS Gothic" w:eastAsia="MS Gothic" w:hAnsi="MS Gothic" w:hint="eastAsia"/>
                        <w:sz w:val="17"/>
                      </w:rPr>
                      <w:t>☐</w:t>
                    </w:r>
                  </w:sdtContent>
                </w:sdt>
                <w:r w:rsidR="0099176C">
                  <w:rPr>
                    <w:sz w:val="17"/>
                  </w:rPr>
                  <w:t xml:space="preserve">Return from EHE   </w:t>
                </w:r>
                <w:sdt>
                  <w:sdtPr>
                    <w:rPr>
                      <w:sz w:val="17"/>
                    </w:rPr>
                    <w:id w:val="2103602316"/>
                    <w14:checkbox>
                      <w14:checked w14:val="0"/>
                      <w14:checkedState w14:val="2612" w14:font="MS Gothic"/>
                      <w14:uncheckedState w14:val="2610" w14:font="MS Gothic"/>
                    </w14:checkbox>
                  </w:sdtPr>
                  <w:sdtEndPr/>
                  <w:sdtContent>
                    <w:r w:rsidR="00C91681">
                      <w:rPr>
                        <w:rFonts w:ascii="MS Gothic" w:eastAsia="MS Gothic" w:hAnsi="MS Gothic" w:hint="eastAsia"/>
                        <w:sz w:val="17"/>
                      </w:rPr>
                      <w:t>☐</w:t>
                    </w:r>
                  </w:sdtContent>
                </w:sdt>
                <w:r w:rsidR="0099176C">
                  <w:rPr>
                    <w:sz w:val="17"/>
                  </w:rPr>
                  <w:t xml:space="preserve">CME   </w:t>
                </w:r>
                <w:sdt>
                  <w:sdtPr>
                    <w:rPr>
                      <w:sz w:val="17"/>
                    </w:rPr>
                    <w:id w:val="1494528884"/>
                    <w14:checkbox>
                      <w14:checked w14:val="0"/>
                      <w14:checkedState w14:val="2612" w14:font="MS Gothic"/>
                      <w14:uncheckedState w14:val="2610" w14:font="MS Gothic"/>
                    </w14:checkbox>
                  </w:sdtPr>
                  <w:sdtEndPr/>
                  <w:sdtContent>
                    <w:r w:rsidR="00C91681">
                      <w:rPr>
                        <w:rFonts w:ascii="MS Gothic" w:eastAsia="MS Gothic" w:hAnsi="MS Gothic" w:hint="eastAsia"/>
                        <w:sz w:val="17"/>
                      </w:rPr>
                      <w:t>☐</w:t>
                    </w:r>
                  </w:sdtContent>
                </w:sdt>
                <w:r w:rsidR="0099176C">
                  <w:rPr>
                    <w:sz w:val="17"/>
                  </w:rPr>
                  <w:t xml:space="preserve">Managed Move   </w:t>
                </w:r>
                <w:sdt>
                  <w:sdtPr>
                    <w:rPr>
                      <w:sz w:val="17"/>
                    </w:rPr>
                    <w:id w:val="1553193391"/>
                    <w14:checkbox>
                      <w14:checked w14:val="0"/>
                      <w14:checkedState w14:val="2612" w14:font="MS Gothic"/>
                      <w14:uncheckedState w14:val="2610" w14:font="MS Gothic"/>
                    </w14:checkbox>
                  </w:sdtPr>
                  <w:sdtEndPr/>
                  <w:sdtContent>
                    <w:r w:rsidR="00F25E64">
                      <w:rPr>
                        <w:rFonts w:ascii="MS Gothic" w:eastAsia="MS Gothic" w:hAnsi="MS Gothic" w:hint="eastAsia"/>
                        <w:sz w:val="17"/>
                      </w:rPr>
                      <w:t>☐</w:t>
                    </w:r>
                  </w:sdtContent>
                </w:sdt>
                <w:r w:rsidR="0099176C">
                  <w:rPr>
                    <w:sz w:val="17"/>
                  </w:rPr>
                  <w:t xml:space="preserve">Off-Site Direction   </w:t>
                </w:r>
                <w:sdt>
                  <w:sdtPr>
                    <w:rPr>
                      <w:sz w:val="17"/>
                    </w:rPr>
                    <w:id w:val="-1302226694"/>
                    <w14:checkbox>
                      <w14:checked w14:val="0"/>
                      <w14:checkedState w14:val="2612" w14:font="MS Gothic"/>
                      <w14:uncheckedState w14:val="2610" w14:font="MS Gothic"/>
                    </w14:checkbox>
                  </w:sdtPr>
                  <w:sdtEndPr/>
                  <w:sdtContent>
                    <w:r w:rsidR="00C91681">
                      <w:rPr>
                        <w:rFonts w:ascii="MS Gothic" w:eastAsia="MS Gothic" w:hAnsi="MS Gothic" w:hint="eastAsia"/>
                        <w:sz w:val="17"/>
                      </w:rPr>
                      <w:t>☐</w:t>
                    </w:r>
                  </w:sdtContent>
                </w:sdt>
                <w:r w:rsidR="0099176C">
                  <w:rPr>
                    <w:sz w:val="17"/>
                  </w:rPr>
                  <w:t>Other</w:t>
                </w:r>
              </w:p>
            </w:sdtContent>
          </w:sdt>
        </w:tc>
      </w:tr>
    </w:tbl>
    <w:p w14:paraId="5DAB6C7B" w14:textId="77777777" w:rsidR="00FC3769" w:rsidRDefault="00FC3769"/>
    <w:tbl>
      <w:tblPr>
        <w:tblW w:w="0" w:type="auto"/>
        <w:jc w:val="center"/>
        <w:tblLook w:val="04A0" w:firstRow="1" w:lastRow="0" w:firstColumn="1" w:lastColumn="0" w:noHBand="0" w:noVBand="1"/>
      </w:tblPr>
      <w:tblGrid>
        <w:gridCol w:w="10646"/>
      </w:tblGrid>
      <w:tr w:rsidR="006D7ED7" w14:paraId="1735D79D" w14:textId="77777777" w:rsidTr="002F2661">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2F793C36" w14:textId="77777777" w:rsidR="006D7ED7" w:rsidRPr="00C91681" w:rsidRDefault="006D7ED7" w:rsidP="002F2661">
            <w:pPr>
              <w:spacing w:after="0"/>
              <w:jc w:val="center"/>
              <w:rPr>
                <w:b/>
                <w:color w:val="0F243E"/>
                <w:sz w:val="32"/>
                <w:szCs w:val="40"/>
              </w:rPr>
            </w:pPr>
            <w:r w:rsidRPr="00C91681">
              <w:rPr>
                <w:b/>
                <w:color w:val="0F243E"/>
                <w:sz w:val="32"/>
                <w:szCs w:val="40"/>
              </w:rPr>
              <w:t>Reason for Permanent Exclusion,</w:t>
            </w:r>
          </w:p>
          <w:p w14:paraId="5907B19E" w14:textId="77777777" w:rsidR="006D7ED7" w:rsidRDefault="006D7ED7" w:rsidP="002F2661">
            <w:pPr>
              <w:spacing w:after="0"/>
              <w:jc w:val="center"/>
            </w:pPr>
            <w:r w:rsidRPr="00C91681">
              <w:rPr>
                <w:b/>
                <w:color w:val="0F243E"/>
                <w:sz w:val="20"/>
                <w:szCs w:val="24"/>
              </w:rPr>
              <w:t>Provide details of the incident that led to the exclusion</w:t>
            </w:r>
          </w:p>
        </w:tc>
      </w:tr>
      <w:tr w:rsidR="006D7ED7" w14:paraId="2F1BC272" w14:textId="77777777" w:rsidTr="002F2661">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0"/>
              <w:id w:val="-1248955316"/>
              <w:lock w:val="sdtLocked"/>
            </w:sdtPr>
            <w:sdtEndPr/>
            <w:sdtContent>
              <w:p w14:paraId="079D5404" w14:textId="77777777" w:rsidR="006D7ED7" w:rsidRDefault="006D7ED7" w:rsidP="002F2661">
                <w:pPr>
                  <w:spacing w:after="0"/>
                  <w:rPr>
                    <w:color w:val="777777"/>
                  </w:rPr>
                </w:pPr>
              </w:p>
              <w:tbl>
                <w:tblPr>
                  <w:tblW w:w="0" w:type="auto"/>
                  <w:jc w:val="center"/>
                  <w:tblLook w:val="04A0" w:firstRow="1" w:lastRow="0" w:firstColumn="1" w:lastColumn="0" w:noHBand="0" w:noVBand="1"/>
                </w:tblPr>
                <w:tblGrid>
                  <w:gridCol w:w="9809"/>
                  <w:gridCol w:w="627"/>
                </w:tblGrid>
                <w:tr w:rsidR="006D7ED7" w14:paraId="5A7E0044" w14:textId="77777777" w:rsidTr="002F2661">
                  <w:trPr>
                    <w:jc w:val="center"/>
                  </w:trPr>
                  <w:tc>
                    <w:tcPr>
                      <w:tcW w:w="9809"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39ACD6D9" w14:textId="77777777" w:rsidR="006D7ED7" w:rsidRDefault="006D7ED7" w:rsidP="002F2661">
                      <w:pPr>
                        <w:rPr>
                          <w:sz w:val="16"/>
                        </w:rPr>
                      </w:pPr>
                      <w:r>
                        <w:rPr>
                          <w:sz w:val="16"/>
                        </w:rPr>
                        <w:t xml:space="preserve">Serious breach or persistent breaches of the school </w:t>
                      </w:r>
                      <w:proofErr w:type="spellStart"/>
                      <w:r>
                        <w:rPr>
                          <w:sz w:val="16"/>
                        </w:rPr>
                        <w:t>behaviour</w:t>
                      </w:r>
                      <w:proofErr w:type="spellEnd"/>
                      <w:r>
                        <w:rPr>
                          <w:sz w:val="16"/>
                        </w:rPr>
                        <w:t xml:space="preserve"> policy (please provide details)</w:t>
                      </w:r>
                    </w:p>
                    <w:p w14:paraId="36BB21EB" w14:textId="77777777" w:rsidR="006D7ED7" w:rsidRPr="008F432B" w:rsidRDefault="006E6BC2" w:rsidP="002F2661">
                      <w:pPr>
                        <w:rPr>
                          <w:sz w:val="16"/>
                        </w:rPr>
                      </w:pPr>
                      <w:sdt>
                        <w:sdtPr>
                          <w:alias w:val="Information field"/>
                          <w:tag w:val="INFO_FIELD_0003"/>
                          <w:id w:val="692964208"/>
                          <w:lock w:val="sdtLocked"/>
                        </w:sdtPr>
                        <w:sdtEndPr/>
                        <w:sdtContent>
                          <w:r w:rsidR="006D7ED7">
                            <w:rPr>
                              <w:color w:val="666666"/>
                              <w:sz w:val="17"/>
                            </w:rPr>
                            <w:t>Click or tap here to enter text</w:t>
                          </w:r>
                        </w:sdtContent>
                      </w:sdt>
                    </w:p>
                  </w:tc>
                  <w:sdt>
                    <w:sdtPr>
                      <w:id w:val="-2029163287"/>
                      <w14:checkbox>
                        <w14:checked w14:val="1"/>
                        <w14:checkedState w14:val="2612" w14:font="MS Gothic"/>
                        <w14:uncheckedState w14:val="2610" w14:font="MS Gothic"/>
                      </w14:checkbox>
                    </w:sdtPr>
                    <w:sdtEndPr/>
                    <w:sdtContent>
                      <w:tc>
                        <w:tcPr>
                          <w:tcW w:w="627"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4410FB1A" w14:textId="25FA7812" w:rsidR="006D7ED7" w:rsidRDefault="00C04DFA" w:rsidP="002F2661">
                          <w:pPr>
                            <w:spacing w:after="0" w:line="252" w:lineRule="auto"/>
                            <w:jc w:val="center"/>
                          </w:pPr>
                          <w:r>
                            <w:rPr>
                              <w:rFonts w:ascii="MS Gothic" w:eastAsia="MS Gothic" w:hAnsi="MS Gothic" w:hint="eastAsia"/>
                            </w:rPr>
                            <w:t>☒</w:t>
                          </w:r>
                        </w:p>
                      </w:tc>
                    </w:sdtContent>
                  </w:sdt>
                </w:tr>
                <w:tr w:rsidR="006D7ED7" w14:paraId="286D1FDB" w14:textId="77777777" w:rsidTr="002F2661">
                  <w:trPr>
                    <w:jc w:val="center"/>
                  </w:trPr>
                  <w:tc>
                    <w:tcPr>
                      <w:tcW w:w="9809"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2EDD1928" w14:textId="77777777" w:rsidR="006D7ED7" w:rsidRDefault="006D7ED7" w:rsidP="002F2661">
                      <w:pPr>
                        <w:rPr>
                          <w:sz w:val="16"/>
                        </w:rPr>
                      </w:pPr>
                      <w:r>
                        <w:rPr>
                          <w:sz w:val="16"/>
                        </w:rPr>
                        <w:t>Serious harm to the education or welfare of the pupil or others (please provide details)</w:t>
                      </w:r>
                    </w:p>
                    <w:p w14:paraId="731ACEF2" w14:textId="77777777" w:rsidR="006D7ED7" w:rsidRDefault="006E6BC2" w:rsidP="002F2661">
                      <w:sdt>
                        <w:sdtPr>
                          <w:alias w:val="Information field"/>
                          <w:tag w:val="INFO_FIELD_0004"/>
                          <w:id w:val="-593006788"/>
                          <w:lock w:val="sdtLocked"/>
                        </w:sdtPr>
                        <w:sdtEndPr/>
                        <w:sdtContent>
                          <w:r w:rsidR="006D7ED7">
                            <w:rPr>
                              <w:color w:val="666666"/>
                              <w:sz w:val="17"/>
                            </w:rPr>
                            <w:t>Click or tap here to enter text</w:t>
                          </w:r>
                        </w:sdtContent>
                      </w:sdt>
                    </w:p>
                  </w:tc>
                  <w:sdt>
                    <w:sdtPr>
                      <w:id w:val="1544940151"/>
                      <w14:checkbox>
                        <w14:checked w14:val="0"/>
                        <w14:checkedState w14:val="2612" w14:font="MS Gothic"/>
                        <w14:uncheckedState w14:val="2610" w14:font="MS Gothic"/>
                      </w14:checkbox>
                    </w:sdtPr>
                    <w:sdtEndPr/>
                    <w:sdtContent>
                      <w:tc>
                        <w:tcPr>
                          <w:tcW w:w="627"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66821BB0" w14:textId="0DFC5216" w:rsidR="006D7ED7" w:rsidRDefault="006035CB" w:rsidP="002F2661">
                          <w:pPr>
                            <w:spacing w:after="0" w:line="252" w:lineRule="auto"/>
                            <w:jc w:val="center"/>
                          </w:pPr>
                          <w:r>
                            <w:rPr>
                              <w:rFonts w:ascii="MS Gothic" w:eastAsia="MS Gothic" w:hAnsi="MS Gothic" w:hint="eastAsia"/>
                            </w:rPr>
                            <w:t>☐</w:t>
                          </w:r>
                        </w:p>
                      </w:tc>
                    </w:sdtContent>
                  </w:sdt>
                </w:tr>
              </w:tbl>
              <w:p w14:paraId="7D6BE421" w14:textId="77777777" w:rsidR="006D7ED7" w:rsidRDefault="006E6BC2" w:rsidP="002F2661">
                <w:pPr>
                  <w:spacing w:after="0"/>
                </w:pPr>
              </w:p>
            </w:sdtContent>
          </w:sdt>
        </w:tc>
      </w:tr>
    </w:tbl>
    <w:p w14:paraId="02EB378F" w14:textId="7559E5FE" w:rsidR="006343CD" w:rsidRDefault="006343CD"/>
    <w:p w14:paraId="14D93471" w14:textId="77777777" w:rsidR="006343CD" w:rsidRDefault="006343CD">
      <w:r>
        <w:br w:type="page"/>
      </w:r>
    </w:p>
    <w:p w14:paraId="28BCFD9B" w14:textId="77777777" w:rsidR="00FC3769" w:rsidRDefault="00FC3769"/>
    <w:p w14:paraId="0D5114C9" w14:textId="77777777" w:rsidR="00FC3769" w:rsidRDefault="00BA17C9">
      <w:pPr>
        <w:spacing w:before="160" w:after="60"/>
      </w:pPr>
      <w:r>
        <w:rPr>
          <w:b/>
          <w:color w:val="1F4E79"/>
          <w:sz w:val="26"/>
        </w:rPr>
        <w:t>2. Child / Young Person Details</w:t>
      </w:r>
    </w:p>
    <w:tbl>
      <w:tblPr>
        <w:tblW w:w="0" w:type="auto"/>
        <w:jc w:val="center"/>
        <w:tblLook w:val="04A0" w:firstRow="1" w:lastRow="0" w:firstColumn="1" w:lastColumn="0" w:noHBand="0" w:noVBand="1"/>
      </w:tblPr>
      <w:tblGrid>
        <w:gridCol w:w="2661"/>
        <w:gridCol w:w="2662"/>
        <w:gridCol w:w="2661"/>
        <w:gridCol w:w="2662"/>
      </w:tblGrid>
      <w:tr w:rsidR="005735F8" w14:paraId="441411F3" w14:textId="77777777" w:rsidTr="002F2661">
        <w:trPr>
          <w:jc w:val="center"/>
        </w:trPr>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01A5567" w14:textId="77777777" w:rsidR="005735F8" w:rsidRDefault="005735F8" w:rsidP="002F2661">
            <w:pPr>
              <w:spacing w:after="0"/>
            </w:pPr>
            <w:r>
              <w:rPr>
                <w:b/>
                <w:color w:val="0F243E"/>
                <w:sz w:val="17"/>
              </w:rPr>
              <w:t>Child / young person full name *</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1"/>
              <w:id w:val="1836564123"/>
              <w:lock w:val="sdtLocked"/>
            </w:sdtPr>
            <w:sdtEndPr/>
            <w:sdtContent>
              <w:p w14:paraId="1D4B314D" w14:textId="77777777" w:rsidR="005735F8" w:rsidRDefault="006E6BC2" w:rsidP="002F2661">
                <w:pPr>
                  <w:spacing w:after="0"/>
                </w:pPr>
                <w:sdt>
                  <w:sdtPr>
                    <w:alias w:val="Information field"/>
                    <w:tag w:val="INFO_FIELD_0005"/>
                    <w:id w:val="-452093706"/>
                    <w:lock w:val="sdtLocked"/>
                  </w:sdtPr>
                  <w:sdtEndPr/>
                  <w:sdtContent>
                    <w:r w:rsidR="005735F8">
                      <w:rPr>
                        <w:color w:val="666666"/>
                        <w:sz w:val="17"/>
                      </w:rPr>
                      <w:t>Click or tap here to enter text.</w:t>
                    </w:r>
                  </w:sdtContent>
                </w:sdt>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8AF2B7D" w14:textId="77777777" w:rsidR="005735F8" w:rsidRDefault="005735F8" w:rsidP="002F2661">
            <w:pPr>
              <w:spacing w:after="0"/>
            </w:pPr>
            <w:r>
              <w:rPr>
                <w:b/>
                <w:color w:val="0F243E"/>
                <w:sz w:val="17"/>
              </w:rPr>
              <w:t>Date of birth *</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2"/>
              <w:id w:val="547426757"/>
              <w:lock w:val="sdtLocked"/>
            </w:sdtPr>
            <w:sdtEndPr/>
            <w:sdtContent>
              <w:p w14:paraId="2324566B" w14:textId="77777777" w:rsidR="005735F8" w:rsidRDefault="006E6BC2" w:rsidP="002F2661">
                <w:pPr>
                  <w:spacing w:after="0"/>
                </w:pPr>
                <w:sdt>
                  <w:sdtPr>
                    <w:alias w:val="Information field"/>
                    <w:tag w:val="INFO_FIELD_0006"/>
                    <w:id w:val="-1210260981"/>
                    <w:lock w:val="sdtLocked"/>
                  </w:sdtPr>
                  <w:sdtEndPr/>
                  <w:sdtContent>
                    <w:r w:rsidR="005735F8">
                      <w:rPr>
                        <w:color w:val="666666"/>
                        <w:sz w:val="17"/>
                      </w:rPr>
                      <w:t>Click or tap to enter date</w:t>
                    </w:r>
                  </w:sdtContent>
                </w:sdt>
              </w:p>
            </w:sdtContent>
          </w:sdt>
        </w:tc>
      </w:tr>
      <w:tr w:rsidR="005735F8" w14:paraId="670668ED" w14:textId="77777777" w:rsidTr="002F2661">
        <w:trPr>
          <w:jc w:val="center"/>
        </w:trPr>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1017144" w14:textId="77777777" w:rsidR="005735F8" w:rsidRDefault="005735F8" w:rsidP="002F2661">
            <w:pPr>
              <w:spacing w:after="0"/>
            </w:pPr>
            <w:r>
              <w:rPr>
                <w:b/>
                <w:color w:val="0F243E"/>
                <w:sz w:val="17"/>
              </w:rPr>
              <w:t>National Curriculum year group *</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3"/>
              <w:id w:val="-155617232"/>
              <w:lock w:val="sdtLocked"/>
            </w:sdtPr>
            <w:sdtEndPr/>
            <w:sdtContent>
              <w:p w14:paraId="6DD2F9C0" w14:textId="63F0DB5C" w:rsidR="00C91681" w:rsidRDefault="006E6BC2" w:rsidP="002F2661">
                <w:pPr>
                  <w:spacing w:after="0"/>
                  <w:rPr>
                    <w:color w:val="666666"/>
                    <w:sz w:val="17"/>
                  </w:rPr>
                </w:pPr>
                <w:sdt>
                  <w:sdtPr>
                    <w:rPr>
                      <w:color w:val="666666"/>
                      <w:sz w:val="17"/>
                    </w:rPr>
                    <w:id w:val="223802175"/>
                    <w14:checkbox>
                      <w14:checked w14:val="0"/>
                      <w14:checkedState w14:val="2612" w14:font="MS Gothic"/>
                      <w14:uncheckedState w14:val="2610" w14:font="MS Gothic"/>
                    </w14:checkbox>
                  </w:sdtPr>
                  <w:sdtEndPr/>
                  <w:sdtContent>
                    <w:r w:rsidR="00C91681">
                      <w:rPr>
                        <w:rFonts w:ascii="MS Gothic" w:eastAsia="MS Gothic" w:hAnsi="MS Gothic" w:hint="eastAsia"/>
                        <w:color w:val="666666"/>
                        <w:sz w:val="17"/>
                      </w:rPr>
                      <w:t>☐</w:t>
                    </w:r>
                  </w:sdtContent>
                </w:sdt>
                <w:r w:rsidR="008F392C">
                  <w:rPr>
                    <w:color w:val="666666"/>
                    <w:sz w:val="17"/>
                  </w:rPr>
                  <w:t>Year 7</w:t>
                </w:r>
                <w:r w:rsidR="005735F8">
                  <w:rPr>
                    <w:color w:val="666666"/>
                    <w:sz w:val="17"/>
                  </w:rPr>
                  <w:t xml:space="preserve">  </w:t>
                </w:r>
                <w:sdt>
                  <w:sdtPr>
                    <w:rPr>
                      <w:color w:val="666666"/>
                      <w:sz w:val="17"/>
                    </w:rPr>
                    <w:id w:val="507336580"/>
                    <w14:checkbox>
                      <w14:checked w14:val="0"/>
                      <w14:checkedState w14:val="2612" w14:font="MS Gothic"/>
                      <w14:uncheckedState w14:val="2610" w14:font="MS Gothic"/>
                    </w14:checkbox>
                  </w:sdtPr>
                  <w:sdtEndPr/>
                  <w:sdtContent>
                    <w:r w:rsidR="00C04DFA">
                      <w:rPr>
                        <w:rFonts w:ascii="MS Gothic" w:eastAsia="MS Gothic" w:hAnsi="MS Gothic" w:hint="eastAsia"/>
                        <w:color w:val="666666"/>
                        <w:sz w:val="17"/>
                      </w:rPr>
                      <w:t>☐</w:t>
                    </w:r>
                  </w:sdtContent>
                </w:sdt>
                <w:r w:rsidR="005735F8">
                  <w:rPr>
                    <w:color w:val="666666"/>
                    <w:sz w:val="17"/>
                  </w:rPr>
                  <w:t xml:space="preserve">Year </w:t>
                </w:r>
                <w:r w:rsidR="008F392C">
                  <w:rPr>
                    <w:color w:val="666666"/>
                    <w:sz w:val="17"/>
                  </w:rPr>
                  <w:t>8</w:t>
                </w:r>
                <w:r w:rsidR="005735F8">
                  <w:rPr>
                    <w:color w:val="666666"/>
                    <w:sz w:val="17"/>
                  </w:rPr>
                  <w:t xml:space="preserve">  </w:t>
                </w:r>
                <w:sdt>
                  <w:sdtPr>
                    <w:rPr>
                      <w:color w:val="666666"/>
                      <w:sz w:val="17"/>
                    </w:rPr>
                    <w:id w:val="-605658655"/>
                    <w14:checkbox>
                      <w14:checked w14:val="0"/>
                      <w14:checkedState w14:val="2612" w14:font="MS Gothic"/>
                      <w14:uncheckedState w14:val="2610" w14:font="MS Gothic"/>
                    </w14:checkbox>
                  </w:sdtPr>
                  <w:sdtEndPr/>
                  <w:sdtContent>
                    <w:r w:rsidR="00C91681">
                      <w:rPr>
                        <w:rFonts w:ascii="MS Gothic" w:eastAsia="MS Gothic" w:hAnsi="MS Gothic" w:hint="eastAsia"/>
                        <w:color w:val="666666"/>
                        <w:sz w:val="17"/>
                      </w:rPr>
                      <w:t>☐</w:t>
                    </w:r>
                  </w:sdtContent>
                </w:sdt>
                <w:r w:rsidR="005735F8">
                  <w:rPr>
                    <w:color w:val="666666"/>
                    <w:sz w:val="17"/>
                  </w:rPr>
                  <w:t xml:space="preserve">Year </w:t>
                </w:r>
                <w:r w:rsidR="008F392C">
                  <w:rPr>
                    <w:color w:val="666666"/>
                    <w:sz w:val="17"/>
                  </w:rPr>
                  <w:t>9</w:t>
                </w:r>
              </w:p>
              <w:p w14:paraId="3F631D50" w14:textId="147AD401" w:rsidR="005735F8" w:rsidRDefault="005735F8" w:rsidP="002F2661">
                <w:pPr>
                  <w:spacing w:after="0"/>
                </w:pPr>
                <w:r>
                  <w:rPr>
                    <w:color w:val="666666"/>
                    <w:sz w:val="17"/>
                  </w:rPr>
                  <w:t xml:space="preserve">   </w:t>
                </w:r>
                <w:sdt>
                  <w:sdtPr>
                    <w:rPr>
                      <w:color w:val="666666"/>
                      <w:sz w:val="17"/>
                    </w:rPr>
                    <w:id w:val="1019277727"/>
                    <w14:checkbox>
                      <w14:checked w14:val="0"/>
                      <w14:checkedState w14:val="2612" w14:font="MS Gothic"/>
                      <w14:uncheckedState w14:val="2610" w14:font="MS Gothic"/>
                    </w14:checkbox>
                  </w:sdtPr>
                  <w:sdtEndPr/>
                  <w:sdtContent>
                    <w:r w:rsidR="00C91681">
                      <w:rPr>
                        <w:rFonts w:ascii="MS Gothic" w:eastAsia="MS Gothic" w:hAnsi="MS Gothic" w:hint="eastAsia"/>
                        <w:color w:val="666666"/>
                        <w:sz w:val="17"/>
                      </w:rPr>
                      <w:t>☐</w:t>
                    </w:r>
                  </w:sdtContent>
                </w:sdt>
                <w:r>
                  <w:rPr>
                    <w:color w:val="666666"/>
                    <w:sz w:val="17"/>
                  </w:rPr>
                  <w:t>Year</w:t>
                </w:r>
                <w:r w:rsidR="00974176">
                  <w:rPr>
                    <w:color w:val="666666"/>
                    <w:sz w:val="17"/>
                  </w:rPr>
                  <w:t xml:space="preserve"> 10</w:t>
                </w:r>
                <w:r>
                  <w:rPr>
                    <w:color w:val="666666"/>
                    <w:sz w:val="17"/>
                  </w:rPr>
                  <w:t xml:space="preserve">  </w:t>
                </w:r>
                <w:sdt>
                  <w:sdtPr>
                    <w:rPr>
                      <w:color w:val="666666"/>
                      <w:sz w:val="17"/>
                    </w:rPr>
                    <w:id w:val="-1481921745"/>
                    <w14:checkbox>
                      <w14:checked w14:val="0"/>
                      <w14:checkedState w14:val="2612" w14:font="MS Gothic"/>
                      <w14:uncheckedState w14:val="2610" w14:font="MS Gothic"/>
                    </w14:checkbox>
                  </w:sdtPr>
                  <w:sdtEndPr/>
                  <w:sdtContent>
                    <w:r w:rsidR="00C91681">
                      <w:rPr>
                        <w:rFonts w:ascii="MS Gothic" w:eastAsia="MS Gothic" w:hAnsi="MS Gothic" w:hint="eastAsia"/>
                        <w:color w:val="666666"/>
                        <w:sz w:val="17"/>
                      </w:rPr>
                      <w:t>☐</w:t>
                    </w:r>
                  </w:sdtContent>
                </w:sdt>
                <w:r>
                  <w:rPr>
                    <w:color w:val="666666"/>
                    <w:sz w:val="17"/>
                  </w:rPr>
                  <w:t>Year</w:t>
                </w:r>
                <w:r w:rsidR="00974176">
                  <w:rPr>
                    <w:color w:val="666666"/>
                    <w:sz w:val="17"/>
                  </w:rPr>
                  <w:t xml:space="preserve"> 11</w:t>
                </w:r>
                <w:r>
                  <w:rPr>
                    <w:color w:val="666666"/>
                    <w:sz w:val="17"/>
                  </w:rPr>
                  <w:t xml:space="preserve">  </w:t>
                </w:r>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8685735" w14:textId="77777777" w:rsidR="005735F8" w:rsidRDefault="005735F8" w:rsidP="002F2661">
            <w:pPr>
              <w:spacing w:after="0"/>
            </w:pPr>
            <w:r>
              <w:rPr>
                <w:b/>
                <w:color w:val="0F243E"/>
                <w:sz w:val="17"/>
              </w:rPr>
              <w:t>Gender</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4"/>
              <w:id w:val="-182206559"/>
              <w:lock w:val="sdtLocked"/>
            </w:sdtPr>
            <w:sdtEndPr/>
            <w:sdtContent>
              <w:p w14:paraId="35E68198" w14:textId="77777777" w:rsidR="005735F8" w:rsidRDefault="006E6BC2" w:rsidP="002F2661">
                <w:pPr>
                  <w:spacing w:after="0"/>
                </w:pPr>
                <w:sdt>
                  <w:sdtPr>
                    <w:alias w:val="Information field"/>
                    <w:tag w:val="INFO_FIELD_0007"/>
                    <w:id w:val="903111615"/>
                    <w:lock w:val="sdtLocked"/>
                  </w:sdtPr>
                  <w:sdtEndPr/>
                  <w:sdtContent>
                    <w:r w:rsidR="005735F8">
                      <w:rPr>
                        <w:color w:val="666666"/>
                        <w:sz w:val="17"/>
                      </w:rPr>
                      <w:t>Use school-held information</w:t>
                    </w:r>
                  </w:sdtContent>
                </w:sdt>
              </w:p>
            </w:sdtContent>
          </w:sdt>
        </w:tc>
      </w:tr>
      <w:tr w:rsidR="00362676" w14:paraId="2DC4632B" w14:textId="77777777" w:rsidTr="00CA77C0">
        <w:trPr>
          <w:jc w:val="center"/>
        </w:trPr>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BF43B96" w14:textId="77777777" w:rsidR="00362676" w:rsidRDefault="00362676" w:rsidP="002F2661">
            <w:pPr>
              <w:spacing w:after="0"/>
            </w:pPr>
            <w:r>
              <w:rPr>
                <w:b/>
                <w:color w:val="0F243E"/>
                <w:sz w:val="17"/>
              </w:rPr>
              <w:t>Home address *</w:t>
            </w:r>
          </w:p>
        </w:tc>
        <w:tc>
          <w:tcPr>
            <w:tcW w:w="7985" w:type="dxa"/>
            <w:gridSpan w:val="3"/>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5"/>
              <w:id w:val="650798265"/>
              <w:lock w:val="sdtLocked"/>
            </w:sdtPr>
            <w:sdtEndPr/>
            <w:sdtContent>
              <w:p w14:paraId="3D8EE3C2" w14:textId="23BD2568" w:rsidR="00362676" w:rsidRDefault="006E6BC2" w:rsidP="002F2661">
                <w:pPr>
                  <w:spacing w:after="0"/>
                </w:pPr>
                <w:sdt>
                  <w:sdtPr>
                    <w:alias w:val="Information field"/>
                    <w:tag w:val="INFO_FIELD_0008"/>
                    <w:id w:val="-410624961"/>
                    <w:lock w:val="sdtLocked"/>
                  </w:sdtPr>
                  <w:sdtEndPr/>
                  <w:sdtContent>
                    <w:r w:rsidR="00362676">
                      <w:rPr>
                        <w:color w:val="666666"/>
                        <w:sz w:val="17"/>
                      </w:rPr>
                      <w:t>Click or tap here to enter text.</w:t>
                    </w:r>
                  </w:sdtContent>
                </w:sdt>
              </w:p>
            </w:sdtContent>
          </w:sdt>
        </w:tc>
      </w:tr>
      <w:tr w:rsidR="005735F8" w14:paraId="765CDD2D" w14:textId="77777777" w:rsidTr="002F2661">
        <w:trPr>
          <w:jc w:val="center"/>
        </w:trPr>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21D2C5B" w14:textId="77777777" w:rsidR="005735F8" w:rsidRDefault="005735F8" w:rsidP="002F2661">
            <w:pPr>
              <w:spacing w:after="0"/>
            </w:pPr>
            <w:r>
              <w:rPr>
                <w:b/>
                <w:color w:val="0F243E"/>
                <w:sz w:val="17"/>
              </w:rPr>
              <w:t>UPN</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6"/>
              <w:id w:val="-915867604"/>
              <w:lock w:val="sdtLocked"/>
            </w:sdtPr>
            <w:sdtEndPr/>
            <w:sdtContent>
              <w:p w14:paraId="143B80B1" w14:textId="584EAA0B" w:rsidR="005735F8" w:rsidRDefault="006E6BC2" w:rsidP="002F2661">
                <w:pPr>
                  <w:spacing w:after="0"/>
                </w:pPr>
                <w:sdt>
                  <w:sdtPr>
                    <w:alias w:val="Information field"/>
                    <w:tag w:val="INFO_FIELD_0009"/>
                    <w:id w:val="1727788204"/>
                    <w:lock w:val="sdtLocked"/>
                  </w:sdtPr>
                  <w:sdtEndPr/>
                  <w:sdtContent>
                    <w:r w:rsidR="00C91681">
                      <w:rPr>
                        <w:color w:val="666666"/>
                        <w:sz w:val="17"/>
                      </w:rPr>
                      <w:t>Click or tap here to enter text.</w:t>
                    </w:r>
                  </w:sdtContent>
                </w:sdt>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9C4D3C7" w14:textId="77777777" w:rsidR="005735F8" w:rsidRDefault="005735F8" w:rsidP="002F2661">
            <w:pPr>
              <w:spacing w:after="0"/>
            </w:pPr>
            <w:r>
              <w:rPr>
                <w:b/>
                <w:color w:val="0F243E"/>
                <w:sz w:val="17"/>
              </w:rPr>
              <w:t>ULN *</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7"/>
              <w:id w:val="1655331746"/>
              <w:lock w:val="sdtLocked"/>
            </w:sdtPr>
            <w:sdtEndPr/>
            <w:sdtContent>
              <w:p w14:paraId="1EFD4C17" w14:textId="77777777" w:rsidR="005735F8" w:rsidRDefault="006E6BC2" w:rsidP="002F2661">
                <w:pPr>
                  <w:spacing w:after="0"/>
                </w:pPr>
                <w:sdt>
                  <w:sdtPr>
                    <w:alias w:val="Information field"/>
                    <w:tag w:val="INFO_FIELD_0010"/>
                    <w:id w:val="728434195"/>
                    <w:lock w:val="sdtLocked"/>
                  </w:sdtPr>
                  <w:sdtEndPr/>
                  <w:sdtContent>
                    <w:r w:rsidR="005735F8">
                      <w:rPr>
                        <w:color w:val="666666"/>
                        <w:sz w:val="17"/>
                      </w:rPr>
                      <w:t>Click or tap here to enter text.</w:t>
                    </w:r>
                  </w:sdtContent>
                </w:sdt>
              </w:p>
            </w:sdtContent>
          </w:sdt>
        </w:tc>
      </w:tr>
      <w:tr w:rsidR="005735F8" w14:paraId="20738840" w14:textId="77777777" w:rsidTr="002F2661">
        <w:trPr>
          <w:jc w:val="center"/>
        </w:trPr>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39E0AD8" w14:textId="77777777" w:rsidR="005735F8" w:rsidRDefault="005735F8" w:rsidP="002F2661">
            <w:pPr>
              <w:spacing w:after="0"/>
            </w:pPr>
            <w:r>
              <w:rPr>
                <w:b/>
                <w:color w:val="0F243E"/>
                <w:sz w:val="17"/>
              </w:rPr>
              <w:t>Ethnicity</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8"/>
              <w:id w:val="1868407033"/>
              <w:lock w:val="sdtLocked"/>
            </w:sdtPr>
            <w:sdtEndPr/>
            <w:sdtContent>
              <w:p w14:paraId="4112F848" w14:textId="77777777" w:rsidR="005735F8" w:rsidRDefault="006E6BC2" w:rsidP="002F2661">
                <w:pPr>
                  <w:spacing w:after="0"/>
                </w:pPr>
                <w:sdt>
                  <w:sdtPr>
                    <w:alias w:val="Information field"/>
                    <w:tag w:val="INFO_FIELD_0011"/>
                    <w:id w:val="-1074816171"/>
                    <w:lock w:val="sdtLocked"/>
                  </w:sdtPr>
                  <w:sdtEndPr/>
                  <w:sdtContent>
                    <w:r w:rsidR="005735F8">
                      <w:rPr>
                        <w:color w:val="666666"/>
                        <w:sz w:val="17"/>
                      </w:rPr>
                      <w:t>Click or tap here to enter text.</w:t>
                    </w:r>
                  </w:sdtContent>
                </w:sdt>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FCBA6A5" w14:textId="77777777" w:rsidR="005735F8" w:rsidRDefault="005735F8" w:rsidP="002F2661">
            <w:pPr>
              <w:spacing w:after="0"/>
            </w:pPr>
            <w:r>
              <w:rPr>
                <w:b/>
                <w:color w:val="0F243E"/>
                <w:sz w:val="17"/>
              </w:rPr>
              <w:t>Religion</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9"/>
              <w:id w:val="-413318520"/>
              <w:lock w:val="sdtLocked"/>
            </w:sdtPr>
            <w:sdtEndPr/>
            <w:sdtContent>
              <w:p w14:paraId="12C4BC2B" w14:textId="77777777" w:rsidR="005735F8" w:rsidRDefault="006E6BC2" w:rsidP="002F2661">
                <w:pPr>
                  <w:spacing w:after="0"/>
                </w:pPr>
                <w:sdt>
                  <w:sdtPr>
                    <w:alias w:val="Information field"/>
                    <w:tag w:val="INFO_FIELD_0012"/>
                    <w:id w:val="-658460815"/>
                    <w:lock w:val="sdtLocked"/>
                  </w:sdtPr>
                  <w:sdtEndPr/>
                  <w:sdtContent>
                    <w:r w:rsidR="005735F8">
                      <w:rPr>
                        <w:color w:val="666666"/>
                        <w:sz w:val="17"/>
                      </w:rPr>
                      <w:t>Use school-held information</w:t>
                    </w:r>
                  </w:sdtContent>
                </w:sdt>
              </w:p>
            </w:sdtContent>
          </w:sdt>
        </w:tc>
      </w:tr>
      <w:tr w:rsidR="005735F8" w14:paraId="4AB6C73D" w14:textId="77777777" w:rsidTr="002F2661">
        <w:trPr>
          <w:jc w:val="center"/>
        </w:trPr>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B3ED5CC" w14:textId="77777777" w:rsidR="005735F8" w:rsidRDefault="005735F8" w:rsidP="002F2661">
            <w:pPr>
              <w:spacing w:after="0"/>
            </w:pPr>
            <w:r>
              <w:rPr>
                <w:b/>
                <w:color w:val="0F243E"/>
                <w:sz w:val="17"/>
              </w:rPr>
              <w:t>Home Language</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0"/>
              <w:id w:val="-279725065"/>
              <w:lock w:val="sdtLocked"/>
            </w:sdtPr>
            <w:sdtEndPr/>
            <w:sdtContent>
              <w:p w14:paraId="049C9EB9" w14:textId="77777777" w:rsidR="005735F8" w:rsidRDefault="006E6BC2" w:rsidP="002F2661">
                <w:pPr>
                  <w:spacing w:after="0"/>
                </w:pPr>
                <w:sdt>
                  <w:sdtPr>
                    <w:alias w:val="Information field"/>
                    <w:tag w:val="INFO_FIELD_0013"/>
                    <w:id w:val="-1459410236"/>
                    <w:lock w:val="sdtLocked"/>
                  </w:sdtPr>
                  <w:sdtEndPr/>
                  <w:sdtContent>
                    <w:r w:rsidR="005735F8">
                      <w:rPr>
                        <w:color w:val="666666"/>
                        <w:sz w:val="17"/>
                      </w:rPr>
                      <w:t>Use school-held information</w:t>
                    </w:r>
                  </w:sdtContent>
                </w:sdt>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781C7BF" w14:textId="77777777" w:rsidR="005735F8" w:rsidRDefault="005735F8" w:rsidP="002F2661">
            <w:pPr>
              <w:spacing w:after="0"/>
            </w:pPr>
            <w:r>
              <w:rPr>
                <w:b/>
                <w:color w:val="0F243E"/>
                <w:sz w:val="17"/>
              </w:rPr>
              <w:t>Other languages spoken</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1"/>
              <w:id w:val="1521583216"/>
              <w:lock w:val="sdtLocked"/>
            </w:sdtPr>
            <w:sdtEndPr/>
            <w:sdtContent>
              <w:p w14:paraId="18D8A821" w14:textId="77777777" w:rsidR="005735F8" w:rsidRDefault="006E6BC2" w:rsidP="002F2661">
                <w:pPr>
                  <w:spacing w:after="0"/>
                </w:pPr>
                <w:sdt>
                  <w:sdtPr>
                    <w:alias w:val="Information field"/>
                    <w:tag w:val="INFO_FIELD_0014"/>
                    <w:id w:val="1701278072"/>
                    <w:lock w:val="sdtLocked"/>
                  </w:sdtPr>
                  <w:sdtEndPr/>
                  <w:sdtContent>
                    <w:r w:rsidR="005735F8">
                      <w:rPr>
                        <w:color w:val="666666"/>
                        <w:sz w:val="17"/>
                      </w:rPr>
                      <w:t>Click or tap here to enter text.</w:t>
                    </w:r>
                  </w:sdtContent>
                </w:sdt>
              </w:p>
            </w:sdtContent>
          </w:sdt>
        </w:tc>
      </w:tr>
    </w:tbl>
    <w:p w14:paraId="6A05A809" w14:textId="77777777" w:rsidR="00FC3769" w:rsidRDefault="00FC3769"/>
    <w:tbl>
      <w:tblPr>
        <w:tblW w:w="0" w:type="auto"/>
        <w:jc w:val="center"/>
        <w:tblLook w:val="04A0" w:firstRow="1" w:lastRow="0" w:firstColumn="1" w:lastColumn="0" w:noHBand="0" w:noVBand="1"/>
      </w:tblPr>
      <w:tblGrid>
        <w:gridCol w:w="10646"/>
      </w:tblGrid>
      <w:tr w:rsidR="008F392C" w14:paraId="0528AC5A" w14:textId="77777777" w:rsidTr="002F2661">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A6FFC24" w14:textId="77777777" w:rsidR="008F392C" w:rsidRDefault="008F392C" w:rsidP="002F2661">
            <w:pPr>
              <w:spacing w:after="0"/>
            </w:pPr>
            <w:r>
              <w:rPr>
                <w:b/>
                <w:color w:val="0F243E"/>
              </w:rPr>
              <w:t>Previous schools attended including Off Site Directions and Managed Moves *</w:t>
            </w:r>
            <w:r>
              <w:rPr>
                <w:i/>
                <w:color w:val="555555"/>
                <w:sz w:val="16"/>
              </w:rPr>
              <w:br/>
              <w:t>Include dates where known.</w:t>
            </w:r>
          </w:p>
        </w:tc>
      </w:tr>
      <w:tr w:rsidR="008F392C" w14:paraId="3CC79AFF" w14:textId="77777777" w:rsidTr="002F2661">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2"/>
              <w:id w:val="87810680"/>
              <w:lock w:val="sdtLocked"/>
            </w:sdtPr>
            <w:sdtEndPr/>
            <w:sdtContent>
              <w:p w14:paraId="04689FD0" w14:textId="4AE19CDB" w:rsidR="008F392C" w:rsidRDefault="006E6BC2" w:rsidP="002F2661">
                <w:pPr>
                  <w:spacing w:after="0"/>
                </w:pPr>
                <w:sdt>
                  <w:sdtPr>
                    <w:alias w:val="Information field"/>
                    <w:tag w:val="INFO_FIELD_0015"/>
                    <w:id w:val="116809066"/>
                    <w:lock w:val="sdtLocked"/>
                    <w:showingPlcHdr/>
                  </w:sdtPr>
                  <w:sdtEndPr/>
                  <w:sdtContent>
                    <w:r w:rsidR="0078660F">
                      <w:t xml:space="preserve">     </w:t>
                    </w:r>
                  </w:sdtContent>
                </w:sdt>
                <w:r w:rsidR="008F392C">
                  <w:rPr>
                    <w:color w:val="777777"/>
                  </w:rPr>
                  <w:br/>
                </w:r>
              </w:p>
            </w:sdtContent>
          </w:sdt>
        </w:tc>
      </w:tr>
    </w:tbl>
    <w:p w14:paraId="2182C037" w14:textId="77777777" w:rsidR="005735F8" w:rsidRDefault="005735F8"/>
    <w:p w14:paraId="7CD72673" w14:textId="77777777" w:rsidR="00FC3769" w:rsidRDefault="00BA17C9">
      <w:pPr>
        <w:spacing w:before="160" w:after="60"/>
      </w:pPr>
      <w:r>
        <w:rPr>
          <w:b/>
          <w:color w:val="1F4E79"/>
          <w:sz w:val="26"/>
        </w:rPr>
        <w:t>3. Parent / Carer Information</w:t>
      </w:r>
    </w:p>
    <w:p w14:paraId="0F5288F9" w14:textId="77777777" w:rsidR="00FC3769" w:rsidRDefault="00BA17C9">
      <w:pPr>
        <w:rPr>
          <w:b/>
          <w:color w:val="0F243E"/>
          <w:sz w:val="20"/>
        </w:rPr>
      </w:pPr>
      <w:r>
        <w:rPr>
          <w:b/>
          <w:color w:val="0F243E"/>
          <w:sz w:val="20"/>
        </w:rPr>
        <w:t>Primary contact</w:t>
      </w:r>
    </w:p>
    <w:tbl>
      <w:tblPr>
        <w:tblW w:w="0" w:type="auto"/>
        <w:jc w:val="center"/>
        <w:tblLook w:val="04A0" w:firstRow="1" w:lastRow="0" w:firstColumn="1" w:lastColumn="0" w:noHBand="0" w:noVBand="1"/>
      </w:tblPr>
      <w:tblGrid>
        <w:gridCol w:w="2662"/>
        <w:gridCol w:w="2661"/>
        <w:gridCol w:w="2662"/>
        <w:gridCol w:w="2661"/>
      </w:tblGrid>
      <w:tr w:rsidR="00F26206" w14:paraId="09F9F4C5" w14:textId="77777777" w:rsidTr="002F2661">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1D1F922" w14:textId="77777777" w:rsidR="00F26206" w:rsidRDefault="00F26206" w:rsidP="002F2661">
            <w:pPr>
              <w:spacing w:after="0"/>
            </w:pPr>
            <w:r>
              <w:rPr>
                <w:b/>
                <w:color w:val="0F243E"/>
                <w:sz w:val="17"/>
              </w:rPr>
              <w:t>Name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3"/>
              <w:id w:val="-945075279"/>
              <w:lock w:val="sdtLocked"/>
            </w:sdtPr>
            <w:sdtEndPr/>
            <w:sdtContent>
              <w:p w14:paraId="1F4F8012" w14:textId="77777777" w:rsidR="00F26206" w:rsidRDefault="006E6BC2" w:rsidP="002F2661">
                <w:pPr>
                  <w:spacing w:after="0"/>
                </w:pPr>
                <w:sdt>
                  <w:sdtPr>
                    <w:alias w:val="Information field"/>
                    <w:tag w:val="INFO_FIELD_0016"/>
                    <w:id w:val="2040546596"/>
                    <w:lock w:val="sdtLocked"/>
                  </w:sdtPr>
                  <w:sdtEndPr/>
                  <w:sdtContent>
                    <w:r w:rsidR="00F26206">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7F0E99C" w14:textId="77777777" w:rsidR="00F26206" w:rsidRDefault="00F26206" w:rsidP="002F2661">
            <w:pPr>
              <w:spacing w:after="0"/>
            </w:pPr>
            <w:r>
              <w:rPr>
                <w:b/>
                <w:color w:val="0F243E"/>
                <w:sz w:val="17"/>
              </w:rPr>
              <w:t xml:space="preserve">Relationship </w:t>
            </w:r>
            <w:proofErr w:type="gramStart"/>
            <w:r>
              <w:rPr>
                <w:b/>
                <w:color w:val="0F243E"/>
                <w:sz w:val="17"/>
              </w:rPr>
              <w:t>to</w:t>
            </w:r>
            <w:proofErr w:type="gramEnd"/>
            <w:r>
              <w:rPr>
                <w:b/>
                <w:color w:val="0F243E"/>
                <w:sz w:val="17"/>
              </w:rPr>
              <w:t xml:space="preserve"> child / young person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4"/>
              <w:id w:val="1687324322"/>
              <w:lock w:val="sdtLocked"/>
            </w:sdtPr>
            <w:sdtEndPr/>
            <w:sdtContent>
              <w:p w14:paraId="003EF2EC" w14:textId="77777777" w:rsidR="00F26206" w:rsidRDefault="006E6BC2" w:rsidP="002F2661">
                <w:pPr>
                  <w:spacing w:after="0"/>
                </w:pPr>
                <w:sdt>
                  <w:sdtPr>
                    <w:alias w:val="Information field"/>
                    <w:tag w:val="INFO_FIELD_0017"/>
                    <w:id w:val="718251625"/>
                    <w:lock w:val="sdtLocked"/>
                  </w:sdtPr>
                  <w:sdtEndPr/>
                  <w:sdtContent>
                    <w:r w:rsidR="00F26206">
                      <w:rPr>
                        <w:color w:val="666666"/>
                        <w:sz w:val="17"/>
                      </w:rPr>
                      <w:t>Click or tap here to enter text.</w:t>
                    </w:r>
                  </w:sdtContent>
                </w:sdt>
              </w:p>
            </w:sdtContent>
          </w:sdt>
        </w:tc>
      </w:tr>
      <w:tr w:rsidR="00F26206" w14:paraId="5016E93D" w14:textId="77777777" w:rsidTr="002F2661">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52FE369" w14:textId="77777777" w:rsidR="00F26206" w:rsidRDefault="00F26206" w:rsidP="002F2661">
            <w:pPr>
              <w:spacing w:after="0"/>
            </w:pPr>
            <w:r>
              <w:rPr>
                <w:b/>
                <w:color w:val="0F243E"/>
                <w:sz w:val="17"/>
              </w:rPr>
              <w:t>Address, if different to pupil</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5"/>
              <w:id w:val="126055400"/>
              <w:lock w:val="sdtLocked"/>
            </w:sdtPr>
            <w:sdtEndPr/>
            <w:sdtContent>
              <w:p w14:paraId="2934240E" w14:textId="77777777" w:rsidR="00F26206" w:rsidRDefault="006E6BC2" w:rsidP="002F2661">
                <w:pPr>
                  <w:spacing w:after="0"/>
                </w:pPr>
                <w:sdt>
                  <w:sdtPr>
                    <w:alias w:val="Information field"/>
                    <w:tag w:val="INFO_FIELD_0018"/>
                    <w:id w:val="1176535275"/>
                    <w:lock w:val="sdtLocked"/>
                  </w:sdtPr>
                  <w:sdtEndPr/>
                  <w:sdtContent>
                    <w:r w:rsidR="00F26206">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057ED60" w14:textId="77777777" w:rsidR="00F26206" w:rsidRDefault="00F26206" w:rsidP="002F2661">
            <w:pPr>
              <w:spacing w:after="0"/>
            </w:pPr>
            <w:r>
              <w:rPr>
                <w:b/>
                <w:color w:val="0F243E"/>
                <w:sz w:val="17"/>
              </w:rPr>
              <w:t>Telephone number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6"/>
              <w:id w:val="1423845786"/>
              <w:lock w:val="sdtLocked"/>
            </w:sdtPr>
            <w:sdtEndPr/>
            <w:sdtContent>
              <w:p w14:paraId="583A4FDE" w14:textId="77777777" w:rsidR="00F26206" w:rsidRDefault="006E6BC2" w:rsidP="002F2661">
                <w:pPr>
                  <w:spacing w:after="0"/>
                </w:pPr>
                <w:sdt>
                  <w:sdtPr>
                    <w:alias w:val="Information field"/>
                    <w:tag w:val="INFO_FIELD_0019"/>
                    <w:id w:val="-589540189"/>
                    <w:lock w:val="sdtLocked"/>
                  </w:sdtPr>
                  <w:sdtEndPr/>
                  <w:sdtContent>
                    <w:r w:rsidR="00F26206">
                      <w:rPr>
                        <w:color w:val="666666"/>
                        <w:sz w:val="17"/>
                      </w:rPr>
                      <w:t>Click or tap here to enter text.</w:t>
                    </w:r>
                  </w:sdtContent>
                </w:sdt>
              </w:p>
            </w:sdtContent>
          </w:sdt>
        </w:tc>
      </w:tr>
      <w:tr w:rsidR="00F26206" w14:paraId="55CF4B51" w14:textId="77777777" w:rsidTr="002F2661">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19FEB117" w14:textId="77777777" w:rsidR="00F26206" w:rsidRDefault="00F26206" w:rsidP="002F2661">
            <w:pPr>
              <w:spacing w:after="0"/>
            </w:pPr>
            <w:r>
              <w:rPr>
                <w:b/>
                <w:color w:val="0F243E"/>
                <w:sz w:val="17"/>
              </w:rPr>
              <w:t>Email address</w:t>
            </w:r>
          </w:p>
        </w:tc>
        <w:tc>
          <w:tcPr>
            <w:tcW w:w="7984" w:type="dxa"/>
            <w:gridSpan w:val="3"/>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7"/>
              <w:id w:val="-147973273"/>
              <w:lock w:val="sdtLocked"/>
            </w:sdtPr>
            <w:sdtEndPr/>
            <w:sdtContent>
              <w:p w14:paraId="5ADC705B" w14:textId="77777777" w:rsidR="00F26206" w:rsidRDefault="006E6BC2" w:rsidP="002F2661">
                <w:pPr>
                  <w:spacing w:after="0"/>
                </w:pPr>
                <w:sdt>
                  <w:sdtPr>
                    <w:alias w:val="Information field"/>
                    <w:tag w:val="INFO_FIELD_0020"/>
                    <w:id w:val="1411202648"/>
                    <w:lock w:val="sdtLocked"/>
                  </w:sdtPr>
                  <w:sdtEndPr/>
                  <w:sdtContent>
                    <w:r w:rsidR="00F26206">
                      <w:rPr>
                        <w:color w:val="666666"/>
                        <w:sz w:val="17"/>
                      </w:rPr>
                      <w:t>Click or tap here to enter text.</w:t>
                    </w:r>
                  </w:sdtContent>
                </w:sdt>
              </w:p>
            </w:sdtContent>
          </w:sdt>
        </w:tc>
      </w:tr>
    </w:tbl>
    <w:p w14:paraId="1BD5BD75" w14:textId="77777777" w:rsidR="00F26206" w:rsidRDefault="00F26206"/>
    <w:p w14:paraId="1ADE58E9" w14:textId="77777777" w:rsidR="00FC3769" w:rsidRDefault="00BA17C9">
      <w:pPr>
        <w:rPr>
          <w:b/>
          <w:color w:val="0F243E"/>
          <w:sz w:val="20"/>
        </w:rPr>
      </w:pPr>
      <w:r>
        <w:rPr>
          <w:b/>
          <w:color w:val="0F243E"/>
          <w:sz w:val="20"/>
        </w:rPr>
        <w:t>Secondary contact</w:t>
      </w:r>
    </w:p>
    <w:tbl>
      <w:tblPr>
        <w:tblW w:w="0" w:type="auto"/>
        <w:jc w:val="center"/>
        <w:tblLook w:val="04A0" w:firstRow="1" w:lastRow="0" w:firstColumn="1" w:lastColumn="0" w:noHBand="0" w:noVBand="1"/>
      </w:tblPr>
      <w:tblGrid>
        <w:gridCol w:w="2662"/>
        <w:gridCol w:w="2661"/>
        <w:gridCol w:w="2662"/>
        <w:gridCol w:w="2661"/>
      </w:tblGrid>
      <w:tr w:rsidR="00F26206" w14:paraId="4815E9EC" w14:textId="77777777" w:rsidTr="002F2661">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728A7FA" w14:textId="77777777" w:rsidR="00F26206" w:rsidRDefault="00F26206" w:rsidP="002F2661">
            <w:pPr>
              <w:spacing w:after="0"/>
            </w:pPr>
            <w:r>
              <w:rPr>
                <w:b/>
                <w:color w:val="0F243E"/>
                <w:sz w:val="17"/>
              </w:rPr>
              <w:t>Name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8"/>
              <w:id w:val="-1066488295"/>
              <w:lock w:val="sdtLocked"/>
            </w:sdtPr>
            <w:sdtEndPr/>
            <w:sdtContent>
              <w:p w14:paraId="4DC111D6" w14:textId="77777777" w:rsidR="00F26206" w:rsidRDefault="006E6BC2" w:rsidP="002F2661">
                <w:pPr>
                  <w:spacing w:after="0"/>
                </w:pPr>
                <w:sdt>
                  <w:sdtPr>
                    <w:alias w:val="Information field"/>
                    <w:tag w:val="INFO_FIELD_0021"/>
                    <w:id w:val="-1783958904"/>
                    <w:lock w:val="sdtLocked"/>
                  </w:sdtPr>
                  <w:sdtEndPr/>
                  <w:sdtContent>
                    <w:r w:rsidR="00F26206">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2D62DCA" w14:textId="77777777" w:rsidR="00F26206" w:rsidRDefault="00F26206" w:rsidP="002F2661">
            <w:pPr>
              <w:spacing w:after="0"/>
            </w:pPr>
            <w:r>
              <w:rPr>
                <w:b/>
                <w:color w:val="0F243E"/>
                <w:sz w:val="17"/>
              </w:rPr>
              <w:t xml:space="preserve">Relationship </w:t>
            </w:r>
            <w:proofErr w:type="gramStart"/>
            <w:r>
              <w:rPr>
                <w:b/>
                <w:color w:val="0F243E"/>
                <w:sz w:val="17"/>
              </w:rPr>
              <w:t>to</w:t>
            </w:r>
            <w:proofErr w:type="gramEnd"/>
            <w:r>
              <w:rPr>
                <w:b/>
                <w:color w:val="0F243E"/>
                <w:sz w:val="17"/>
              </w:rPr>
              <w:t xml:space="preserve"> child / young person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9"/>
              <w:id w:val="1344826189"/>
              <w:lock w:val="sdtLocked"/>
            </w:sdtPr>
            <w:sdtEndPr/>
            <w:sdtContent>
              <w:p w14:paraId="6DA75933" w14:textId="77777777" w:rsidR="00F26206" w:rsidRDefault="006E6BC2" w:rsidP="002F2661">
                <w:pPr>
                  <w:spacing w:after="0"/>
                </w:pPr>
                <w:sdt>
                  <w:sdtPr>
                    <w:alias w:val="Information field"/>
                    <w:tag w:val="INFO_FIELD_0022"/>
                    <w:id w:val="1170296418"/>
                    <w:lock w:val="sdtLocked"/>
                  </w:sdtPr>
                  <w:sdtEndPr/>
                  <w:sdtContent>
                    <w:r w:rsidR="00F26206">
                      <w:rPr>
                        <w:color w:val="666666"/>
                        <w:sz w:val="17"/>
                      </w:rPr>
                      <w:t>Click or tap here to enter text.</w:t>
                    </w:r>
                  </w:sdtContent>
                </w:sdt>
              </w:p>
            </w:sdtContent>
          </w:sdt>
        </w:tc>
      </w:tr>
      <w:tr w:rsidR="00F26206" w14:paraId="426D7385" w14:textId="77777777" w:rsidTr="002F2661">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BBBDEFA" w14:textId="77777777" w:rsidR="00F26206" w:rsidRDefault="00F26206" w:rsidP="002F2661">
            <w:pPr>
              <w:spacing w:after="0"/>
            </w:pPr>
            <w:r>
              <w:rPr>
                <w:b/>
                <w:color w:val="0F243E"/>
                <w:sz w:val="17"/>
              </w:rPr>
              <w:t>Address, if different to pupil</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0"/>
              <w:id w:val="502703111"/>
              <w:lock w:val="sdtLocked"/>
            </w:sdtPr>
            <w:sdtEndPr/>
            <w:sdtContent>
              <w:p w14:paraId="4165C0F0" w14:textId="77777777" w:rsidR="00F26206" w:rsidRDefault="006E6BC2" w:rsidP="002F2661">
                <w:pPr>
                  <w:spacing w:after="0"/>
                </w:pPr>
                <w:sdt>
                  <w:sdtPr>
                    <w:alias w:val="Information field"/>
                    <w:tag w:val="INFO_FIELD_0023"/>
                    <w:id w:val="-1352949622"/>
                    <w:lock w:val="sdtLocked"/>
                  </w:sdtPr>
                  <w:sdtEndPr/>
                  <w:sdtContent>
                    <w:r w:rsidR="00F26206">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7A77FCA" w14:textId="77777777" w:rsidR="00F26206" w:rsidRDefault="00F26206" w:rsidP="002F2661">
            <w:pPr>
              <w:spacing w:after="0"/>
            </w:pPr>
            <w:r>
              <w:rPr>
                <w:b/>
                <w:color w:val="0F243E"/>
                <w:sz w:val="17"/>
              </w:rPr>
              <w:t>Telephone number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1"/>
              <w:id w:val="713242989"/>
              <w:lock w:val="sdtLocked"/>
            </w:sdtPr>
            <w:sdtEndPr/>
            <w:sdtContent>
              <w:p w14:paraId="6FDE68F5" w14:textId="77777777" w:rsidR="00F26206" w:rsidRDefault="006E6BC2" w:rsidP="002F2661">
                <w:pPr>
                  <w:spacing w:after="0"/>
                </w:pPr>
                <w:sdt>
                  <w:sdtPr>
                    <w:alias w:val="Information field"/>
                    <w:tag w:val="INFO_FIELD_0024"/>
                    <w:id w:val="-223759531"/>
                    <w:lock w:val="sdtLocked"/>
                  </w:sdtPr>
                  <w:sdtEndPr/>
                  <w:sdtContent>
                    <w:r w:rsidR="00F26206">
                      <w:rPr>
                        <w:color w:val="666666"/>
                        <w:sz w:val="17"/>
                      </w:rPr>
                      <w:t>Click or tap here to enter text.</w:t>
                    </w:r>
                  </w:sdtContent>
                </w:sdt>
              </w:p>
            </w:sdtContent>
          </w:sdt>
        </w:tc>
      </w:tr>
      <w:tr w:rsidR="00F26206" w14:paraId="6E26AA0B" w14:textId="77777777" w:rsidTr="002F2661">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BF57A2C" w14:textId="77777777" w:rsidR="00F26206" w:rsidRDefault="00F26206" w:rsidP="002F2661">
            <w:pPr>
              <w:spacing w:after="0"/>
            </w:pPr>
            <w:r>
              <w:rPr>
                <w:b/>
                <w:color w:val="0F243E"/>
                <w:sz w:val="17"/>
              </w:rPr>
              <w:t>Email address</w:t>
            </w:r>
          </w:p>
        </w:tc>
        <w:tc>
          <w:tcPr>
            <w:tcW w:w="7984" w:type="dxa"/>
            <w:gridSpan w:val="3"/>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2"/>
              <w:id w:val="102155743"/>
              <w:lock w:val="sdtLocked"/>
            </w:sdtPr>
            <w:sdtEndPr/>
            <w:sdtContent>
              <w:p w14:paraId="135CE76B" w14:textId="77777777" w:rsidR="00F26206" w:rsidRDefault="006E6BC2" w:rsidP="002F2661">
                <w:pPr>
                  <w:spacing w:after="0"/>
                </w:pPr>
                <w:sdt>
                  <w:sdtPr>
                    <w:alias w:val="Information field"/>
                    <w:tag w:val="INFO_FIELD_0025"/>
                    <w:id w:val="1749692458"/>
                    <w:lock w:val="sdtLocked"/>
                  </w:sdtPr>
                  <w:sdtEndPr/>
                  <w:sdtContent>
                    <w:r w:rsidR="00F26206">
                      <w:rPr>
                        <w:color w:val="666666"/>
                        <w:sz w:val="17"/>
                      </w:rPr>
                      <w:t>Click or tap here to enter text.</w:t>
                    </w:r>
                  </w:sdtContent>
                </w:sdt>
              </w:p>
            </w:sdtContent>
          </w:sdt>
        </w:tc>
      </w:tr>
    </w:tbl>
    <w:p w14:paraId="2EADA892" w14:textId="77777777" w:rsidR="00F26206" w:rsidRDefault="00F26206"/>
    <w:p w14:paraId="41C8F396" w14:textId="77777777" w:rsidR="00FC3769" w:rsidRDefault="00FC3769"/>
    <w:p w14:paraId="281263A6" w14:textId="77777777" w:rsidR="00362676" w:rsidRDefault="00362676">
      <w:pPr>
        <w:rPr>
          <w:b/>
          <w:color w:val="1F4E79"/>
          <w:sz w:val="26"/>
        </w:rPr>
      </w:pPr>
      <w:r>
        <w:rPr>
          <w:b/>
          <w:color w:val="1F4E79"/>
          <w:sz w:val="26"/>
        </w:rPr>
        <w:br w:type="page"/>
      </w:r>
    </w:p>
    <w:p w14:paraId="62F53AD7" w14:textId="77777777" w:rsidR="00592061" w:rsidRDefault="00BA17C9">
      <w:pPr>
        <w:spacing w:before="160" w:after="60"/>
      </w:pPr>
      <w:r>
        <w:rPr>
          <w:b/>
          <w:color w:val="1F4E79"/>
          <w:sz w:val="26"/>
        </w:rPr>
        <w:lastRenderedPageBreak/>
        <w:t>4. Vulnerability, SEND and Safeguarding</w:t>
      </w:r>
    </w:p>
    <w:tbl>
      <w:tblPr>
        <w:tblW w:w="0" w:type="auto"/>
        <w:jc w:val="center"/>
        <w:tblLook w:val="04A0" w:firstRow="1" w:lastRow="0" w:firstColumn="1" w:lastColumn="0" w:noHBand="0" w:noVBand="1"/>
      </w:tblPr>
      <w:tblGrid>
        <w:gridCol w:w="10646"/>
      </w:tblGrid>
      <w:tr w:rsidR="00592061" w14:paraId="3497515B" w14:textId="77777777" w:rsidTr="00004E7C">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4DF4642" w14:textId="77777777" w:rsidR="00592061" w:rsidRDefault="00592061" w:rsidP="00004E7C">
            <w:r>
              <w:rPr>
                <w:b/>
                <w:color w:val="0F243E"/>
              </w:rPr>
              <w:t>SEND needs, provision and current support (e.g TA class support etc) *</w:t>
            </w:r>
            <w:r>
              <w:rPr>
                <w:i/>
                <w:color w:val="555555"/>
                <w:sz w:val="16"/>
              </w:rPr>
              <w:br/>
              <w:t>If no SEND is identified, enter “No SEND identified”.</w:t>
            </w:r>
          </w:p>
        </w:tc>
      </w:tr>
    </w:tbl>
    <w:p w14:paraId="2F3613B3" w14:textId="6CDC855D" w:rsidR="00FC3769" w:rsidRDefault="00FC3769">
      <w:pPr>
        <w:spacing w:before="160" w:after="60"/>
      </w:pPr>
    </w:p>
    <w:p w14:paraId="589B7030" w14:textId="15F9E06A" w:rsidR="00FC3769" w:rsidRDefault="00BA17C9">
      <w:pPr>
        <w:spacing w:after="80"/>
        <w:rPr>
          <w:i/>
          <w:color w:val="555555"/>
          <w:sz w:val="17"/>
        </w:rPr>
      </w:pPr>
      <w:r>
        <w:rPr>
          <w:i/>
          <w:color w:val="555555"/>
          <w:sz w:val="17"/>
        </w:rPr>
        <w:t xml:space="preserve">Do not include confidential Child Protection information. Confirm when information is available on request if </w:t>
      </w:r>
      <w:proofErr w:type="gramStart"/>
      <w:r>
        <w:rPr>
          <w:i/>
          <w:color w:val="555555"/>
          <w:sz w:val="17"/>
        </w:rPr>
        <w:t>essential</w:t>
      </w:r>
      <w:proofErr w:type="gramEnd"/>
      <w:r>
        <w:rPr>
          <w:i/>
          <w:color w:val="555555"/>
          <w:sz w:val="17"/>
        </w:rPr>
        <w:t xml:space="preserve"> to placement planning.</w:t>
      </w:r>
    </w:p>
    <w:p w14:paraId="1667E85A" w14:textId="77777777" w:rsidR="001E777B" w:rsidRDefault="001E777B">
      <w:pPr>
        <w:spacing w:after="80"/>
        <w:rPr>
          <w:i/>
          <w:color w:val="555555"/>
          <w:sz w:val="17"/>
        </w:rPr>
      </w:pPr>
    </w:p>
    <w:tbl>
      <w:tblPr>
        <w:tblStyle w:val="TableGrid"/>
        <w:tblW w:w="0" w:type="auto"/>
        <w:tblLook w:val="04A0" w:firstRow="1" w:lastRow="0" w:firstColumn="1" w:lastColumn="0" w:noHBand="0" w:noVBand="1"/>
      </w:tblPr>
      <w:tblGrid>
        <w:gridCol w:w="2661"/>
        <w:gridCol w:w="2661"/>
        <w:gridCol w:w="2662"/>
        <w:gridCol w:w="2662"/>
      </w:tblGrid>
      <w:tr w:rsidR="001E777B" w14:paraId="220C5B1E" w14:textId="77777777" w:rsidTr="009F10C4">
        <w:tc>
          <w:tcPr>
            <w:tcW w:w="2661" w:type="dxa"/>
            <w:shd w:val="clear" w:color="auto" w:fill="DAEEF3" w:themeFill="accent5" w:themeFillTint="33"/>
          </w:tcPr>
          <w:sdt>
            <w:sdtPr>
              <w:alias w:val="Information cell"/>
              <w:tag w:val="INFO_CELL_0073"/>
              <w:id w:val="1558132834"/>
              <w:lock w:val="sdtLocked"/>
              <w:showingPlcHdr/>
            </w:sdtPr>
            <w:sdtEndPr/>
            <w:sdtContent>
              <w:p w14:paraId="3195A9D1" w14:textId="4C4B658F" w:rsidR="001E777B" w:rsidRDefault="0078660F" w:rsidP="001E777B">
                <w:pPr>
                  <w:spacing w:after="80"/>
                </w:pPr>
                <w:r>
                  <w:t xml:space="preserve">     </w:t>
                </w:r>
              </w:p>
            </w:sdtContent>
          </w:sdt>
        </w:tc>
        <w:tc>
          <w:tcPr>
            <w:tcW w:w="2661" w:type="dxa"/>
            <w:shd w:val="clear" w:color="auto" w:fill="DAEEF3" w:themeFill="accent5" w:themeFillTint="33"/>
            <w:vAlign w:val="center"/>
          </w:tcPr>
          <w:p w14:paraId="55A07D6F" w14:textId="77D59419" w:rsidR="001E777B" w:rsidRPr="001E777B" w:rsidRDefault="001E777B" w:rsidP="001E777B">
            <w:pPr>
              <w:spacing w:after="80"/>
              <w:jc w:val="center"/>
              <w:rPr>
                <w:color w:val="595959" w:themeColor="text1" w:themeTint="A6"/>
              </w:rPr>
            </w:pPr>
            <w:r w:rsidRPr="001E777B">
              <w:rPr>
                <w:b/>
                <w:color w:val="595959" w:themeColor="text1" w:themeTint="A6"/>
                <w:sz w:val="17"/>
              </w:rPr>
              <w:t>Yes</w:t>
            </w:r>
          </w:p>
        </w:tc>
        <w:tc>
          <w:tcPr>
            <w:tcW w:w="2662" w:type="dxa"/>
            <w:shd w:val="clear" w:color="auto" w:fill="DAEEF3" w:themeFill="accent5" w:themeFillTint="33"/>
            <w:vAlign w:val="center"/>
          </w:tcPr>
          <w:p w14:paraId="08F8E23F" w14:textId="579F745F" w:rsidR="001E777B" w:rsidRPr="001E777B" w:rsidRDefault="001E777B" w:rsidP="001E777B">
            <w:pPr>
              <w:spacing w:after="80"/>
              <w:jc w:val="center"/>
              <w:rPr>
                <w:color w:val="595959" w:themeColor="text1" w:themeTint="A6"/>
              </w:rPr>
            </w:pPr>
            <w:r w:rsidRPr="001E777B">
              <w:rPr>
                <w:b/>
                <w:color w:val="595959" w:themeColor="text1" w:themeTint="A6"/>
                <w:sz w:val="17"/>
              </w:rPr>
              <w:t>No</w:t>
            </w:r>
          </w:p>
        </w:tc>
        <w:tc>
          <w:tcPr>
            <w:tcW w:w="2662" w:type="dxa"/>
            <w:shd w:val="clear" w:color="auto" w:fill="DAEEF3" w:themeFill="accent5" w:themeFillTint="33"/>
            <w:vAlign w:val="center"/>
          </w:tcPr>
          <w:p w14:paraId="4F0C32F9" w14:textId="797E07A4" w:rsidR="001E777B" w:rsidRPr="001E777B" w:rsidRDefault="00C55329" w:rsidP="001E777B">
            <w:pPr>
              <w:spacing w:after="80"/>
              <w:jc w:val="center"/>
              <w:rPr>
                <w:color w:val="595959" w:themeColor="text1" w:themeTint="A6"/>
              </w:rPr>
            </w:pPr>
            <w:r>
              <w:rPr>
                <w:b/>
                <w:color w:val="595959" w:themeColor="text1" w:themeTint="A6"/>
                <w:sz w:val="17"/>
              </w:rPr>
              <w:t>Previous/Ended</w:t>
            </w:r>
          </w:p>
        </w:tc>
      </w:tr>
      <w:tr w:rsidR="001E777B" w14:paraId="44AF97DA" w14:textId="77777777" w:rsidTr="00C03520">
        <w:tc>
          <w:tcPr>
            <w:tcW w:w="2661" w:type="dxa"/>
            <w:vAlign w:val="center"/>
          </w:tcPr>
          <w:p w14:paraId="4F104D83" w14:textId="09561436" w:rsidR="001E777B" w:rsidRDefault="001E777B" w:rsidP="001E777B">
            <w:pPr>
              <w:spacing w:after="80"/>
            </w:pPr>
            <w:r w:rsidRPr="00F1416B">
              <w:rPr>
                <w:sz w:val="16"/>
              </w:rPr>
              <w:t>SEND K</w:t>
            </w:r>
          </w:p>
        </w:tc>
        <w:sdt>
          <w:sdtPr>
            <w:id w:val="-484936631"/>
            <w14:checkbox>
              <w14:checked w14:val="0"/>
              <w14:checkedState w14:val="2612" w14:font="MS Gothic"/>
              <w14:uncheckedState w14:val="2610" w14:font="MS Gothic"/>
            </w14:checkbox>
          </w:sdtPr>
          <w:sdtEndPr/>
          <w:sdtContent>
            <w:tc>
              <w:tcPr>
                <w:tcW w:w="2661" w:type="dxa"/>
                <w:vAlign w:val="center"/>
              </w:tcPr>
              <w:p w14:paraId="3F7A7C99" w14:textId="52AAC808" w:rsidR="001E777B" w:rsidRDefault="00C55329" w:rsidP="001E777B">
                <w:pPr>
                  <w:spacing w:after="80"/>
                  <w:jc w:val="center"/>
                </w:pPr>
                <w:r>
                  <w:rPr>
                    <w:rFonts w:ascii="MS Gothic" w:eastAsia="MS Gothic" w:hAnsi="MS Gothic" w:hint="eastAsia"/>
                  </w:rPr>
                  <w:t>☐</w:t>
                </w:r>
              </w:p>
            </w:tc>
          </w:sdtContent>
        </w:sdt>
        <w:sdt>
          <w:sdtPr>
            <w:id w:val="-892811877"/>
            <w14:checkbox>
              <w14:checked w14:val="0"/>
              <w14:checkedState w14:val="2612" w14:font="MS Gothic"/>
              <w14:uncheckedState w14:val="2610" w14:font="MS Gothic"/>
            </w14:checkbox>
          </w:sdtPr>
          <w:sdtEndPr/>
          <w:sdtContent>
            <w:tc>
              <w:tcPr>
                <w:tcW w:w="2662" w:type="dxa"/>
                <w:vAlign w:val="center"/>
              </w:tcPr>
              <w:p w14:paraId="590AC389" w14:textId="1442BCDF" w:rsidR="001E777B" w:rsidRDefault="00C55329" w:rsidP="001E777B">
                <w:pPr>
                  <w:spacing w:after="80"/>
                  <w:jc w:val="center"/>
                </w:pPr>
                <w:r>
                  <w:rPr>
                    <w:rFonts w:ascii="MS Gothic" w:eastAsia="MS Gothic" w:hAnsi="MS Gothic" w:hint="eastAsia"/>
                  </w:rPr>
                  <w:t>☐</w:t>
                </w:r>
              </w:p>
            </w:tc>
          </w:sdtContent>
        </w:sdt>
        <w:sdt>
          <w:sdtPr>
            <w:id w:val="-2096079435"/>
            <w14:checkbox>
              <w14:checked w14:val="0"/>
              <w14:checkedState w14:val="2612" w14:font="MS Gothic"/>
              <w14:uncheckedState w14:val="2610" w14:font="MS Gothic"/>
            </w14:checkbox>
          </w:sdtPr>
          <w:sdtEndPr/>
          <w:sdtContent>
            <w:tc>
              <w:tcPr>
                <w:tcW w:w="2662" w:type="dxa"/>
                <w:vAlign w:val="center"/>
              </w:tcPr>
              <w:p w14:paraId="0CFC4354" w14:textId="1686E778" w:rsidR="001E777B" w:rsidRDefault="00C55329" w:rsidP="001E777B">
                <w:pPr>
                  <w:spacing w:after="80"/>
                  <w:jc w:val="center"/>
                </w:pPr>
                <w:r>
                  <w:rPr>
                    <w:rFonts w:ascii="MS Gothic" w:eastAsia="MS Gothic" w:hAnsi="MS Gothic" w:hint="eastAsia"/>
                  </w:rPr>
                  <w:t>☐</w:t>
                </w:r>
              </w:p>
            </w:tc>
          </w:sdtContent>
        </w:sdt>
      </w:tr>
      <w:tr w:rsidR="001E777B" w14:paraId="581C654F" w14:textId="77777777" w:rsidTr="00C03520">
        <w:tc>
          <w:tcPr>
            <w:tcW w:w="2661" w:type="dxa"/>
            <w:vAlign w:val="center"/>
          </w:tcPr>
          <w:p w14:paraId="1F6151BA" w14:textId="4652067A" w:rsidR="001E777B" w:rsidRDefault="001E777B" w:rsidP="001E777B">
            <w:pPr>
              <w:spacing w:after="80"/>
            </w:pPr>
            <w:r w:rsidRPr="00F1416B">
              <w:rPr>
                <w:sz w:val="16"/>
              </w:rPr>
              <w:t>EHCP</w:t>
            </w:r>
          </w:p>
        </w:tc>
        <w:sdt>
          <w:sdtPr>
            <w:id w:val="-486471314"/>
            <w14:checkbox>
              <w14:checked w14:val="0"/>
              <w14:checkedState w14:val="2612" w14:font="MS Gothic"/>
              <w14:uncheckedState w14:val="2610" w14:font="MS Gothic"/>
            </w14:checkbox>
          </w:sdtPr>
          <w:sdtEndPr/>
          <w:sdtContent>
            <w:tc>
              <w:tcPr>
                <w:tcW w:w="2661" w:type="dxa"/>
                <w:vAlign w:val="center"/>
              </w:tcPr>
              <w:p w14:paraId="738903A4" w14:textId="0E86F228" w:rsidR="001E777B" w:rsidRDefault="00C55329" w:rsidP="001E777B">
                <w:pPr>
                  <w:spacing w:after="80"/>
                  <w:jc w:val="center"/>
                </w:pPr>
                <w:r>
                  <w:rPr>
                    <w:rFonts w:ascii="MS Gothic" w:eastAsia="MS Gothic" w:hAnsi="MS Gothic" w:hint="eastAsia"/>
                  </w:rPr>
                  <w:t>☐</w:t>
                </w:r>
              </w:p>
            </w:tc>
          </w:sdtContent>
        </w:sdt>
        <w:sdt>
          <w:sdtPr>
            <w:id w:val="-1880234291"/>
            <w14:checkbox>
              <w14:checked w14:val="0"/>
              <w14:checkedState w14:val="2612" w14:font="MS Gothic"/>
              <w14:uncheckedState w14:val="2610" w14:font="MS Gothic"/>
            </w14:checkbox>
          </w:sdtPr>
          <w:sdtEndPr/>
          <w:sdtContent>
            <w:tc>
              <w:tcPr>
                <w:tcW w:w="2662" w:type="dxa"/>
                <w:vAlign w:val="center"/>
              </w:tcPr>
              <w:p w14:paraId="6A5D97D2" w14:textId="5900C5C1" w:rsidR="001E777B" w:rsidRDefault="00C55329" w:rsidP="001E777B">
                <w:pPr>
                  <w:spacing w:after="80"/>
                  <w:jc w:val="center"/>
                </w:pPr>
                <w:r>
                  <w:rPr>
                    <w:rFonts w:ascii="MS Gothic" w:eastAsia="MS Gothic" w:hAnsi="MS Gothic" w:hint="eastAsia"/>
                  </w:rPr>
                  <w:t>☐</w:t>
                </w:r>
              </w:p>
            </w:tc>
          </w:sdtContent>
        </w:sdt>
        <w:sdt>
          <w:sdtPr>
            <w:id w:val="-589689145"/>
            <w14:checkbox>
              <w14:checked w14:val="0"/>
              <w14:checkedState w14:val="2612" w14:font="MS Gothic"/>
              <w14:uncheckedState w14:val="2610" w14:font="MS Gothic"/>
            </w14:checkbox>
          </w:sdtPr>
          <w:sdtEndPr/>
          <w:sdtContent>
            <w:tc>
              <w:tcPr>
                <w:tcW w:w="2662" w:type="dxa"/>
                <w:vAlign w:val="center"/>
              </w:tcPr>
              <w:p w14:paraId="23964D33" w14:textId="2342C7E2" w:rsidR="001E777B" w:rsidRDefault="00C55329" w:rsidP="001E777B">
                <w:pPr>
                  <w:spacing w:after="80"/>
                  <w:jc w:val="center"/>
                </w:pPr>
                <w:r>
                  <w:rPr>
                    <w:rFonts w:ascii="MS Gothic" w:eastAsia="MS Gothic" w:hAnsi="MS Gothic" w:hint="eastAsia"/>
                  </w:rPr>
                  <w:t>☐</w:t>
                </w:r>
              </w:p>
            </w:tc>
          </w:sdtContent>
        </w:sdt>
      </w:tr>
      <w:tr w:rsidR="001E777B" w14:paraId="2EFE82BA" w14:textId="77777777" w:rsidTr="00C03520">
        <w:tc>
          <w:tcPr>
            <w:tcW w:w="2661" w:type="dxa"/>
            <w:vAlign w:val="center"/>
          </w:tcPr>
          <w:p w14:paraId="546761FD" w14:textId="53CF4C43" w:rsidR="001E777B" w:rsidRDefault="001E777B" w:rsidP="001E777B">
            <w:pPr>
              <w:spacing w:after="80"/>
            </w:pPr>
            <w:r w:rsidRPr="00F1416B">
              <w:rPr>
                <w:sz w:val="16"/>
              </w:rPr>
              <w:t>Free School Meals</w:t>
            </w:r>
          </w:p>
        </w:tc>
        <w:sdt>
          <w:sdtPr>
            <w:id w:val="977495486"/>
            <w14:checkbox>
              <w14:checked w14:val="0"/>
              <w14:checkedState w14:val="2612" w14:font="MS Gothic"/>
              <w14:uncheckedState w14:val="2610" w14:font="MS Gothic"/>
            </w14:checkbox>
          </w:sdtPr>
          <w:sdtEndPr/>
          <w:sdtContent>
            <w:tc>
              <w:tcPr>
                <w:tcW w:w="2661" w:type="dxa"/>
                <w:vAlign w:val="center"/>
              </w:tcPr>
              <w:p w14:paraId="1D26FC08" w14:textId="39E49965" w:rsidR="001E777B" w:rsidRDefault="00C55329" w:rsidP="001E777B">
                <w:pPr>
                  <w:spacing w:after="80"/>
                  <w:jc w:val="center"/>
                </w:pPr>
                <w:r>
                  <w:rPr>
                    <w:rFonts w:ascii="MS Gothic" w:eastAsia="MS Gothic" w:hAnsi="MS Gothic" w:hint="eastAsia"/>
                  </w:rPr>
                  <w:t>☐</w:t>
                </w:r>
              </w:p>
            </w:tc>
          </w:sdtContent>
        </w:sdt>
        <w:sdt>
          <w:sdtPr>
            <w:id w:val="-204955965"/>
            <w14:checkbox>
              <w14:checked w14:val="0"/>
              <w14:checkedState w14:val="2612" w14:font="MS Gothic"/>
              <w14:uncheckedState w14:val="2610" w14:font="MS Gothic"/>
            </w14:checkbox>
          </w:sdtPr>
          <w:sdtEndPr/>
          <w:sdtContent>
            <w:tc>
              <w:tcPr>
                <w:tcW w:w="2662" w:type="dxa"/>
                <w:vAlign w:val="center"/>
              </w:tcPr>
              <w:p w14:paraId="7B9F7F91" w14:textId="7969AE08" w:rsidR="001E777B" w:rsidRDefault="00C55329" w:rsidP="001E777B">
                <w:pPr>
                  <w:spacing w:after="80"/>
                  <w:jc w:val="center"/>
                </w:pPr>
                <w:r>
                  <w:rPr>
                    <w:rFonts w:ascii="MS Gothic" w:eastAsia="MS Gothic" w:hAnsi="MS Gothic" w:hint="eastAsia"/>
                  </w:rPr>
                  <w:t>☐</w:t>
                </w:r>
              </w:p>
            </w:tc>
          </w:sdtContent>
        </w:sdt>
        <w:sdt>
          <w:sdtPr>
            <w:id w:val="-991330241"/>
            <w14:checkbox>
              <w14:checked w14:val="0"/>
              <w14:checkedState w14:val="2612" w14:font="MS Gothic"/>
              <w14:uncheckedState w14:val="2610" w14:font="MS Gothic"/>
            </w14:checkbox>
          </w:sdtPr>
          <w:sdtEndPr/>
          <w:sdtContent>
            <w:tc>
              <w:tcPr>
                <w:tcW w:w="2662" w:type="dxa"/>
                <w:vAlign w:val="center"/>
              </w:tcPr>
              <w:p w14:paraId="30EDD483" w14:textId="1D4BB47C" w:rsidR="001E777B" w:rsidRDefault="00C55329" w:rsidP="001E777B">
                <w:pPr>
                  <w:spacing w:after="80"/>
                  <w:jc w:val="center"/>
                </w:pPr>
                <w:r>
                  <w:rPr>
                    <w:rFonts w:ascii="MS Gothic" w:eastAsia="MS Gothic" w:hAnsi="MS Gothic" w:hint="eastAsia"/>
                  </w:rPr>
                  <w:t>☐</w:t>
                </w:r>
              </w:p>
            </w:tc>
          </w:sdtContent>
        </w:sdt>
      </w:tr>
      <w:tr w:rsidR="001E777B" w14:paraId="2F2A9F9E" w14:textId="77777777" w:rsidTr="00C03520">
        <w:tc>
          <w:tcPr>
            <w:tcW w:w="2661" w:type="dxa"/>
            <w:vAlign w:val="center"/>
          </w:tcPr>
          <w:p w14:paraId="74E9EAF1" w14:textId="52AD8D4A" w:rsidR="001E777B" w:rsidRDefault="001E777B" w:rsidP="001E777B">
            <w:pPr>
              <w:spacing w:after="80"/>
            </w:pPr>
            <w:r w:rsidRPr="00F1416B">
              <w:rPr>
                <w:sz w:val="16"/>
              </w:rPr>
              <w:t>Pupil Premium</w:t>
            </w:r>
          </w:p>
        </w:tc>
        <w:sdt>
          <w:sdtPr>
            <w:id w:val="74554074"/>
            <w14:checkbox>
              <w14:checked w14:val="0"/>
              <w14:checkedState w14:val="2612" w14:font="MS Gothic"/>
              <w14:uncheckedState w14:val="2610" w14:font="MS Gothic"/>
            </w14:checkbox>
          </w:sdtPr>
          <w:sdtEndPr/>
          <w:sdtContent>
            <w:tc>
              <w:tcPr>
                <w:tcW w:w="2661" w:type="dxa"/>
                <w:vAlign w:val="center"/>
              </w:tcPr>
              <w:p w14:paraId="4CE7036E" w14:textId="777B9625" w:rsidR="001E777B" w:rsidRDefault="00C55329" w:rsidP="001E777B">
                <w:pPr>
                  <w:spacing w:after="80"/>
                  <w:jc w:val="center"/>
                </w:pPr>
                <w:r>
                  <w:rPr>
                    <w:rFonts w:ascii="MS Gothic" w:eastAsia="MS Gothic" w:hAnsi="MS Gothic" w:hint="eastAsia"/>
                  </w:rPr>
                  <w:t>☐</w:t>
                </w:r>
              </w:p>
            </w:tc>
          </w:sdtContent>
        </w:sdt>
        <w:sdt>
          <w:sdtPr>
            <w:id w:val="-376009579"/>
            <w14:checkbox>
              <w14:checked w14:val="0"/>
              <w14:checkedState w14:val="2612" w14:font="MS Gothic"/>
              <w14:uncheckedState w14:val="2610" w14:font="MS Gothic"/>
            </w14:checkbox>
          </w:sdtPr>
          <w:sdtEndPr/>
          <w:sdtContent>
            <w:tc>
              <w:tcPr>
                <w:tcW w:w="2662" w:type="dxa"/>
                <w:vAlign w:val="center"/>
              </w:tcPr>
              <w:p w14:paraId="557B71BF" w14:textId="4CEE48A1" w:rsidR="001E777B" w:rsidRDefault="00C55329" w:rsidP="001E777B">
                <w:pPr>
                  <w:spacing w:after="80"/>
                  <w:jc w:val="center"/>
                </w:pPr>
                <w:r>
                  <w:rPr>
                    <w:rFonts w:ascii="MS Gothic" w:eastAsia="MS Gothic" w:hAnsi="MS Gothic" w:hint="eastAsia"/>
                  </w:rPr>
                  <w:t>☐</w:t>
                </w:r>
              </w:p>
            </w:tc>
          </w:sdtContent>
        </w:sdt>
        <w:sdt>
          <w:sdtPr>
            <w:id w:val="1352990006"/>
            <w14:checkbox>
              <w14:checked w14:val="0"/>
              <w14:checkedState w14:val="2612" w14:font="MS Gothic"/>
              <w14:uncheckedState w14:val="2610" w14:font="MS Gothic"/>
            </w14:checkbox>
          </w:sdtPr>
          <w:sdtEndPr/>
          <w:sdtContent>
            <w:tc>
              <w:tcPr>
                <w:tcW w:w="2662" w:type="dxa"/>
                <w:vAlign w:val="center"/>
              </w:tcPr>
              <w:p w14:paraId="7BC77D9B" w14:textId="3DAA5E25" w:rsidR="001E777B" w:rsidRDefault="00C55329" w:rsidP="001E777B">
                <w:pPr>
                  <w:spacing w:after="80"/>
                  <w:jc w:val="center"/>
                </w:pPr>
                <w:r>
                  <w:rPr>
                    <w:rFonts w:ascii="MS Gothic" w:eastAsia="MS Gothic" w:hAnsi="MS Gothic" w:hint="eastAsia"/>
                  </w:rPr>
                  <w:t>☐</w:t>
                </w:r>
              </w:p>
            </w:tc>
          </w:sdtContent>
        </w:sdt>
      </w:tr>
      <w:tr w:rsidR="001E777B" w14:paraId="0FCED4FC" w14:textId="77777777" w:rsidTr="00C03520">
        <w:tc>
          <w:tcPr>
            <w:tcW w:w="2661" w:type="dxa"/>
            <w:vAlign w:val="center"/>
          </w:tcPr>
          <w:p w14:paraId="113A3111" w14:textId="67123FC0" w:rsidR="001E777B" w:rsidRDefault="001E777B" w:rsidP="001E777B">
            <w:pPr>
              <w:spacing w:after="80"/>
            </w:pPr>
            <w:r w:rsidRPr="00F1416B">
              <w:rPr>
                <w:sz w:val="16"/>
              </w:rPr>
              <w:t>Child in Care</w:t>
            </w:r>
          </w:p>
        </w:tc>
        <w:sdt>
          <w:sdtPr>
            <w:id w:val="-457873388"/>
            <w14:checkbox>
              <w14:checked w14:val="0"/>
              <w14:checkedState w14:val="2612" w14:font="MS Gothic"/>
              <w14:uncheckedState w14:val="2610" w14:font="MS Gothic"/>
            </w14:checkbox>
          </w:sdtPr>
          <w:sdtEndPr/>
          <w:sdtContent>
            <w:tc>
              <w:tcPr>
                <w:tcW w:w="2661" w:type="dxa"/>
                <w:vAlign w:val="center"/>
              </w:tcPr>
              <w:p w14:paraId="0079034A" w14:textId="0C37508F" w:rsidR="001E777B" w:rsidRDefault="00C55329" w:rsidP="001E777B">
                <w:pPr>
                  <w:spacing w:after="80"/>
                  <w:jc w:val="center"/>
                </w:pPr>
                <w:r>
                  <w:rPr>
                    <w:rFonts w:ascii="MS Gothic" w:eastAsia="MS Gothic" w:hAnsi="MS Gothic" w:hint="eastAsia"/>
                  </w:rPr>
                  <w:t>☐</w:t>
                </w:r>
              </w:p>
            </w:tc>
          </w:sdtContent>
        </w:sdt>
        <w:sdt>
          <w:sdtPr>
            <w:id w:val="1666120152"/>
            <w14:checkbox>
              <w14:checked w14:val="0"/>
              <w14:checkedState w14:val="2612" w14:font="MS Gothic"/>
              <w14:uncheckedState w14:val="2610" w14:font="MS Gothic"/>
            </w14:checkbox>
          </w:sdtPr>
          <w:sdtEndPr/>
          <w:sdtContent>
            <w:tc>
              <w:tcPr>
                <w:tcW w:w="2662" w:type="dxa"/>
                <w:vAlign w:val="center"/>
              </w:tcPr>
              <w:p w14:paraId="3D7FE482" w14:textId="238C8286" w:rsidR="001E777B" w:rsidRDefault="00C55329" w:rsidP="001E777B">
                <w:pPr>
                  <w:spacing w:after="80"/>
                  <w:jc w:val="center"/>
                </w:pPr>
                <w:r>
                  <w:rPr>
                    <w:rFonts w:ascii="MS Gothic" w:eastAsia="MS Gothic" w:hAnsi="MS Gothic" w:hint="eastAsia"/>
                  </w:rPr>
                  <w:t>☐</w:t>
                </w:r>
              </w:p>
            </w:tc>
          </w:sdtContent>
        </w:sdt>
        <w:sdt>
          <w:sdtPr>
            <w:id w:val="1365099632"/>
            <w14:checkbox>
              <w14:checked w14:val="0"/>
              <w14:checkedState w14:val="2612" w14:font="MS Gothic"/>
              <w14:uncheckedState w14:val="2610" w14:font="MS Gothic"/>
            </w14:checkbox>
          </w:sdtPr>
          <w:sdtEndPr/>
          <w:sdtContent>
            <w:tc>
              <w:tcPr>
                <w:tcW w:w="2662" w:type="dxa"/>
                <w:vAlign w:val="center"/>
              </w:tcPr>
              <w:p w14:paraId="6E6E12A9" w14:textId="36740E24" w:rsidR="001E777B" w:rsidRDefault="00C55329" w:rsidP="001E777B">
                <w:pPr>
                  <w:spacing w:after="80"/>
                  <w:jc w:val="center"/>
                </w:pPr>
                <w:r>
                  <w:rPr>
                    <w:rFonts w:ascii="MS Gothic" w:eastAsia="MS Gothic" w:hAnsi="MS Gothic" w:hint="eastAsia"/>
                  </w:rPr>
                  <w:t>☐</w:t>
                </w:r>
              </w:p>
            </w:tc>
          </w:sdtContent>
        </w:sdt>
      </w:tr>
    </w:tbl>
    <w:p w14:paraId="72A3D3EC" w14:textId="77777777" w:rsidR="00FC3769" w:rsidRDefault="00FC3769"/>
    <w:tbl>
      <w:tblPr>
        <w:tblW w:w="0" w:type="auto"/>
        <w:jc w:val="center"/>
        <w:tblLook w:val="04A0" w:firstRow="1" w:lastRow="0" w:firstColumn="1" w:lastColumn="0" w:noHBand="0" w:noVBand="1"/>
      </w:tblPr>
      <w:tblGrid>
        <w:gridCol w:w="10646"/>
      </w:tblGrid>
      <w:tr w:rsidR="00FC3769" w14:paraId="404391F3" w14:textId="77777777" w:rsidTr="00592061">
        <w:trPr>
          <w:jc w:val="center"/>
        </w:trPr>
        <w:tc>
          <w:tcPr>
            <w:tcW w:w="1064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sdt>
            <w:sdtPr>
              <w:alias w:val="Information cell"/>
              <w:tag w:val="INFO_CELL_0074"/>
              <w:id w:val="-1762292163"/>
              <w:lock w:val="sdtLocked"/>
            </w:sdtPr>
            <w:sdtEndPr/>
            <w:sdtContent>
              <w:p w14:paraId="7DABFEB2" w14:textId="4B2ABE59" w:rsidR="00FC3769" w:rsidRDefault="006E6BC2">
                <w:sdt>
                  <w:sdtPr>
                    <w:alias w:val="Information field"/>
                    <w:tag w:val="INFO_FIELD_0026"/>
                    <w:id w:val="1816450029"/>
                    <w:lock w:val="sdtLocked"/>
                  </w:sdtPr>
                  <w:sdtEndPr/>
                  <w:sdtContent>
                    <w:r w:rsidR="00BA17C9">
                      <w:rPr>
                        <w:color w:val="777777"/>
                      </w:rPr>
                      <w:t>Click or tap here to enter text.</w:t>
                    </w:r>
                  </w:sdtContent>
                </w:sdt>
              </w:p>
            </w:sdtContent>
          </w:sdt>
        </w:tc>
      </w:tr>
    </w:tbl>
    <w:p w14:paraId="0D0B940D" w14:textId="77777777" w:rsidR="00FC3769" w:rsidRDefault="00FC3769"/>
    <w:tbl>
      <w:tblPr>
        <w:tblW w:w="0" w:type="auto"/>
        <w:jc w:val="center"/>
        <w:tblLook w:val="04A0" w:firstRow="1" w:lastRow="0" w:firstColumn="1" w:lastColumn="0" w:noHBand="0" w:noVBand="1"/>
      </w:tblPr>
      <w:tblGrid>
        <w:gridCol w:w="10646"/>
      </w:tblGrid>
      <w:tr w:rsidR="00FC3769" w14:paraId="5A85B90F" w14:textId="77777777" w:rsidTr="0071325E">
        <w:trPr>
          <w:trHeight w:val="569"/>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2DC45833" w14:textId="77777777" w:rsidR="0071325E" w:rsidRDefault="0071325E" w:rsidP="0071325E">
            <w:pPr>
              <w:spacing w:after="0"/>
              <w:rPr>
                <w:b/>
                <w:color w:val="0F243E"/>
              </w:rPr>
            </w:pPr>
            <w:r>
              <w:rPr>
                <w:b/>
                <w:color w:val="0F243E"/>
              </w:rPr>
              <w:t>For Children in Care (CiC)</w:t>
            </w:r>
          </w:p>
          <w:p w14:paraId="78E16BF2" w14:textId="60787A69" w:rsidR="00FC3769" w:rsidRDefault="0071325E" w:rsidP="0071325E">
            <w:r>
              <w:rPr>
                <w:b/>
                <w:color w:val="0F243E"/>
              </w:rPr>
              <w:t>Named Virtual School worker / CiC worker</w:t>
            </w:r>
          </w:p>
        </w:tc>
      </w:tr>
      <w:tr w:rsidR="00FC3769" w14:paraId="274521A0"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sdt>
            <w:sdtPr>
              <w:alias w:val="Information cell"/>
              <w:tag w:val="INFO_CELL_0075"/>
              <w:id w:val="2012325459"/>
              <w:lock w:val="sdtLocked"/>
            </w:sdtPr>
            <w:sdtEndPr/>
            <w:sdtContent>
              <w:p w14:paraId="28A81841" w14:textId="41D52B02" w:rsidR="00FC3769" w:rsidRDefault="006E6BC2">
                <w:sdt>
                  <w:sdtPr>
                    <w:alias w:val="Information field"/>
                    <w:tag w:val="INFO_FIELD_0027"/>
                    <w:id w:val="538788019"/>
                    <w:lock w:val="sdtLocked"/>
                  </w:sdtPr>
                  <w:sdtEndPr/>
                  <w:sdtContent>
                    <w:r w:rsidR="00BA17C9">
                      <w:rPr>
                        <w:color w:val="777777"/>
                      </w:rPr>
                      <w:t>Click or tap here to enter text.</w:t>
                    </w:r>
                  </w:sdtContent>
                </w:sdt>
              </w:p>
            </w:sdtContent>
          </w:sdt>
        </w:tc>
      </w:tr>
    </w:tbl>
    <w:p w14:paraId="77563A88" w14:textId="77777777" w:rsidR="00F1416B" w:rsidRDefault="00F1416B" w:rsidP="00F1416B">
      <w:pPr>
        <w:rPr>
          <w:b/>
          <w:color w:val="0F243E"/>
          <w:sz w:val="20"/>
        </w:rPr>
      </w:pPr>
    </w:p>
    <w:p w14:paraId="3E225574" w14:textId="3477E9EF" w:rsidR="00FC3769" w:rsidRPr="00F1416B" w:rsidRDefault="00BA17C9" w:rsidP="00F1416B">
      <w:pPr>
        <w:rPr>
          <w:b/>
          <w:color w:val="0F243E"/>
          <w:sz w:val="20"/>
        </w:rPr>
      </w:pPr>
      <w:r>
        <w:rPr>
          <w:b/>
          <w:color w:val="0F243E"/>
          <w:sz w:val="20"/>
        </w:rPr>
        <w:t>4B. Child Protection, Child in Need and Early Help status</w:t>
      </w:r>
    </w:p>
    <w:p w14:paraId="5255BC22" w14:textId="12CCB592" w:rsidR="001E777B" w:rsidRDefault="00BA17C9">
      <w:pPr>
        <w:spacing w:after="80"/>
        <w:rPr>
          <w:i/>
          <w:color w:val="555555"/>
          <w:sz w:val="17"/>
        </w:rPr>
      </w:pPr>
      <w:r>
        <w:rPr>
          <w:i/>
          <w:color w:val="555555"/>
          <w:sz w:val="17"/>
        </w:rPr>
        <w:t>For each current or previous status, provide the named worker where applicable below.</w:t>
      </w:r>
    </w:p>
    <w:tbl>
      <w:tblPr>
        <w:tblStyle w:val="TableGrid"/>
        <w:tblW w:w="0" w:type="auto"/>
        <w:tblLook w:val="04A0" w:firstRow="1" w:lastRow="0" w:firstColumn="1" w:lastColumn="0" w:noHBand="0" w:noVBand="1"/>
      </w:tblPr>
      <w:tblGrid>
        <w:gridCol w:w="2661"/>
        <w:gridCol w:w="2661"/>
        <w:gridCol w:w="2662"/>
        <w:gridCol w:w="2662"/>
      </w:tblGrid>
      <w:tr w:rsidR="001E777B" w14:paraId="3F9B8EA5" w14:textId="77777777" w:rsidTr="009F10C4">
        <w:tc>
          <w:tcPr>
            <w:tcW w:w="2661" w:type="dxa"/>
            <w:shd w:val="clear" w:color="auto" w:fill="DAEEF3" w:themeFill="accent5" w:themeFillTint="33"/>
          </w:tcPr>
          <w:sdt>
            <w:sdtPr>
              <w:alias w:val="Information cell"/>
              <w:tag w:val="INFO_CELL_0076"/>
              <w:id w:val="821546689"/>
              <w:lock w:val="sdtLocked"/>
            </w:sdtPr>
            <w:sdtEndPr/>
            <w:sdtContent>
              <w:p w14:paraId="68C93548" w14:textId="77777777" w:rsidR="001E777B" w:rsidRDefault="006E6BC2" w:rsidP="001E777B">
                <w:pPr>
                  <w:spacing w:after="80"/>
                  <w:rPr>
                    <w:i/>
                    <w:color w:val="555555"/>
                    <w:sz w:val="17"/>
                  </w:rPr>
                </w:pPr>
              </w:p>
            </w:sdtContent>
          </w:sdt>
        </w:tc>
        <w:tc>
          <w:tcPr>
            <w:tcW w:w="2661" w:type="dxa"/>
            <w:shd w:val="clear" w:color="auto" w:fill="DAEEF3" w:themeFill="accent5" w:themeFillTint="33"/>
            <w:vAlign w:val="center"/>
          </w:tcPr>
          <w:p w14:paraId="0A0DF196" w14:textId="4F228F35" w:rsidR="001E777B" w:rsidRPr="001E777B" w:rsidRDefault="001E777B" w:rsidP="001E777B">
            <w:pPr>
              <w:spacing w:after="80"/>
              <w:jc w:val="center"/>
              <w:rPr>
                <w:i/>
                <w:sz w:val="17"/>
              </w:rPr>
            </w:pPr>
            <w:r w:rsidRPr="001E777B">
              <w:rPr>
                <w:b/>
                <w:sz w:val="17"/>
              </w:rPr>
              <w:t>Current</w:t>
            </w:r>
          </w:p>
        </w:tc>
        <w:tc>
          <w:tcPr>
            <w:tcW w:w="2662" w:type="dxa"/>
            <w:shd w:val="clear" w:color="auto" w:fill="DAEEF3" w:themeFill="accent5" w:themeFillTint="33"/>
            <w:vAlign w:val="center"/>
          </w:tcPr>
          <w:p w14:paraId="53F9C695" w14:textId="7BDCD6D1" w:rsidR="001E777B" w:rsidRPr="001E777B" w:rsidRDefault="001E777B" w:rsidP="001E777B">
            <w:pPr>
              <w:spacing w:after="80"/>
              <w:jc w:val="center"/>
              <w:rPr>
                <w:i/>
                <w:sz w:val="17"/>
              </w:rPr>
            </w:pPr>
            <w:r w:rsidRPr="001E777B">
              <w:rPr>
                <w:b/>
                <w:sz w:val="17"/>
              </w:rPr>
              <w:t>Previous</w:t>
            </w:r>
          </w:p>
        </w:tc>
        <w:tc>
          <w:tcPr>
            <w:tcW w:w="2662" w:type="dxa"/>
            <w:shd w:val="clear" w:color="auto" w:fill="DAEEF3" w:themeFill="accent5" w:themeFillTint="33"/>
            <w:vAlign w:val="center"/>
          </w:tcPr>
          <w:p w14:paraId="304419B9" w14:textId="622A05B6" w:rsidR="001E777B" w:rsidRPr="001E777B" w:rsidRDefault="001E777B" w:rsidP="001E777B">
            <w:pPr>
              <w:spacing w:after="80"/>
              <w:jc w:val="center"/>
              <w:rPr>
                <w:i/>
                <w:sz w:val="17"/>
              </w:rPr>
            </w:pPr>
            <w:r w:rsidRPr="001E777B">
              <w:rPr>
                <w:b/>
                <w:sz w:val="17"/>
              </w:rPr>
              <w:t>None</w:t>
            </w:r>
          </w:p>
        </w:tc>
      </w:tr>
      <w:tr w:rsidR="001E777B" w14:paraId="749CBED4" w14:textId="77777777" w:rsidTr="009B4B72">
        <w:tc>
          <w:tcPr>
            <w:tcW w:w="2661" w:type="dxa"/>
            <w:vAlign w:val="center"/>
          </w:tcPr>
          <w:p w14:paraId="4DBC31DF" w14:textId="6871E28B" w:rsidR="001E777B" w:rsidRDefault="001E777B" w:rsidP="001E777B">
            <w:pPr>
              <w:spacing w:after="80"/>
              <w:rPr>
                <w:i/>
                <w:color w:val="555555"/>
                <w:sz w:val="17"/>
              </w:rPr>
            </w:pPr>
            <w:r>
              <w:rPr>
                <w:sz w:val="16"/>
              </w:rPr>
              <w:t>Child Protection status</w:t>
            </w:r>
          </w:p>
        </w:tc>
        <w:sdt>
          <w:sdtPr>
            <w:rPr>
              <w:iCs/>
              <w:color w:val="555555"/>
              <w:sz w:val="17"/>
            </w:rPr>
            <w:id w:val="669460307"/>
            <w14:checkbox>
              <w14:checked w14:val="1"/>
              <w14:checkedState w14:val="2612" w14:font="MS Gothic"/>
              <w14:uncheckedState w14:val="2610" w14:font="MS Gothic"/>
            </w14:checkbox>
          </w:sdtPr>
          <w:sdtEndPr/>
          <w:sdtContent>
            <w:tc>
              <w:tcPr>
                <w:tcW w:w="2661" w:type="dxa"/>
                <w:vAlign w:val="center"/>
              </w:tcPr>
              <w:p w14:paraId="47D2215C" w14:textId="46884873"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sdt>
          <w:sdtPr>
            <w:rPr>
              <w:iCs/>
              <w:color w:val="555555"/>
              <w:sz w:val="17"/>
            </w:rPr>
            <w:id w:val="2030366382"/>
            <w14:checkbox>
              <w14:checked w14:val="0"/>
              <w14:checkedState w14:val="2612" w14:font="MS Gothic"/>
              <w14:uncheckedState w14:val="2610" w14:font="MS Gothic"/>
            </w14:checkbox>
          </w:sdtPr>
          <w:sdtEndPr/>
          <w:sdtContent>
            <w:tc>
              <w:tcPr>
                <w:tcW w:w="2662" w:type="dxa"/>
                <w:vAlign w:val="center"/>
              </w:tcPr>
              <w:p w14:paraId="6356AF18" w14:textId="734769CF"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sdt>
          <w:sdtPr>
            <w:rPr>
              <w:iCs/>
              <w:color w:val="555555"/>
              <w:sz w:val="17"/>
            </w:rPr>
            <w:id w:val="476420401"/>
            <w14:checkbox>
              <w14:checked w14:val="0"/>
              <w14:checkedState w14:val="2612" w14:font="MS Gothic"/>
              <w14:uncheckedState w14:val="2610" w14:font="MS Gothic"/>
            </w14:checkbox>
          </w:sdtPr>
          <w:sdtEndPr/>
          <w:sdtContent>
            <w:tc>
              <w:tcPr>
                <w:tcW w:w="2662" w:type="dxa"/>
                <w:vAlign w:val="center"/>
              </w:tcPr>
              <w:p w14:paraId="0F882269" w14:textId="2D8626B0"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tr>
      <w:tr w:rsidR="001E777B" w14:paraId="2CB85F15" w14:textId="77777777" w:rsidTr="009B4B72">
        <w:tc>
          <w:tcPr>
            <w:tcW w:w="2661" w:type="dxa"/>
            <w:vAlign w:val="center"/>
          </w:tcPr>
          <w:p w14:paraId="3C51BD0F" w14:textId="740CDEE3" w:rsidR="001E777B" w:rsidRDefault="001E777B" w:rsidP="001E777B">
            <w:pPr>
              <w:spacing w:after="80"/>
              <w:rPr>
                <w:i/>
                <w:color w:val="555555"/>
                <w:sz w:val="17"/>
              </w:rPr>
            </w:pPr>
            <w:r>
              <w:rPr>
                <w:sz w:val="16"/>
              </w:rPr>
              <w:t>Child in Need status</w:t>
            </w:r>
          </w:p>
        </w:tc>
        <w:sdt>
          <w:sdtPr>
            <w:rPr>
              <w:iCs/>
              <w:color w:val="555555"/>
              <w:sz w:val="17"/>
            </w:rPr>
            <w:id w:val="-587468055"/>
            <w14:checkbox>
              <w14:checked w14:val="0"/>
              <w14:checkedState w14:val="2612" w14:font="MS Gothic"/>
              <w14:uncheckedState w14:val="2610" w14:font="MS Gothic"/>
            </w14:checkbox>
          </w:sdtPr>
          <w:sdtEndPr/>
          <w:sdtContent>
            <w:tc>
              <w:tcPr>
                <w:tcW w:w="2661" w:type="dxa"/>
                <w:vAlign w:val="center"/>
              </w:tcPr>
              <w:p w14:paraId="26CEAD9C" w14:textId="26D43B1F"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sdt>
          <w:sdtPr>
            <w:rPr>
              <w:iCs/>
              <w:color w:val="555555"/>
              <w:sz w:val="17"/>
            </w:rPr>
            <w:id w:val="-1078284912"/>
            <w14:checkbox>
              <w14:checked w14:val="0"/>
              <w14:checkedState w14:val="2612" w14:font="MS Gothic"/>
              <w14:uncheckedState w14:val="2610" w14:font="MS Gothic"/>
            </w14:checkbox>
          </w:sdtPr>
          <w:sdtEndPr/>
          <w:sdtContent>
            <w:tc>
              <w:tcPr>
                <w:tcW w:w="2662" w:type="dxa"/>
                <w:vAlign w:val="center"/>
              </w:tcPr>
              <w:p w14:paraId="61E7063F" w14:textId="620963D2"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sdt>
          <w:sdtPr>
            <w:rPr>
              <w:iCs/>
              <w:color w:val="555555"/>
              <w:sz w:val="17"/>
            </w:rPr>
            <w:id w:val="-1294896550"/>
            <w14:checkbox>
              <w14:checked w14:val="0"/>
              <w14:checkedState w14:val="2612" w14:font="MS Gothic"/>
              <w14:uncheckedState w14:val="2610" w14:font="MS Gothic"/>
            </w14:checkbox>
          </w:sdtPr>
          <w:sdtEndPr/>
          <w:sdtContent>
            <w:tc>
              <w:tcPr>
                <w:tcW w:w="2662" w:type="dxa"/>
                <w:vAlign w:val="center"/>
              </w:tcPr>
              <w:p w14:paraId="76E79126" w14:textId="1888CCA9"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tr>
      <w:tr w:rsidR="001E777B" w14:paraId="079684A3" w14:textId="77777777" w:rsidTr="009B4B72">
        <w:tc>
          <w:tcPr>
            <w:tcW w:w="2661" w:type="dxa"/>
            <w:vAlign w:val="center"/>
          </w:tcPr>
          <w:p w14:paraId="38248145" w14:textId="2CCF95FD" w:rsidR="001E777B" w:rsidRDefault="001E777B" w:rsidP="001E777B">
            <w:pPr>
              <w:spacing w:after="80"/>
              <w:rPr>
                <w:i/>
                <w:color w:val="555555"/>
                <w:sz w:val="17"/>
              </w:rPr>
            </w:pPr>
            <w:r>
              <w:rPr>
                <w:sz w:val="16"/>
              </w:rPr>
              <w:t>Early Help status</w:t>
            </w:r>
          </w:p>
        </w:tc>
        <w:sdt>
          <w:sdtPr>
            <w:rPr>
              <w:iCs/>
              <w:color w:val="555555"/>
              <w:sz w:val="17"/>
            </w:rPr>
            <w:id w:val="-1509976123"/>
            <w14:checkbox>
              <w14:checked w14:val="0"/>
              <w14:checkedState w14:val="2612" w14:font="MS Gothic"/>
              <w14:uncheckedState w14:val="2610" w14:font="MS Gothic"/>
            </w14:checkbox>
          </w:sdtPr>
          <w:sdtEndPr/>
          <w:sdtContent>
            <w:tc>
              <w:tcPr>
                <w:tcW w:w="2661" w:type="dxa"/>
                <w:vAlign w:val="center"/>
              </w:tcPr>
              <w:p w14:paraId="6B800955" w14:textId="6349978E"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sdt>
          <w:sdtPr>
            <w:rPr>
              <w:iCs/>
              <w:color w:val="555555"/>
              <w:sz w:val="17"/>
            </w:rPr>
            <w:id w:val="-128550788"/>
            <w14:checkbox>
              <w14:checked w14:val="0"/>
              <w14:checkedState w14:val="2612" w14:font="MS Gothic"/>
              <w14:uncheckedState w14:val="2610" w14:font="MS Gothic"/>
            </w14:checkbox>
          </w:sdtPr>
          <w:sdtEndPr/>
          <w:sdtContent>
            <w:tc>
              <w:tcPr>
                <w:tcW w:w="2662" w:type="dxa"/>
                <w:vAlign w:val="center"/>
              </w:tcPr>
              <w:p w14:paraId="29F2F6D8" w14:textId="4610A715"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sdt>
          <w:sdtPr>
            <w:rPr>
              <w:iCs/>
              <w:color w:val="555555"/>
              <w:sz w:val="17"/>
            </w:rPr>
            <w:id w:val="1994060711"/>
            <w14:checkbox>
              <w14:checked w14:val="0"/>
              <w14:checkedState w14:val="2612" w14:font="MS Gothic"/>
              <w14:uncheckedState w14:val="2610" w14:font="MS Gothic"/>
            </w14:checkbox>
          </w:sdtPr>
          <w:sdtEndPr/>
          <w:sdtContent>
            <w:tc>
              <w:tcPr>
                <w:tcW w:w="2662" w:type="dxa"/>
                <w:vAlign w:val="center"/>
              </w:tcPr>
              <w:p w14:paraId="68F484C6" w14:textId="5EB3AF0D"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tr>
      <w:tr w:rsidR="001E777B" w14:paraId="2FE941D2" w14:textId="77777777" w:rsidTr="009B4B72">
        <w:tc>
          <w:tcPr>
            <w:tcW w:w="2661" w:type="dxa"/>
            <w:vAlign w:val="center"/>
          </w:tcPr>
          <w:p w14:paraId="346B197D" w14:textId="32B9D790" w:rsidR="001E777B" w:rsidRDefault="001E777B" w:rsidP="001E777B">
            <w:pPr>
              <w:spacing w:after="80"/>
              <w:rPr>
                <w:i/>
                <w:color w:val="555555"/>
                <w:sz w:val="17"/>
              </w:rPr>
            </w:pPr>
            <w:r>
              <w:rPr>
                <w:sz w:val="16"/>
              </w:rPr>
              <w:t>Targeted Early Support Status</w:t>
            </w:r>
          </w:p>
        </w:tc>
        <w:sdt>
          <w:sdtPr>
            <w:rPr>
              <w:iCs/>
              <w:color w:val="555555"/>
              <w:sz w:val="17"/>
            </w:rPr>
            <w:id w:val="-18931770"/>
            <w14:checkbox>
              <w14:checked w14:val="0"/>
              <w14:checkedState w14:val="2612" w14:font="MS Gothic"/>
              <w14:uncheckedState w14:val="2610" w14:font="MS Gothic"/>
            </w14:checkbox>
          </w:sdtPr>
          <w:sdtEndPr/>
          <w:sdtContent>
            <w:tc>
              <w:tcPr>
                <w:tcW w:w="2661" w:type="dxa"/>
                <w:vAlign w:val="center"/>
              </w:tcPr>
              <w:p w14:paraId="0BBD93B3" w14:textId="2215E1B6"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sdt>
          <w:sdtPr>
            <w:rPr>
              <w:iCs/>
              <w:color w:val="555555"/>
              <w:sz w:val="17"/>
            </w:rPr>
            <w:id w:val="-1648044846"/>
            <w14:checkbox>
              <w14:checked w14:val="0"/>
              <w14:checkedState w14:val="2612" w14:font="MS Gothic"/>
              <w14:uncheckedState w14:val="2610" w14:font="MS Gothic"/>
            </w14:checkbox>
          </w:sdtPr>
          <w:sdtEndPr/>
          <w:sdtContent>
            <w:tc>
              <w:tcPr>
                <w:tcW w:w="2662" w:type="dxa"/>
                <w:vAlign w:val="center"/>
              </w:tcPr>
              <w:p w14:paraId="02D7F1DA" w14:textId="73DB4B07"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sdt>
          <w:sdtPr>
            <w:rPr>
              <w:iCs/>
              <w:color w:val="555555"/>
              <w:sz w:val="17"/>
            </w:rPr>
            <w:id w:val="1301426006"/>
            <w14:checkbox>
              <w14:checked w14:val="0"/>
              <w14:checkedState w14:val="2612" w14:font="MS Gothic"/>
              <w14:uncheckedState w14:val="2610" w14:font="MS Gothic"/>
            </w14:checkbox>
          </w:sdtPr>
          <w:sdtEndPr/>
          <w:sdtContent>
            <w:tc>
              <w:tcPr>
                <w:tcW w:w="2662" w:type="dxa"/>
                <w:vAlign w:val="center"/>
              </w:tcPr>
              <w:p w14:paraId="3165F809" w14:textId="2B5AA2B8" w:rsidR="001E777B" w:rsidRPr="009F10C4" w:rsidRDefault="009F10C4" w:rsidP="001E777B">
                <w:pPr>
                  <w:spacing w:after="80"/>
                  <w:jc w:val="center"/>
                  <w:rPr>
                    <w:iCs/>
                    <w:color w:val="555555"/>
                    <w:sz w:val="17"/>
                  </w:rPr>
                </w:pPr>
                <w:r w:rsidRPr="009F10C4">
                  <w:rPr>
                    <w:rFonts w:ascii="MS Gothic" w:eastAsia="MS Gothic" w:hAnsi="MS Gothic" w:hint="eastAsia"/>
                    <w:iCs/>
                    <w:color w:val="555555"/>
                    <w:sz w:val="17"/>
                  </w:rPr>
                  <w:t>☐</w:t>
                </w:r>
              </w:p>
            </w:tc>
          </w:sdtContent>
        </w:sdt>
      </w:tr>
    </w:tbl>
    <w:p w14:paraId="60061E4C" w14:textId="77777777" w:rsidR="00FC3769" w:rsidRDefault="00FC3769"/>
    <w:tbl>
      <w:tblPr>
        <w:tblW w:w="0" w:type="auto"/>
        <w:jc w:val="center"/>
        <w:tblLook w:val="04A0" w:firstRow="1" w:lastRow="0" w:firstColumn="1" w:lastColumn="0" w:noHBand="0" w:noVBand="1"/>
      </w:tblPr>
      <w:tblGrid>
        <w:gridCol w:w="2204"/>
        <w:gridCol w:w="3098"/>
        <w:gridCol w:w="21"/>
        <w:gridCol w:w="2194"/>
        <w:gridCol w:w="3129"/>
      </w:tblGrid>
      <w:tr w:rsidR="006343CD" w14:paraId="7EF68AF5" w14:textId="77777777" w:rsidTr="006343CD">
        <w:trPr>
          <w:jc w:val="center"/>
        </w:trPr>
        <w:tc>
          <w:tcPr>
            <w:tcW w:w="220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0D5431A" w14:textId="329D6AA5" w:rsidR="006343CD" w:rsidRDefault="006343CD">
            <w:r>
              <w:rPr>
                <w:b/>
                <w:color w:val="0F243E"/>
                <w:sz w:val="17"/>
              </w:rPr>
              <w:t>Children Services Named Key worker</w:t>
            </w:r>
          </w:p>
        </w:tc>
        <w:tc>
          <w:tcPr>
            <w:tcW w:w="8442" w:type="dxa"/>
            <w:gridSpan w:val="4"/>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7"/>
              <w:id w:val="771833780"/>
              <w:lock w:val="sdtLocked"/>
            </w:sdtPr>
            <w:sdtEndPr/>
            <w:sdtContent>
              <w:p w14:paraId="67E8F13D" w14:textId="20273808" w:rsidR="006343CD" w:rsidRDefault="006E6BC2">
                <w:sdt>
                  <w:sdtPr>
                    <w:alias w:val="Information field"/>
                    <w:tag w:val="INFO_FIELD_0028"/>
                    <w:id w:val="767420880"/>
                    <w:lock w:val="sdtLocked"/>
                  </w:sdtPr>
                  <w:sdtEndPr/>
                  <w:sdtContent>
                    <w:r w:rsidR="006343CD">
                      <w:rPr>
                        <w:color w:val="666666"/>
                        <w:sz w:val="17"/>
                      </w:rPr>
                      <w:t>Click or tap here to enter text.</w:t>
                    </w:r>
                  </w:sdtContent>
                </w:sdt>
              </w:p>
            </w:sdtContent>
          </w:sdt>
        </w:tc>
      </w:tr>
      <w:tr w:rsidR="00FC3769" w14:paraId="623396AB" w14:textId="77777777" w:rsidTr="006343CD">
        <w:trPr>
          <w:jc w:val="center"/>
        </w:trPr>
        <w:tc>
          <w:tcPr>
            <w:tcW w:w="220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931563D" w14:textId="77777777" w:rsidR="00FC3769" w:rsidRDefault="00BA17C9">
            <w:r>
              <w:rPr>
                <w:b/>
                <w:color w:val="0F243E"/>
                <w:sz w:val="17"/>
              </w:rPr>
              <w:t>Named Early Help / Targeted Early Support worker, where applicable</w:t>
            </w:r>
          </w:p>
        </w:tc>
        <w:tc>
          <w:tcPr>
            <w:tcW w:w="3098"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8"/>
              <w:id w:val="-2119443324"/>
              <w:lock w:val="sdtLocked"/>
            </w:sdtPr>
            <w:sdtEndPr/>
            <w:sdtContent>
              <w:p w14:paraId="71732CEE" w14:textId="77777777" w:rsidR="00FC3769" w:rsidRDefault="006E6BC2">
                <w:sdt>
                  <w:sdtPr>
                    <w:alias w:val="Information field"/>
                    <w:tag w:val="INFO_FIELD_0029"/>
                    <w:id w:val="916978498"/>
                    <w:lock w:val="sdtLocked"/>
                  </w:sdtPr>
                  <w:sdtEndPr/>
                  <w:sdtContent>
                    <w:r w:rsidR="00BA17C9">
                      <w:rPr>
                        <w:color w:val="666666"/>
                        <w:sz w:val="17"/>
                      </w:rPr>
                      <w:t>Click or tap here to enter text.</w:t>
                    </w:r>
                  </w:sdtContent>
                </w:sdt>
              </w:p>
            </w:sdtContent>
          </w:sdt>
        </w:tc>
        <w:tc>
          <w:tcPr>
            <w:tcW w:w="2215" w:type="dxa"/>
            <w:gridSpan w:val="2"/>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5A1A660" w14:textId="6F2F4EA0" w:rsidR="00FC3769" w:rsidRDefault="00BA17C9">
            <w:r>
              <w:rPr>
                <w:b/>
                <w:color w:val="0F243E"/>
                <w:sz w:val="17"/>
              </w:rPr>
              <w:t>Confidential CP information available on request? *</w:t>
            </w:r>
          </w:p>
        </w:tc>
        <w:tc>
          <w:tcPr>
            <w:tcW w:w="3129"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9"/>
              <w:id w:val="676775143"/>
              <w:lock w:val="sdtLocked"/>
            </w:sdtPr>
            <w:sdtEndPr/>
            <w:sdtContent>
              <w:p w14:paraId="59120A17" w14:textId="77777777" w:rsidR="00FC3769" w:rsidRDefault="00BA17C9">
                <w:r>
                  <w:rPr>
                    <w:sz w:val="17"/>
                  </w:rPr>
                  <w:t>☐ Yes   ☐ No   ☐ Not applicable</w:t>
                </w:r>
              </w:p>
            </w:sdtContent>
          </w:sdt>
        </w:tc>
      </w:tr>
      <w:tr w:rsidR="008071AE" w14:paraId="627B38E3" w14:textId="77777777" w:rsidTr="008071AE">
        <w:trPr>
          <w:jc w:val="center"/>
        </w:trPr>
        <w:tc>
          <w:tcPr>
            <w:tcW w:w="5323" w:type="dxa"/>
            <w:gridSpan w:val="3"/>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EC910AD" w14:textId="77777777" w:rsidR="008071AE" w:rsidRDefault="008071AE">
            <w:r>
              <w:rPr>
                <w:b/>
                <w:color w:val="0F243E"/>
              </w:rPr>
              <w:t>Outline timeline for transfer of CP file, where applicable</w:t>
            </w:r>
          </w:p>
        </w:tc>
        <w:tc>
          <w:tcPr>
            <w:tcW w:w="5323" w:type="dxa"/>
            <w:gridSpan w:val="2"/>
            <w:tcBorders>
              <w:top w:val="single" w:sz="4" w:space="0" w:color="A6A6A6"/>
              <w:left w:val="single" w:sz="4" w:space="0" w:color="A6A6A6"/>
              <w:bottom w:val="single" w:sz="4" w:space="0" w:color="A6A6A6"/>
              <w:right w:val="single" w:sz="4" w:space="0" w:color="A6A6A6"/>
            </w:tcBorders>
            <w:vAlign w:val="center"/>
          </w:tcPr>
          <w:sdt>
            <w:sdtPr>
              <w:alias w:val="Information cell"/>
              <w:tag w:val="INFO_CELL_0080"/>
              <w:id w:val="-591091198"/>
              <w:lock w:val="sdtLocked"/>
            </w:sdtPr>
            <w:sdtEndPr/>
            <w:sdtContent>
              <w:p w14:paraId="07EEBAF8" w14:textId="409D429D" w:rsidR="008071AE" w:rsidRDefault="006E6BC2">
                <w:sdt>
                  <w:sdtPr>
                    <w:alias w:val="Information field"/>
                    <w:tag w:val="INFO_FIELD_0030"/>
                    <w:id w:val="1169212031"/>
                    <w:lock w:val="sdtLocked"/>
                  </w:sdtPr>
                  <w:sdtEndPr/>
                  <w:sdtContent>
                    <w:r w:rsidR="008071AE">
                      <w:rPr>
                        <w:color w:val="777777"/>
                      </w:rPr>
                      <w:t>Click or tap here to enter text.</w:t>
                    </w:r>
                  </w:sdtContent>
                </w:sdt>
              </w:p>
            </w:sdtContent>
          </w:sdt>
        </w:tc>
      </w:tr>
    </w:tbl>
    <w:p w14:paraId="44EAFD9C" w14:textId="77777777" w:rsidR="00FC3769" w:rsidRDefault="00FC3769"/>
    <w:tbl>
      <w:tblPr>
        <w:tblW w:w="0" w:type="auto"/>
        <w:jc w:val="center"/>
        <w:tblLook w:val="04A0" w:firstRow="1" w:lastRow="0" w:firstColumn="1" w:lastColumn="0" w:noHBand="0" w:noVBand="1"/>
      </w:tblPr>
      <w:tblGrid>
        <w:gridCol w:w="10646"/>
      </w:tblGrid>
      <w:tr w:rsidR="00FC3769" w14:paraId="2E3442D2"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205D869D" w14:textId="0F6FEEA6" w:rsidR="00FC3769" w:rsidRDefault="00BA17C9">
            <w:proofErr w:type="gramStart"/>
            <w:r>
              <w:rPr>
                <w:b/>
                <w:color w:val="0F243E"/>
              </w:rPr>
              <w:lastRenderedPageBreak/>
              <w:t>Brief summary</w:t>
            </w:r>
            <w:proofErr w:type="gramEnd"/>
            <w:r>
              <w:rPr>
                <w:b/>
                <w:color w:val="0F243E"/>
              </w:rPr>
              <w:t xml:space="preserve"> of relevant CIN</w:t>
            </w:r>
            <w:r w:rsidR="00640373">
              <w:rPr>
                <w:b/>
                <w:color w:val="0F243E"/>
              </w:rPr>
              <w:t>/CP</w:t>
            </w:r>
            <w:r>
              <w:rPr>
                <w:b/>
                <w:color w:val="0F243E"/>
              </w:rPr>
              <w:t>/Early Help/Targeted Early Support involvement</w:t>
            </w:r>
            <w:r>
              <w:rPr>
                <w:i/>
                <w:color w:val="555555"/>
                <w:sz w:val="16"/>
              </w:rPr>
              <w:br/>
              <w:t>Avoid confidential detail.</w:t>
            </w:r>
          </w:p>
        </w:tc>
      </w:tr>
      <w:tr w:rsidR="00FC3769" w14:paraId="7F64F76A"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sdt>
            <w:sdtPr>
              <w:alias w:val="Information cell"/>
              <w:tag w:val="INFO_CELL_0081"/>
              <w:id w:val="-2027558966"/>
              <w:lock w:val="sdtLocked"/>
            </w:sdtPr>
            <w:sdtEndPr/>
            <w:sdtContent>
              <w:p w14:paraId="4D16E59E" w14:textId="4813E2A4" w:rsidR="00FC3769" w:rsidRDefault="006E6BC2">
                <w:sdt>
                  <w:sdtPr>
                    <w:alias w:val="Information field"/>
                    <w:tag w:val="INFO_FIELD_0031"/>
                    <w:id w:val="2031374564"/>
                    <w:lock w:val="sdtLocked"/>
                  </w:sdtPr>
                  <w:sdtEndPr/>
                  <w:sdtContent>
                    <w:r w:rsidR="00BA17C9">
                      <w:rPr>
                        <w:color w:val="777777"/>
                      </w:rPr>
                      <w:t>Click or tap here to enter text.</w:t>
                    </w:r>
                  </w:sdtContent>
                </w:sdt>
              </w:p>
            </w:sdtContent>
          </w:sdt>
        </w:tc>
      </w:tr>
    </w:tbl>
    <w:p w14:paraId="4B94D5A5" w14:textId="77777777" w:rsidR="00FC3769" w:rsidRDefault="00FC3769"/>
    <w:p w14:paraId="78AA0C3C" w14:textId="290B5D9E" w:rsidR="001E777B" w:rsidRPr="001E777B" w:rsidRDefault="00BA17C9" w:rsidP="001E777B">
      <w:pPr>
        <w:rPr>
          <w:b/>
          <w:color w:val="0F243E"/>
          <w:sz w:val="20"/>
        </w:rPr>
      </w:pPr>
      <w:r>
        <w:rPr>
          <w:b/>
          <w:color w:val="0F243E"/>
          <w:sz w:val="20"/>
        </w:rPr>
        <w:t>4C. Contextual Safeguarding</w:t>
      </w:r>
    </w:p>
    <w:tbl>
      <w:tblPr>
        <w:tblStyle w:val="TableGrid"/>
        <w:tblW w:w="0" w:type="auto"/>
        <w:tblLook w:val="04A0" w:firstRow="1" w:lastRow="0" w:firstColumn="1" w:lastColumn="0" w:noHBand="0" w:noVBand="1"/>
      </w:tblPr>
      <w:tblGrid>
        <w:gridCol w:w="2129"/>
        <w:gridCol w:w="985"/>
        <w:gridCol w:w="850"/>
        <w:gridCol w:w="1418"/>
        <w:gridCol w:w="5264"/>
      </w:tblGrid>
      <w:tr w:rsidR="001E777B" w14:paraId="722EC781" w14:textId="77777777" w:rsidTr="009F10C4">
        <w:tc>
          <w:tcPr>
            <w:tcW w:w="2129" w:type="dxa"/>
            <w:shd w:val="clear" w:color="auto" w:fill="DAEEF3" w:themeFill="accent5" w:themeFillTint="33"/>
          </w:tcPr>
          <w:sdt>
            <w:sdtPr>
              <w:alias w:val="Information cell"/>
              <w:tag w:val="INFO_CELL_0082"/>
              <w:id w:val="-1440059887"/>
              <w:lock w:val="sdtLocked"/>
            </w:sdtPr>
            <w:sdtEndPr/>
            <w:sdtContent>
              <w:p w14:paraId="57F8C3C9" w14:textId="77777777" w:rsidR="001E777B" w:rsidRDefault="006E6BC2" w:rsidP="001E777B">
                <w:pPr>
                  <w:spacing w:after="80"/>
                </w:pPr>
              </w:p>
            </w:sdtContent>
          </w:sdt>
        </w:tc>
        <w:tc>
          <w:tcPr>
            <w:tcW w:w="985" w:type="dxa"/>
            <w:shd w:val="clear" w:color="auto" w:fill="DAEEF3" w:themeFill="accent5" w:themeFillTint="33"/>
            <w:vAlign w:val="center"/>
          </w:tcPr>
          <w:p w14:paraId="7D7BDD58" w14:textId="157784F8" w:rsidR="001E777B" w:rsidRPr="001E777B" w:rsidRDefault="001E777B" w:rsidP="001E777B">
            <w:pPr>
              <w:spacing w:after="80"/>
              <w:jc w:val="center"/>
            </w:pPr>
            <w:r w:rsidRPr="001E777B">
              <w:rPr>
                <w:b/>
                <w:sz w:val="17"/>
              </w:rPr>
              <w:t>Yes</w:t>
            </w:r>
          </w:p>
        </w:tc>
        <w:tc>
          <w:tcPr>
            <w:tcW w:w="850" w:type="dxa"/>
            <w:shd w:val="clear" w:color="auto" w:fill="DAEEF3" w:themeFill="accent5" w:themeFillTint="33"/>
            <w:vAlign w:val="center"/>
          </w:tcPr>
          <w:p w14:paraId="13E76551" w14:textId="2534EBCC" w:rsidR="001E777B" w:rsidRPr="001E777B" w:rsidRDefault="001E777B" w:rsidP="001E777B">
            <w:pPr>
              <w:spacing w:after="80"/>
              <w:jc w:val="center"/>
            </w:pPr>
            <w:r w:rsidRPr="001E777B">
              <w:rPr>
                <w:b/>
                <w:sz w:val="17"/>
              </w:rPr>
              <w:t>No</w:t>
            </w:r>
          </w:p>
        </w:tc>
        <w:tc>
          <w:tcPr>
            <w:tcW w:w="1418" w:type="dxa"/>
            <w:shd w:val="clear" w:color="auto" w:fill="DAEEF3" w:themeFill="accent5" w:themeFillTint="33"/>
            <w:vAlign w:val="center"/>
          </w:tcPr>
          <w:p w14:paraId="2F26A114" w14:textId="7A46B272" w:rsidR="001E777B" w:rsidRPr="001E777B" w:rsidRDefault="001E777B" w:rsidP="001E777B">
            <w:pPr>
              <w:spacing w:after="80"/>
              <w:jc w:val="center"/>
            </w:pPr>
            <w:r w:rsidRPr="001E777B">
              <w:rPr>
                <w:b/>
                <w:sz w:val="17"/>
              </w:rPr>
              <w:t>Not known</w:t>
            </w:r>
          </w:p>
        </w:tc>
        <w:tc>
          <w:tcPr>
            <w:tcW w:w="5264" w:type="dxa"/>
            <w:shd w:val="clear" w:color="auto" w:fill="DAEEF3" w:themeFill="accent5" w:themeFillTint="33"/>
            <w:vAlign w:val="center"/>
          </w:tcPr>
          <w:p w14:paraId="77FE4F22" w14:textId="0538A83E" w:rsidR="001E777B" w:rsidRPr="001E777B" w:rsidRDefault="001E777B" w:rsidP="001E777B">
            <w:pPr>
              <w:spacing w:after="80"/>
              <w:jc w:val="center"/>
            </w:pPr>
            <w:r w:rsidRPr="001E777B">
              <w:rPr>
                <w:b/>
                <w:bCs/>
                <w:sz w:val="17"/>
                <w:szCs w:val="17"/>
              </w:rPr>
              <w:t>Details</w:t>
            </w:r>
          </w:p>
        </w:tc>
      </w:tr>
      <w:tr w:rsidR="001E777B" w14:paraId="1934DB0D" w14:textId="77777777" w:rsidTr="00E202A0">
        <w:tc>
          <w:tcPr>
            <w:tcW w:w="2129" w:type="dxa"/>
            <w:vAlign w:val="center"/>
          </w:tcPr>
          <w:p w14:paraId="07A89F52" w14:textId="64A1FEEC" w:rsidR="001E777B" w:rsidRDefault="001E777B" w:rsidP="001E777B">
            <w:pPr>
              <w:spacing w:after="80"/>
            </w:pPr>
            <w:r>
              <w:rPr>
                <w:sz w:val="16"/>
              </w:rPr>
              <w:t>Known contextual safeguarding concerns e.g CE, County Lines, community safety etc</w:t>
            </w:r>
          </w:p>
        </w:tc>
        <w:tc>
          <w:tcPr>
            <w:tcW w:w="985" w:type="dxa"/>
            <w:vAlign w:val="center"/>
          </w:tcPr>
          <w:sdt>
            <w:sdtPr>
              <w:alias w:val="Information cell"/>
              <w:tag w:val="INFO_CELL_0083"/>
              <w:id w:val="-746415796"/>
              <w:lock w:val="sdtLocked"/>
            </w:sdtPr>
            <w:sdtEndPr/>
            <w:sdtContent>
              <w:p w14:paraId="6AF4BF37" w14:textId="54AD009A" w:rsidR="001E777B" w:rsidRDefault="001E777B" w:rsidP="001E777B">
                <w:pPr>
                  <w:spacing w:after="80"/>
                  <w:jc w:val="center"/>
                </w:pPr>
                <w:r>
                  <w:rPr>
                    <w:sz w:val="22"/>
                  </w:rPr>
                  <w:t>☐</w:t>
                </w:r>
              </w:p>
            </w:sdtContent>
          </w:sdt>
        </w:tc>
        <w:tc>
          <w:tcPr>
            <w:tcW w:w="850" w:type="dxa"/>
            <w:vAlign w:val="center"/>
          </w:tcPr>
          <w:sdt>
            <w:sdtPr>
              <w:alias w:val="Information cell"/>
              <w:tag w:val="INFO_CELL_0084"/>
              <w:id w:val="1195122740"/>
              <w:lock w:val="sdtLocked"/>
            </w:sdtPr>
            <w:sdtEndPr/>
            <w:sdtContent>
              <w:p w14:paraId="4A58842F" w14:textId="0BFCEC97" w:rsidR="001E777B" w:rsidRDefault="001E777B" w:rsidP="001E777B">
                <w:pPr>
                  <w:spacing w:after="80"/>
                  <w:jc w:val="center"/>
                </w:pPr>
                <w:r>
                  <w:rPr>
                    <w:sz w:val="22"/>
                  </w:rPr>
                  <w:t>☐</w:t>
                </w:r>
              </w:p>
            </w:sdtContent>
          </w:sdt>
        </w:tc>
        <w:tc>
          <w:tcPr>
            <w:tcW w:w="1418" w:type="dxa"/>
            <w:vAlign w:val="center"/>
          </w:tcPr>
          <w:sdt>
            <w:sdtPr>
              <w:alias w:val="Information cell"/>
              <w:tag w:val="INFO_CELL_0085"/>
              <w:id w:val="-1157219835"/>
              <w:lock w:val="sdtLocked"/>
            </w:sdtPr>
            <w:sdtEndPr/>
            <w:sdtContent>
              <w:p w14:paraId="40D3EBCC" w14:textId="010D0BC4" w:rsidR="001E777B" w:rsidRDefault="001E777B" w:rsidP="001E777B">
                <w:pPr>
                  <w:spacing w:after="80"/>
                  <w:jc w:val="center"/>
                </w:pPr>
                <w:r>
                  <w:rPr>
                    <w:sz w:val="22"/>
                  </w:rPr>
                  <w:t>☐</w:t>
                </w:r>
              </w:p>
            </w:sdtContent>
          </w:sdt>
        </w:tc>
        <w:tc>
          <w:tcPr>
            <w:tcW w:w="5264" w:type="dxa"/>
          </w:tcPr>
          <w:sdt>
            <w:sdtPr>
              <w:alias w:val="Information cell"/>
              <w:tag w:val="INFO_CELL_0086"/>
              <w:id w:val="351769863"/>
              <w:lock w:val="sdtLocked"/>
            </w:sdtPr>
            <w:sdtEndPr/>
            <w:sdtContent>
              <w:p w14:paraId="1D09BA18" w14:textId="77777777" w:rsidR="001E777B" w:rsidRDefault="006E6BC2" w:rsidP="001E777B">
                <w:pPr>
                  <w:spacing w:after="80"/>
                  <w:jc w:val="center"/>
                </w:pPr>
              </w:p>
            </w:sdtContent>
          </w:sdt>
        </w:tc>
      </w:tr>
      <w:tr w:rsidR="001E777B" w14:paraId="2D17D4A5" w14:textId="77777777" w:rsidTr="00E202A0">
        <w:tc>
          <w:tcPr>
            <w:tcW w:w="2129" w:type="dxa"/>
            <w:vAlign w:val="center"/>
          </w:tcPr>
          <w:p w14:paraId="1BC43B45" w14:textId="695115B3" w:rsidR="001E777B" w:rsidRDefault="001E777B" w:rsidP="001E777B">
            <w:pPr>
              <w:spacing w:after="80"/>
            </w:pPr>
            <w:r>
              <w:rPr>
                <w:sz w:val="16"/>
              </w:rPr>
              <w:t>Open to Youth Justice Service</w:t>
            </w:r>
          </w:p>
        </w:tc>
        <w:tc>
          <w:tcPr>
            <w:tcW w:w="985" w:type="dxa"/>
            <w:vAlign w:val="center"/>
          </w:tcPr>
          <w:sdt>
            <w:sdtPr>
              <w:alias w:val="Information cell"/>
              <w:tag w:val="INFO_CELL_0087"/>
              <w:id w:val="-1910368157"/>
              <w:lock w:val="sdtLocked"/>
            </w:sdtPr>
            <w:sdtEndPr/>
            <w:sdtContent>
              <w:p w14:paraId="52228CB9" w14:textId="6C890670" w:rsidR="001E777B" w:rsidRDefault="001E777B" w:rsidP="001E777B">
                <w:pPr>
                  <w:spacing w:after="80"/>
                  <w:jc w:val="center"/>
                </w:pPr>
                <w:r>
                  <w:rPr>
                    <w:sz w:val="22"/>
                  </w:rPr>
                  <w:t>☐</w:t>
                </w:r>
              </w:p>
            </w:sdtContent>
          </w:sdt>
        </w:tc>
        <w:tc>
          <w:tcPr>
            <w:tcW w:w="850" w:type="dxa"/>
            <w:vAlign w:val="center"/>
          </w:tcPr>
          <w:sdt>
            <w:sdtPr>
              <w:alias w:val="Information cell"/>
              <w:tag w:val="INFO_CELL_0088"/>
              <w:id w:val="-691448004"/>
              <w:lock w:val="sdtLocked"/>
            </w:sdtPr>
            <w:sdtEndPr/>
            <w:sdtContent>
              <w:p w14:paraId="127D7A10" w14:textId="5FC8E548" w:rsidR="001E777B" w:rsidRDefault="001E777B" w:rsidP="001E777B">
                <w:pPr>
                  <w:spacing w:after="80"/>
                  <w:jc w:val="center"/>
                </w:pPr>
                <w:r>
                  <w:rPr>
                    <w:sz w:val="22"/>
                  </w:rPr>
                  <w:t>☐</w:t>
                </w:r>
              </w:p>
            </w:sdtContent>
          </w:sdt>
        </w:tc>
        <w:tc>
          <w:tcPr>
            <w:tcW w:w="1418" w:type="dxa"/>
            <w:vAlign w:val="center"/>
          </w:tcPr>
          <w:sdt>
            <w:sdtPr>
              <w:alias w:val="Information cell"/>
              <w:tag w:val="INFO_CELL_0089"/>
              <w:id w:val="-217821937"/>
              <w:lock w:val="sdtLocked"/>
            </w:sdtPr>
            <w:sdtEndPr/>
            <w:sdtContent>
              <w:p w14:paraId="72C07E04" w14:textId="3910E46E" w:rsidR="001E777B" w:rsidRDefault="001E777B" w:rsidP="001E777B">
                <w:pPr>
                  <w:spacing w:after="80"/>
                  <w:jc w:val="center"/>
                </w:pPr>
                <w:r>
                  <w:rPr>
                    <w:sz w:val="22"/>
                  </w:rPr>
                  <w:t>☐</w:t>
                </w:r>
              </w:p>
            </w:sdtContent>
          </w:sdt>
        </w:tc>
        <w:tc>
          <w:tcPr>
            <w:tcW w:w="5264" w:type="dxa"/>
          </w:tcPr>
          <w:sdt>
            <w:sdtPr>
              <w:alias w:val="Information cell"/>
              <w:tag w:val="INFO_CELL_0090"/>
              <w:id w:val="-1654596168"/>
              <w:lock w:val="sdtLocked"/>
            </w:sdtPr>
            <w:sdtEndPr/>
            <w:sdtContent>
              <w:p w14:paraId="5DAF6739" w14:textId="77777777" w:rsidR="001E777B" w:rsidRDefault="006E6BC2" w:rsidP="001E777B">
                <w:pPr>
                  <w:spacing w:after="80"/>
                  <w:jc w:val="center"/>
                </w:pPr>
              </w:p>
            </w:sdtContent>
          </w:sdt>
        </w:tc>
      </w:tr>
      <w:tr w:rsidR="001E777B" w14:paraId="0107176D" w14:textId="77777777" w:rsidTr="00E202A0">
        <w:tc>
          <w:tcPr>
            <w:tcW w:w="2129" w:type="dxa"/>
            <w:vAlign w:val="center"/>
          </w:tcPr>
          <w:p w14:paraId="064576BE" w14:textId="66BA5043" w:rsidR="001E777B" w:rsidRDefault="001E777B" w:rsidP="001E777B">
            <w:pPr>
              <w:spacing w:after="80"/>
            </w:pPr>
            <w:r>
              <w:rPr>
                <w:sz w:val="16"/>
              </w:rPr>
              <w:t>Police involvement known</w:t>
            </w:r>
          </w:p>
        </w:tc>
        <w:tc>
          <w:tcPr>
            <w:tcW w:w="985" w:type="dxa"/>
            <w:vAlign w:val="center"/>
          </w:tcPr>
          <w:sdt>
            <w:sdtPr>
              <w:alias w:val="Information cell"/>
              <w:tag w:val="INFO_CELL_0091"/>
              <w:id w:val="965236959"/>
              <w:lock w:val="sdtLocked"/>
            </w:sdtPr>
            <w:sdtEndPr/>
            <w:sdtContent>
              <w:p w14:paraId="31E8FE5D" w14:textId="581831AB" w:rsidR="001E777B" w:rsidRDefault="001E777B" w:rsidP="001E777B">
                <w:pPr>
                  <w:spacing w:after="80"/>
                  <w:jc w:val="center"/>
                </w:pPr>
                <w:r>
                  <w:rPr>
                    <w:sz w:val="22"/>
                  </w:rPr>
                  <w:t>☐</w:t>
                </w:r>
              </w:p>
            </w:sdtContent>
          </w:sdt>
        </w:tc>
        <w:tc>
          <w:tcPr>
            <w:tcW w:w="850" w:type="dxa"/>
            <w:vAlign w:val="center"/>
          </w:tcPr>
          <w:sdt>
            <w:sdtPr>
              <w:alias w:val="Information cell"/>
              <w:tag w:val="INFO_CELL_0092"/>
              <w:id w:val="-1125389093"/>
              <w:lock w:val="sdtLocked"/>
            </w:sdtPr>
            <w:sdtEndPr/>
            <w:sdtContent>
              <w:p w14:paraId="5272F71F" w14:textId="33364191" w:rsidR="001E777B" w:rsidRDefault="001E777B" w:rsidP="001E777B">
                <w:pPr>
                  <w:spacing w:after="80"/>
                  <w:jc w:val="center"/>
                </w:pPr>
                <w:r>
                  <w:rPr>
                    <w:sz w:val="22"/>
                  </w:rPr>
                  <w:t>☐</w:t>
                </w:r>
              </w:p>
            </w:sdtContent>
          </w:sdt>
        </w:tc>
        <w:tc>
          <w:tcPr>
            <w:tcW w:w="1418" w:type="dxa"/>
            <w:vAlign w:val="center"/>
          </w:tcPr>
          <w:sdt>
            <w:sdtPr>
              <w:alias w:val="Information cell"/>
              <w:tag w:val="INFO_CELL_0093"/>
              <w:id w:val="-245965535"/>
              <w:lock w:val="sdtLocked"/>
            </w:sdtPr>
            <w:sdtEndPr/>
            <w:sdtContent>
              <w:p w14:paraId="1F7F4917" w14:textId="437E265A" w:rsidR="001E777B" w:rsidRDefault="001E777B" w:rsidP="001E777B">
                <w:pPr>
                  <w:spacing w:after="80"/>
                  <w:jc w:val="center"/>
                </w:pPr>
                <w:r>
                  <w:rPr>
                    <w:sz w:val="22"/>
                  </w:rPr>
                  <w:t>☐</w:t>
                </w:r>
              </w:p>
            </w:sdtContent>
          </w:sdt>
        </w:tc>
        <w:tc>
          <w:tcPr>
            <w:tcW w:w="5264" w:type="dxa"/>
          </w:tcPr>
          <w:sdt>
            <w:sdtPr>
              <w:alias w:val="Information cell"/>
              <w:tag w:val="INFO_CELL_0094"/>
              <w:id w:val="-1787035776"/>
              <w:lock w:val="sdtLocked"/>
            </w:sdtPr>
            <w:sdtEndPr/>
            <w:sdtContent>
              <w:p w14:paraId="7123AF40" w14:textId="77777777" w:rsidR="001E777B" w:rsidRDefault="006E6BC2" w:rsidP="001E777B">
                <w:pPr>
                  <w:spacing w:after="80"/>
                  <w:jc w:val="center"/>
                </w:pPr>
              </w:p>
            </w:sdtContent>
          </w:sdt>
        </w:tc>
      </w:tr>
    </w:tbl>
    <w:p w14:paraId="3DEEC669" w14:textId="77777777" w:rsidR="00FC3769" w:rsidRDefault="00FC3769"/>
    <w:tbl>
      <w:tblPr>
        <w:tblW w:w="0" w:type="auto"/>
        <w:jc w:val="center"/>
        <w:tblLook w:val="04A0" w:firstRow="1" w:lastRow="0" w:firstColumn="1" w:lastColumn="0" w:noHBand="0" w:noVBand="1"/>
      </w:tblPr>
      <w:tblGrid>
        <w:gridCol w:w="2218"/>
        <w:gridCol w:w="3098"/>
        <w:gridCol w:w="2232"/>
        <w:gridCol w:w="3098"/>
      </w:tblGrid>
      <w:tr w:rsidR="00FC3769" w14:paraId="4408CF58" w14:textId="77777777" w:rsidTr="00640373">
        <w:trPr>
          <w:jc w:val="center"/>
        </w:trPr>
        <w:tc>
          <w:tcPr>
            <w:tcW w:w="2218"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ED5C182" w14:textId="77777777" w:rsidR="00FC3769" w:rsidRDefault="00BA17C9">
            <w:r>
              <w:rPr>
                <w:b/>
                <w:color w:val="0F243E"/>
                <w:sz w:val="17"/>
              </w:rPr>
              <w:t>Named Youth Justice worker, where applicable</w:t>
            </w:r>
          </w:p>
        </w:tc>
        <w:tc>
          <w:tcPr>
            <w:tcW w:w="3098"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5"/>
              <w:id w:val="1643615978"/>
              <w:lock w:val="sdtLocked"/>
            </w:sdtPr>
            <w:sdtEndPr/>
            <w:sdtContent>
              <w:p w14:paraId="3C60D1DD" w14:textId="77777777" w:rsidR="00FC3769" w:rsidRDefault="006E6BC2">
                <w:sdt>
                  <w:sdtPr>
                    <w:alias w:val="Information field"/>
                    <w:tag w:val="INFO_FIELD_0032"/>
                    <w:id w:val="936642648"/>
                    <w:lock w:val="sdtLocked"/>
                  </w:sdtPr>
                  <w:sdtEndPr/>
                  <w:sdtContent>
                    <w:r w:rsidR="00BA17C9">
                      <w:rPr>
                        <w:color w:val="666666"/>
                        <w:sz w:val="17"/>
                      </w:rPr>
                      <w:t>Click or tap here to enter text.</w:t>
                    </w:r>
                  </w:sdtContent>
                </w:sdt>
              </w:p>
            </w:sdtContent>
          </w:sdt>
        </w:tc>
        <w:tc>
          <w:tcPr>
            <w:tcW w:w="223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1B0DF00" w14:textId="77777777" w:rsidR="00FC3769" w:rsidRDefault="00BA17C9">
            <w:r>
              <w:rPr>
                <w:b/>
                <w:color w:val="0F243E"/>
                <w:sz w:val="17"/>
              </w:rPr>
              <w:t>Named police contact / safer neighbourhood officer, where applicable</w:t>
            </w:r>
          </w:p>
        </w:tc>
        <w:tc>
          <w:tcPr>
            <w:tcW w:w="3098"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6"/>
              <w:id w:val="-1171249670"/>
              <w:lock w:val="sdtLocked"/>
            </w:sdtPr>
            <w:sdtEndPr/>
            <w:sdtContent>
              <w:p w14:paraId="0295A0EA" w14:textId="77777777" w:rsidR="00FC3769" w:rsidRDefault="006E6BC2">
                <w:sdt>
                  <w:sdtPr>
                    <w:alias w:val="Information field"/>
                    <w:tag w:val="INFO_FIELD_0033"/>
                    <w:id w:val="1866334"/>
                    <w:lock w:val="sdtLocked"/>
                  </w:sdtPr>
                  <w:sdtEndPr/>
                  <w:sdtContent>
                    <w:r w:rsidR="00BA17C9">
                      <w:rPr>
                        <w:color w:val="666666"/>
                        <w:sz w:val="17"/>
                      </w:rPr>
                      <w:t>Click or tap here to enter text.</w:t>
                    </w:r>
                  </w:sdtContent>
                </w:sdt>
              </w:p>
            </w:sdtContent>
          </w:sdt>
        </w:tc>
      </w:tr>
    </w:tbl>
    <w:p w14:paraId="3656B9AB" w14:textId="77777777" w:rsidR="00FC3769" w:rsidRDefault="00FC3769"/>
    <w:p w14:paraId="31B796F2" w14:textId="54F83FCE" w:rsidR="00FC3769" w:rsidRPr="001E777B" w:rsidRDefault="00BA17C9" w:rsidP="001E777B">
      <w:pPr>
        <w:rPr>
          <w:b/>
          <w:color w:val="1F4E79"/>
          <w:sz w:val="26"/>
        </w:rPr>
      </w:pPr>
      <w:r>
        <w:rPr>
          <w:b/>
          <w:color w:val="1F4E79"/>
          <w:sz w:val="26"/>
        </w:rPr>
        <w:t>5. Academic Information</w:t>
      </w:r>
    </w:p>
    <w:tbl>
      <w:tblPr>
        <w:tblW w:w="0" w:type="auto"/>
        <w:jc w:val="center"/>
        <w:tblLook w:val="04A0" w:firstRow="1" w:lastRow="0" w:firstColumn="1" w:lastColumn="0" w:noHBand="0" w:noVBand="1"/>
      </w:tblPr>
      <w:tblGrid>
        <w:gridCol w:w="2214"/>
        <w:gridCol w:w="3117"/>
        <w:gridCol w:w="2220"/>
        <w:gridCol w:w="3095"/>
      </w:tblGrid>
      <w:tr w:rsidR="004A7120" w14:paraId="44D8AAEF" w14:textId="77777777" w:rsidTr="008232D9">
        <w:trPr>
          <w:jc w:val="center"/>
        </w:trPr>
        <w:tc>
          <w:tcPr>
            <w:tcW w:w="221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93D97A0" w14:textId="77777777" w:rsidR="004A7120" w:rsidRDefault="004A7120" w:rsidP="00640373">
            <w:r>
              <w:rPr>
                <w:b/>
                <w:color w:val="0F243E"/>
                <w:sz w:val="17"/>
              </w:rPr>
              <w:t>Current year group *</w:t>
            </w:r>
          </w:p>
        </w:tc>
        <w:tc>
          <w:tcPr>
            <w:tcW w:w="8432" w:type="dxa"/>
            <w:gridSpan w:val="3"/>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7"/>
              <w:id w:val="672230080"/>
              <w:lock w:val="sdtLocked"/>
            </w:sdtPr>
            <w:sdtEndPr/>
            <w:sdtContent>
              <w:p w14:paraId="073A9C42" w14:textId="0D6B4940" w:rsidR="004A7120" w:rsidRDefault="006E6BC2" w:rsidP="00640373">
                <w:sdt>
                  <w:sdtPr>
                    <w:rPr>
                      <w:sz w:val="17"/>
                    </w:rPr>
                    <w:id w:val="-474215418"/>
                    <w14:checkbox>
                      <w14:checked w14:val="0"/>
                      <w14:checkedState w14:val="2612" w14:font="MS Gothic"/>
                      <w14:uncheckedState w14:val="2610" w14:font="MS Gothic"/>
                    </w14:checkbox>
                  </w:sdtPr>
                  <w:sdtEndPr/>
                  <w:sdtContent>
                    <w:r w:rsidR="00B71AB4">
                      <w:rPr>
                        <w:rFonts w:ascii="MS Gothic" w:eastAsia="MS Gothic" w:hAnsi="MS Gothic" w:hint="eastAsia"/>
                        <w:sz w:val="17"/>
                      </w:rPr>
                      <w:t>☐</w:t>
                    </w:r>
                  </w:sdtContent>
                </w:sdt>
                <w:r w:rsidR="004A7120">
                  <w:rPr>
                    <w:sz w:val="17"/>
                  </w:rPr>
                  <w:t xml:space="preserve">Year 7  </w:t>
                </w:r>
                <w:sdt>
                  <w:sdtPr>
                    <w:rPr>
                      <w:sz w:val="17"/>
                    </w:rPr>
                    <w:id w:val="-219598461"/>
                    <w14:checkbox>
                      <w14:checked w14:val="0"/>
                      <w14:checkedState w14:val="2612" w14:font="MS Gothic"/>
                      <w14:uncheckedState w14:val="2610" w14:font="MS Gothic"/>
                    </w14:checkbox>
                  </w:sdtPr>
                  <w:sdtEndPr/>
                  <w:sdtContent>
                    <w:r w:rsidR="00B71AB4">
                      <w:rPr>
                        <w:rFonts w:ascii="MS Gothic" w:eastAsia="MS Gothic" w:hAnsi="MS Gothic" w:hint="eastAsia"/>
                        <w:sz w:val="17"/>
                      </w:rPr>
                      <w:t>☐</w:t>
                    </w:r>
                  </w:sdtContent>
                </w:sdt>
                <w:r w:rsidR="004A7120">
                  <w:rPr>
                    <w:sz w:val="17"/>
                  </w:rPr>
                  <w:t xml:space="preserve">Year 8  </w:t>
                </w:r>
                <w:sdt>
                  <w:sdtPr>
                    <w:rPr>
                      <w:sz w:val="17"/>
                    </w:rPr>
                    <w:id w:val="218557587"/>
                    <w14:checkbox>
                      <w14:checked w14:val="0"/>
                      <w14:checkedState w14:val="2612" w14:font="MS Gothic"/>
                      <w14:uncheckedState w14:val="2610" w14:font="MS Gothic"/>
                    </w14:checkbox>
                  </w:sdtPr>
                  <w:sdtEndPr/>
                  <w:sdtContent>
                    <w:r w:rsidR="00B71AB4">
                      <w:rPr>
                        <w:rFonts w:ascii="MS Gothic" w:eastAsia="MS Gothic" w:hAnsi="MS Gothic" w:hint="eastAsia"/>
                        <w:sz w:val="17"/>
                      </w:rPr>
                      <w:t>☐</w:t>
                    </w:r>
                  </w:sdtContent>
                </w:sdt>
                <w:r w:rsidR="004A7120">
                  <w:rPr>
                    <w:sz w:val="17"/>
                  </w:rPr>
                  <w:t xml:space="preserve">Year 9  </w:t>
                </w:r>
                <w:sdt>
                  <w:sdtPr>
                    <w:rPr>
                      <w:sz w:val="17"/>
                    </w:rPr>
                    <w:id w:val="749311575"/>
                    <w14:checkbox>
                      <w14:checked w14:val="0"/>
                      <w14:checkedState w14:val="2612" w14:font="MS Gothic"/>
                      <w14:uncheckedState w14:val="2610" w14:font="MS Gothic"/>
                    </w14:checkbox>
                  </w:sdtPr>
                  <w:sdtEndPr/>
                  <w:sdtContent>
                    <w:r w:rsidR="00B71AB4">
                      <w:rPr>
                        <w:rFonts w:ascii="MS Gothic" w:eastAsia="MS Gothic" w:hAnsi="MS Gothic" w:hint="eastAsia"/>
                        <w:sz w:val="17"/>
                      </w:rPr>
                      <w:t>☐</w:t>
                    </w:r>
                  </w:sdtContent>
                </w:sdt>
                <w:r w:rsidR="004A7120">
                  <w:rPr>
                    <w:sz w:val="17"/>
                  </w:rPr>
                  <w:t xml:space="preserve">Year 10  </w:t>
                </w:r>
                <w:sdt>
                  <w:sdtPr>
                    <w:rPr>
                      <w:sz w:val="17"/>
                    </w:rPr>
                    <w:id w:val="-1579280450"/>
                    <w14:checkbox>
                      <w14:checked w14:val="0"/>
                      <w14:checkedState w14:val="2612" w14:font="MS Gothic"/>
                      <w14:uncheckedState w14:val="2610" w14:font="MS Gothic"/>
                    </w14:checkbox>
                  </w:sdtPr>
                  <w:sdtEndPr/>
                  <w:sdtContent>
                    <w:r w:rsidR="00B71AB4">
                      <w:rPr>
                        <w:rFonts w:ascii="MS Gothic" w:eastAsia="MS Gothic" w:hAnsi="MS Gothic" w:hint="eastAsia"/>
                        <w:sz w:val="17"/>
                      </w:rPr>
                      <w:t>☐</w:t>
                    </w:r>
                  </w:sdtContent>
                </w:sdt>
                <w:r w:rsidR="004A7120">
                  <w:rPr>
                    <w:sz w:val="17"/>
                  </w:rPr>
                  <w:t xml:space="preserve">Year 11 </w:t>
                </w:r>
              </w:p>
            </w:sdtContent>
          </w:sdt>
        </w:tc>
      </w:tr>
      <w:tr w:rsidR="00640373" w14:paraId="46B4FF3A" w14:textId="77777777" w:rsidTr="00640373">
        <w:trPr>
          <w:jc w:val="center"/>
        </w:trPr>
        <w:tc>
          <w:tcPr>
            <w:tcW w:w="221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C578BB4" w14:textId="109C2FC3" w:rsidR="00640373" w:rsidRDefault="00670C1B" w:rsidP="00640373">
            <w:r>
              <w:rPr>
                <w:b/>
                <w:color w:val="0F243E"/>
                <w:sz w:val="17"/>
              </w:rPr>
              <w:t>Current</w:t>
            </w:r>
            <w:r w:rsidR="00640373">
              <w:rPr>
                <w:b/>
                <w:color w:val="0F243E"/>
                <w:sz w:val="17"/>
              </w:rPr>
              <w:t xml:space="preserve"> academic year attendance % *</w:t>
            </w:r>
          </w:p>
        </w:tc>
        <w:tc>
          <w:tcPr>
            <w:tcW w:w="3117"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8"/>
              <w:id w:val="-2054994597"/>
              <w:lock w:val="sdtLocked"/>
            </w:sdtPr>
            <w:sdtEndPr/>
            <w:sdtContent>
              <w:p w14:paraId="5160CFB4" w14:textId="529C9DAC" w:rsidR="00640373" w:rsidRDefault="006E6BC2" w:rsidP="00640373">
                <w:sdt>
                  <w:sdtPr>
                    <w:alias w:val="Information field"/>
                    <w:tag w:val="INFO_FIELD_0034"/>
                    <w:id w:val="-1794276684"/>
                    <w:lock w:val="sdtLocked"/>
                  </w:sdtPr>
                  <w:sdtEndPr/>
                  <w:sdtContent>
                    <w:r w:rsidR="00640373">
                      <w:rPr>
                        <w:color w:val="666666"/>
                        <w:sz w:val="17"/>
                      </w:rPr>
                      <w:t>Click or tap here to enter text.</w:t>
                    </w:r>
                  </w:sdtContent>
                </w:sdt>
              </w:p>
            </w:sdtContent>
          </w:sdt>
        </w:tc>
        <w:tc>
          <w:tcPr>
            <w:tcW w:w="2220"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90CD9C8" w14:textId="6274BCB0" w:rsidR="00640373" w:rsidRDefault="00670C1B" w:rsidP="00640373">
            <w:r>
              <w:rPr>
                <w:b/>
                <w:color w:val="0F243E"/>
                <w:sz w:val="17"/>
              </w:rPr>
              <w:t>Previous</w:t>
            </w:r>
            <w:r w:rsidR="00640373">
              <w:rPr>
                <w:b/>
                <w:color w:val="0F243E"/>
                <w:sz w:val="17"/>
              </w:rPr>
              <w:t xml:space="preserve"> academic year attendance % *</w:t>
            </w:r>
          </w:p>
        </w:tc>
        <w:tc>
          <w:tcPr>
            <w:tcW w:w="309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9"/>
              <w:id w:val="408275432"/>
              <w:lock w:val="sdtLocked"/>
            </w:sdtPr>
            <w:sdtEndPr/>
            <w:sdtContent>
              <w:p w14:paraId="0159EB95" w14:textId="6EAA830D" w:rsidR="00640373" w:rsidRDefault="006E6BC2" w:rsidP="00640373">
                <w:sdt>
                  <w:sdtPr>
                    <w:alias w:val="Information field"/>
                    <w:tag w:val="INFO_FIELD_0035"/>
                    <w:id w:val="33704013"/>
                    <w:lock w:val="sdtLocked"/>
                  </w:sdtPr>
                  <w:sdtEndPr/>
                  <w:sdtContent>
                    <w:r w:rsidR="00640373">
                      <w:rPr>
                        <w:color w:val="666666"/>
                        <w:sz w:val="17"/>
                      </w:rPr>
                      <w:t>Click or tap here to enter text.</w:t>
                    </w:r>
                  </w:sdtContent>
                </w:sdt>
              </w:p>
            </w:sdtContent>
          </w:sdt>
        </w:tc>
      </w:tr>
      <w:tr w:rsidR="00640373" w14:paraId="4A935D35" w14:textId="77777777" w:rsidTr="00640373">
        <w:trPr>
          <w:jc w:val="center"/>
        </w:trPr>
        <w:tc>
          <w:tcPr>
            <w:tcW w:w="221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5294AF0" w14:textId="3AA689FB" w:rsidR="00640373" w:rsidRDefault="00640373" w:rsidP="00640373">
            <w:r>
              <w:rPr>
                <w:b/>
                <w:color w:val="0F243E"/>
                <w:sz w:val="17"/>
              </w:rPr>
              <w:t>Passed 11+ *</w:t>
            </w:r>
          </w:p>
        </w:tc>
        <w:tc>
          <w:tcPr>
            <w:tcW w:w="3117"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0"/>
              <w:id w:val="779991988"/>
              <w:lock w:val="sdtLocked"/>
            </w:sdtPr>
            <w:sdtEndPr/>
            <w:sdtContent>
              <w:p w14:paraId="2921A7C0" w14:textId="738773D1" w:rsidR="00640373" w:rsidRDefault="006E6BC2" w:rsidP="00640373">
                <w:sdt>
                  <w:sdtPr>
                    <w:rPr>
                      <w:sz w:val="17"/>
                    </w:rPr>
                    <w:id w:val="1857536771"/>
                    <w14:checkbox>
                      <w14:checked w14:val="0"/>
                      <w14:checkedState w14:val="2612" w14:font="MS Gothic"/>
                      <w14:uncheckedState w14:val="2610" w14:font="MS Gothic"/>
                    </w14:checkbox>
                  </w:sdtPr>
                  <w:sdtEndPr/>
                  <w:sdtContent>
                    <w:r w:rsidR="00B71AB4">
                      <w:rPr>
                        <w:rFonts w:ascii="MS Gothic" w:eastAsia="MS Gothic" w:hAnsi="MS Gothic" w:hint="eastAsia"/>
                        <w:sz w:val="17"/>
                      </w:rPr>
                      <w:t>☐</w:t>
                    </w:r>
                  </w:sdtContent>
                </w:sdt>
                <w:r w:rsidR="00640373">
                  <w:rPr>
                    <w:sz w:val="17"/>
                  </w:rPr>
                  <w:t xml:space="preserve">Yes   </w:t>
                </w:r>
                <w:sdt>
                  <w:sdtPr>
                    <w:rPr>
                      <w:sz w:val="17"/>
                    </w:rPr>
                    <w:id w:val="-884564705"/>
                    <w14:checkbox>
                      <w14:checked w14:val="0"/>
                      <w14:checkedState w14:val="2612" w14:font="MS Gothic"/>
                      <w14:uncheckedState w14:val="2610" w14:font="MS Gothic"/>
                    </w14:checkbox>
                  </w:sdtPr>
                  <w:sdtEndPr/>
                  <w:sdtContent>
                    <w:r w:rsidR="00B71AB4">
                      <w:rPr>
                        <w:rFonts w:ascii="MS Gothic" w:eastAsia="MS Gothic" w:hAnsi="MS Gothic" w:hint="eastAsia"/>
                        <w:sz w:val="17"/>
                      </w:rPr>
                      <w:t>☐</w:t>
                    </w:r>
                  </w:sdtContent>
                </w:sdt>
                <w:r w:rsidR="00640373">
                  <w:rPr>
                    <w:sz w:val="17"/>
                  </w:rPr>
                  <w:t xml:space="preserve">No   </w:t>
                </w:r>
                <w:sdt>
                  <w:sdtPr>
                    <w:rPr>
                      <w:sz w:val="17"/>
                    </w:rPr>
                    <w:id w:val="1992297752"/>
                    <w14:checkbox>
                      <w14:checked w14:val="0"/>
                      <w14:checkedState w14:val="2612" w14:font="MS Gothic"/>
                      <w14:uncheckedState w14:val="2610" w14:font="MS Gothic"/>
                    </w14:checkbox>
                  </w:sdtPr>
                  <w:sdtEndPr/>
                  <w:sdtContent>
                    <w:r w:rsidR="00B71AB4">
                      <w:rPr>
                        <w:rFonts w:ascii="MS Gothic" w:eastAsia="MS Gothic" w:hAnsi="MS Gothic" w:hint="eastAsia"/>
                        <w:sz w:val="17"/>
                      </w:rPr>
                      <w:t>☐</w:t>
                    </w:r>
                  </w:sdtContent>
                </w:sdt>
                <w:r w:rsidR="00640373">
                  <w:rPr>
                    <w:sz w:val="17"/>
                  </w:rPr>
                  <w:t xml:space="preserve">N/A   </w:t>
                </w:r>
                <w:sdt>
                  <w:sdtPr>
                    <w:rPr>
                      <w:sz w:val="17"/>
                    </w:rPr>
                    <w:id w:val="-166335590"/>
                    <w14:checkbox>
                      <w14:checked w14:val="0"/>
                      <w14:checkedState w14:val="2612" w14:font="MS Gothic"/>
                      <w14:uncheckedState w14:val="2610" w14:font="MS Gothic"/>
                    </w14:checkbox>
                  </w:sdtPr>
                  <w:sdtEndPr/>
                  <w:sdtContent>
                    <w:r w:rsidR="00B71AB4">
                      <w:rPr>
                        <w:rFonts w:ascii="MS Gothic" w:eastAsia="MS Gothic" w:hAnsi="MS Gothic" w:hint="eastAsia"/>
                        <w:sz w:val="17"/>
                      </w:rPr>
                      <w:t>☐</w:t>
                    </w:r>
                  </w:sdtContent>
                </w:sdt>
                <w:r w:rsidR="00640373">
                  <w:rPr>
                    <w:sz w:val="17"/>
                  </w:rPr>
                  <w:t>Not known</w:t>
                </w:r>
              </w:p>
            </w:sdtContent>
          </w:sdt>
        </w:tc>
        <w:tc>
          <w:tcPr>
            <w:tcW w:w="2220"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E1E2CE8" w14:textId="6D09480B" w:rsidR="00640373" w:rsidRDefault="00640373" w:rsidP="00640373">
            <w:r>
              <w:rPr>
                <w:b/>
                <w:color w:val="0F243E"/>
                <w:sz w:val="17"/>
              </w:rPr>
              <w:t>Ability to access grammar school curriculum *</w:t>
            </w:r>
          </w:p>
        </w:tc>
        <w:tc>
          <w:tcPr>
            <w:tcW w:w="309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1"/>
              <w:id w:val="1421834922"/>
              <w:lock w:val="sdtLocked"/>
            </w:sdtPr>
            <w:sdtEndPr/>
            <w:sdtContent>
              <w:p w14:paraId="2325E16C" w14:textId="234BEDF9" w:rsidR="00640373" w:rsidRDefault="006E6BC2" w:rsidP="00640373">
                <w:sdt>
                  <w:sdtPr>
                    <w:rPr>
                      <w:sz w:val="17"/>
                    </w:rPr>
                    <w:id w:val="-19015056"/>
                    <w14:checkbox>
                      <w14:checked w14:val="0"/>
                      <w14:checkedState w14:val="2612" w14:font="MS Gothic"/>
                      <w14:uncheckedState w14:val="2610" w14:font="MS Gothic"/>
                    </w14:checkbox>
                  </w:sdtPr>
                  <w:sdtEndPr/>
                  <w:sdtContent>
                    <w:r w:rsidR="00B71AB4">
                      <w:rPr>
                        <w:rFonts w:ascii="MS Gothic" w:eastAsia="MS Gothic" w:hAnsi="MS Gothic" w:hint="eastAsia"/>
                        <w:sz w:val="17"/>
                      </w:rPr>
                      <w:t>☐</w:t>
                    </w:r>
                  </w:sdtContent>
                </w:sdt>
                <w:r w:rsidR="00640373">
                  <w:rPr>
                    <w:sz w:val="17"/>
                  </w:rPr>
                  <w:t xml:space="preserve">Yes   </w:t>
                </w:r>
                <w:sdt>
                  <w:sdtPr>
                    <w:rPr>
                      <w:sz w:val="17"/>
                    </w:rPr>
                    <w:id w:val="-2048828549"/>
                    <w14:checkbox>
                      <w14:checked w14:val="0"/>
                      <w14:checkedState w14:val="2612" w14:font="MS Gothic"/>
                      <w14:uncheckedState w14:val="2610" w14:font="MS Gothic"/>
                    </w14:checkbox>
                  </w:sdtPr>
                  <w:sdtEndPr/>
                  <w:sdtContent>
                    <w:r w:rsidR="007B75A6">
                      <w:rPr>
                        <w:rFonts w:ascii="MS Gothic" w:eastAsia="MS Gothic" w:hAnsi="MS Gothic" w:hint="eastAsia"/>
                        <w:sz w:val="17"/>
                      </w:rPr>
                      <w:t>☐</w:t>
                    </w:r>
                  </w:sdtContent>
                </w:sdt>
                <w:r w:rsidR="00640373">
                  <w:rPr>
                    <w:sz w:val="17"/>
                  </w:rPr>
                  <w:t xml:space="preserve">No   </w:t>
                </w:r>
                <w:sdt>
                  <w:sdtPr>
                    <w:rPr>
                      <w:sz w:val="17"/>
                    </w:rPr>
                    <w:id w:val="811523731"/>
                    <w14:checkbox>
                      <w14:checked w14:val="0"/>
                      <w14:checkedState w14:val="2612" w14:font="MS Gothic"/>
                      <w14:uncheckedState w14:val="2610" w14:font="MS Gothic"/>
                    </w14:checkbox>
                  </w:sdtPr>
                  <w:sdtEndPr/>
                  <w:sdtContent>
                    <w:r w:rsidR="00BA0467">
                      <w:rPr>
                        <w:rFonts w:ascii="MS Gothic" w:eastAsia="MS Gothic" w:hAnsi="MS Gothic" w:hint="eastAsia"/>
                        <w:sz w:val="17"/>
                      </w:rPr>
                      <w:t>☐</w:t>
                    </w:r>
                  </w:sdtContent>
                </w:sdt>
                <w:r w:rsidR="00640373">
                  <w:rPr>
                    <w:sz w:val="17"/>
                  </w:rPr>
                  <w:t xml:space="preserve">N/A   </w:t>
                </w:r>
                <w:sdt>
                  <w:sdtPr>
                    <w:rPr>
                      <w:sz w:val="17"/>
                    </w:rPr>
                    <w:id w:val="686252803"/>
                    <w14:checkbox>
                      <w14:checked w14:val="0"/>
                      <w14:checkedState w14:val="2612" w14:font="MS Gothic"/>
                      <w14:uncheckedState w14:val="2610" w14:font="MS Gothic"/>
                    </w14:checkbox>
                  </w:sdtPr>
                  <w:sdtEndPr/>
                  <w:sdtContent>
                    <w:r w:rsidR="007B75A6">
                      <w:rPr>
                        <w:rFonts w:ascii="MS Gothic" w:eastAsia="MS Gothic" w:hAnsi="MS Gothic" w:hint="eastAsia"/>
                        <w:sz w:val="17"/>
                      </w:rPr>
                      <w:t>☐</w:t>
                    </w:r>
                  </w:sdtContent>
                </w:sdt>
                <w:r w:rsidR="00640373">
                  <w:rPr>
                    <w:sz w:val="17"/>
                  </w:rPr>
                  <w:t xml:space="preserve"> Not known</w:t>
                </w:r>
              </w:p>
            </w:sdtContent>
          </w:sdt>
        </w:tc>
      </w:tr>
    </w:tbl>
    <w:p w14:paraId="45FB0818" w14:textId="77777777" w:rsidR="00FC3769" w:rsidRDefault="00FC3769"/>
    <w:tbl>
      <w:tblPr>
        <w:tblW w:w="0" w:type="auto"/>
        <w:jc w:val="center"/>
        <w:tblLook w:val="04A0" w:firstRow="1" w:lastRow="0" w:firstColumn="1" w:lastColumn="0" w:noHBand="0" w:noVBand="1"/>
      </w:tblPr>
      <w:tblGrid>
        <w:gridCol w:w="10646"/>
      </w:tblGrid>
      <w:tr w:rsidR="00EC3A21" w14:paraId="2C06309F" w14:textId="77777777" w:rsidTr="002F2661">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C633CD5" w14:textId="71F3A0F6" w:rsidR="00863C79" w:rsidRDefault="00EC3A21" w:rsidP="002F2661">
            <w:pPr>
              <w:spacing w:after="0"/>
              <w:rPr>
                <w:b/>
                <w:color w:val="0F243E"/>
              </w:rPr>
            </w:pPr>
            <w:r>
              <w:rPr>
                <w:b/>
                <w:color w:val="0F243E"/>
              </w:rPr>
              <w:t xml:space="preserve">Current academic attainment and </w:t>
            </w:r>
            <w:proofErr w:type="gramStart"/>
            <w:r>
              <w:rPr>
                <w:b/>
                <w:color w:val="0F243E"/>
              </w:rPr>
              <w:t>progress,</w:t>
            </w:r>
            <w:proofErr w:type="gramEnd"/>
            <w:r w:rsidR="00863C79">
              <w:rPr>
                <w:b/>
                <w:color w:val="0F243E"/>
              </w:rPr>
              <w:t xml:space="preserve"> include core subjects</w:t>
            </w:r>
            <w:r w:rsidR="00D3631E">
              <w:rPr>
                <w:b/>
                <w:color w:val="0F243E"/>
              </w:rPr>
              <w:t xml:space="preserve"> as a minimum.</w:t>
            </w:r>
            <w:r>
              <w:rPr>
                <w:b/>
                <w:color w:val="0F243E"/>
              </w:rPr>
              <w:t xml:space="preserve"> </w:t>
            </w:r>
          </w:p>
          <w:p w14:paraId="2F1BDBCA" w14:textId="3718C5A6" w:rsidR="00EC3A21" w:rsidRDefault="00EC3A21" w:rsidP="002F2661">
            <w:pPr>
              <w:spacing w:after="0"/>
              <w:rPr>
                <w:i/>
                <w:color w:val="555555"/>
                <w:sz w:val="16"/>
              </w:rPr>
            </w:pPr>
            <w:r>
              <w:rPr>
                <w:i/>
                <w:color w:val="555555"/>
                <w:sz w:val="16"/>
              </w:rPr>
              <w:t>Include the most recent school-held assessment information.</w:t>
            </w:r>
          </w:p>
          <w:p w14:paraId="1F6620D4" w14:textId="661DA57D" w:rsidR="00130968" w:rsidRDefault="00130968" w:rsidP="002F2661">
            <w:pPr>
              <w:spacing w:after="0"/>
            </w:pPr>
          </w:p>
        </w:tc>
      </w:tr>
      <w:tr w:rsidR="00EC3A21" w14:paraId="5745FE99" w14:textId="77777777" w:rsidTr="002F2661">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2991D7F3" w14:textId="77777777" w:rsidR="00EC3A21" w:rsidRDefault="00EC3A21" w:rsidP="002F2661">
            <w:pPr>
              <w:spacing w:after="0"/>
              <w:rPr>
                <w:color w:val="777777"/>
              </w:rPr>
            </w:pPr>
          </w:p>
          <w:tbl>
            <w:tblPr>
              <w:tblStyle w:val="TableGrid"/>
              <w:tblW w:w="0" w:type="auto"/>
              <w:tblLook w:val="04A0" w:firstRow="1" w:lastRow="0" w:firstColumn="1" w:lastColumn="0" w:noHBand="0" w:noVBand="1"/>
            </w:tblPr>
            <w:tblGrid>
              <w:gridCol w:w="2609"/>
              <w:gridCol w:w="2609"/>
              <w:gridCol w:w="1304"/>
              <w:gridCol w:w="1305"/>
              <w:gridCol w:w="2609"/>
            </w:tblGrid>
            <w:tr w:rsidR="00D45481" w14:paraId="52E1A0A0" w14:textId="77777777" w:rsidTr="0046513C">
              <w:tc>
                <w:tcPr>
                  <w:tcW w:w="2609" w:type="dxa"/>
                </w:tcPr>
                <w:p w14:paraId="6512D584" w14:textId="77777777" w:rsidR="00D45481" w:rsidRDefault="00D45481" w:rsidP="002F2661">
                  <w:pPr>
                    <w:rPr>
                      <w:b/>
                      <w:bCs/>
                      <w:color w:val="1F497D" w:themeColor="text2"/>
                    </w:rPr>
                  </w:pPr>
                  <w:r w:rsidRPr="006C30D4">
                    <w:rPr>
                      <w:b/>
                      <w:bCs/>
                      <w:color w:val="1F497D" w:themeColor="text2"/>
                    </w:rPr>
                    <w:t>Subject</w:t>
                  </w:r>
                </w:p>
                <w:p w14:paraId="4681BC41" w14:textId="2E0DED55" w:rsidR="002C22C7" w:rsidRPr="006C30D4" w:rsidRDefault="002C22C7" w:rsidP="002F2661">
                  <w:pPr>
                    <w:rPr>
                      <w:b/>
                      <w:bCs/>
                      <w:color w:val="1F497D" w:themeColor="text2"/>
                    </w:rPr>
                  </w:pPr>
                  <w:r w:rsidRPr="002C22C7">
                    <w:rPr>
                      <w:b/>
                      <w:bCs/>
                      <w:color w:val="1F497D" w:themeColor="text2"/>
                    </w:rPr>
                    <w:t>(Please add additional subjects where relevant.)</w:t>
                  </w:r>
                </w:p>
              </w:tc>
              <w:tc>
                <w:tcPr>
                  <w:tcW w:w="2609" w:type="dxa"/>
                </w:tcPr>
                <w:p w14:paraId="7A1FF0B6" w14:textId="52B7D158" w:rsidR="00D45481" w:rsidRPr="006C30D4" w:rsidRDefault="00D45481" w:rsidP="002F2661">
                  <w:pPr>
                    <w:rPr>
                      <w:b/>
                      <w:bCs/>
                      <w:color w:val="1F497D" w:themeColor="text2"/>
                    </w:rPr>
                  </w:pPr>
                  <w:r w:rsidRPr="006C30D4">
                    <w:rPr>
                      <w:b/>
                      <w:bCs/>
                      <w:color w:val="1F497D" w:themeColor="text2"/>
                    </w:rPr>
                    <w:t>Exam Board</w:t>
                  </w:r>
                </w:p>
              </w:tc>
              <w:tc>
                <w:tcPr>
                  <w:tcW w:w="1304" w:type="dxa"/>
                </w:tcPr>
                <w:p w14:paraId="58F6FC3D" w14:textId="77777777" w:rsidR="00D45481" w:rsidRPr="006C30D4" w:rsidRDefault="00D45481" w:rsidP="002F2661">
                  <w:pPr>
                    <w:rPr>
                      <w:b/>
                      <w:bCs/>
                      <w:color w:val="1F497D" w:themeColor="text2"/>
                    </w:rPr>
                  </w:pPr>
                  <w:r>
                    <w:rPr>
                      <w:b/>
                      <w:bCs/>
                      <w:color w:val="1F497D" w:themeColor="text2"/>
                    </w:rPr>
                    <w:t xml:space="preserve">Working at </w:t>
                  </w:r>
                </w:p>
              </w:tc>
              <w:tc>
                <w:tcPr>
                  <w:tcW w:w="1305" w:type="dxa"/>
                </w:tcPr>
                <w:p w14:paraId="366273EC" w14:textId="041D0299" w:rsidR="00D45481" w:rsidRPr="006C30D4" w:rsidRDefault="00D45481" w:rsidP="002F2661">
                  <w:pPr>
                    <w:rPr>
                      <w:b/>
                      <w:bCs/>
                      <w:color w:val="1F497D" w:themeColor="text2"/>
                    </w:rPr>
                  </w:pPr>
                  <w:r>
                    <w:rPr>
                      <w:b/>
                      <w:bCs/>
                      <w:color w:val="1F497D" w:themeColor="text2"/>
                    </w:rPr>
                    <w:t>Predicted</w:t>
                  </w:r>
                  <w:r w:rsidR="002C22C7">
                    <w:rPr>
                      <w:b/>
                      <w:bCs/>
                      <w:color w:val="1F497D" w:themeColor="text2"/>
                    </w:rPr>
                    <w:t xml:space="preserve"> Grade</w:t>
                  </w:r>
                </w:p>
              </w:tc>
              <w:tc>
                <w:tcPr>
                  <w:tcW w:w="2609" w:type="dxa"/>
                </w:tcPr>
                <w:p w14:paraId="77E5F37C" w14:textId="70A94C52" w:rsidR="00D45481" w:rsidRPr="006C30D4" w:rsidRDefault="00D45481" w:rsidP="00BA0467">
                  <w:pPr>
                    <w:jc w:val="center"/>
                    <w:rPr>
                      <w:b/>
                      <w:bCs/>
                      <w:color w:val="FF0000"/>
                    </w:rPr>
                  </w:pPr>
                  <w:r w:rsidRPr="006C30D4">
                    <w:rPr>
                      <w:b/>
                      <w:bCs/>
                      <w:color w:val="FF0000"/>
                    </w:rPr>
                    <w:t>Below expectations</w:t>
                  </w:r>
                </w:p>
                <w:p w14:paraId="7A05FDAC" w14:textId="0ED76262" w:rsidR="00D45481" w:rsidRPr="006C30D4" w:rsidRDefault="00D45481" w:rsidP="00BA0467">
                  <w:pPr>
                    <w:jc w:val="center"/>
                    <w:rPr>
                      <w:b/>
                      <w:bCs/>
                      <w:color w:val="1F497D" w:themeColor="text2"/>
                    </w:rPr>
                  </w:pPr>
                  <w:r w:rsidRPr="00AD462D">
                    <w:rPr>
                      <w:b/>
                      <w:bCs/>
                      <w:color w:val="00B050"/>
                    </w:rPr>
                    <w:t xml:space="preserve">Achieving Expectation </w:t>
                  </w:r>
                  <w:r w:rsidRPr="00AD462D">
                    <w:rPr>
                      <w:b/>
                      <w:bCs/>
                      <w:color w:val="FFC000"/>
                    </w:rPr>
                    <w:t>Exceeding Expectations</w:t>
                  </w:r>
                </w:p>
              </w:tc>
            </w:tr>
            <w:tr w:rsidR="00D45481" w14:paraId="23EAE15C" w14:textId="77777777" w:rsidTr="0046513C">
              <w:tc>
                <w:tcPr>
                  <w:tcW w:w="2609" w:type="dxa"/>
                </w:tcPr>
                <w:p w14:paraId="34DBFEC1" w14:textId="7E0592D6" w:rsidR="00D45481" w:rsidRDefault="003977E1" w:rsidP="002F2661">
                  <w:pPr>
                    <w:rPr>
                      <w:color w:val="777777"/>
                    </w:rPr>
                  </w:pPr>
                  <w:r>
                    <w:rPr>
                      <w:color w:val="777777"/>
                    </w:rPr>
                    <w:t>English Lit</w:t>
                  </w:r>
                </w:p>
              </w:tc>
              <w:tc>
                <w:tcPr>
                  <w:tcW w:w="2609" w:type="dxa"/>
                </w:tcPr>
                <w:sdt>
                  <w:sdtPr>
                    <w:alias w:val="Information cell"/>
                    <w:tag w:val="INFO_CELL_0102"/>
                    <w:id w:val="921922752"/>
                    <w:lock w:val="sdtLocked"/>
                  </w:sdtPr>
                  <w:sdtEndPr/>
                  <w:sdtContent>
                    <w:p w14:paraId="76C909C7" w14:textId="77777777" w:rsidR="00D45481" w:rsidRDefault="006E6BC2" w:rsidP="002F2661">
                      <w:pPr>
                        <w:rPr>
                          <w:color w:val="777777"/>
                        </w:rPr>
                      </w:pPr>
                    </w:p>
                  </w:sdtContent>
                </w:sdt>
              </w:tc>
              <w:tc>
                <w:tcPr>
                  <w:tcW w:w="1304" w:type="dxa"/>
                </w:tcPr>
                <w:sdt>
                  <w:sdtPr>
                    <w:alias w:val="Information cell"/>
                    <w:tag w:val="INFO_CELL_0103"/>
                    <w:id w:val="1347056500"/>
                    <w:lock w:val="sdtLocked"/>
                  </w:sdtPr>
                  <w:sdtEndPr/>
                  <w:sdtContent>
                    <w:p w14:paraId="5AAF159E" w14:textId="77777777" w:rsidR="00D45481" w:rsidRDefault="006E6BC2" w:rsidP="002F2661">
                      <w:pPr>
                        <w:rPr>
                          <w:color w:val="777777"/>
                        </w:rPr>
                      </w:pPr>
                    </w:p>
                  </w:sdtContent>
                </w:sdt>
              </w:tc>
              <w:tc>
                <w:tcPr>
                  <w:tcW w:w="1305" w:type="dxa"/>
                </w:tcPr>
                <w:sdt>
                  <w:sdtPr>
                    <w:alias w:val="Information cell"/>
                    <w:tag w:val="INFO_CELL_0104"/>
                    <w:id w:val="-1803764875"/>
                    <w:lock w:val="sdtLocked"/>
                  </w:sdtPr>
                  <w:sdtEndPr/>
                  <w:sdtContent>
                    <w:p w14:paraId="19890511" w14:textId="7CCCDFB5" w:rsidR="00D45481" w:rsidRDefault="006E6BC2" w:rsidP="002F2661">
                      <w:pPr>
                        <w:rPr>
                          <w:color w:val="777777"/>
                        </w:rPr>
                      </w:pPr>
                    </w:p>
                  </w:sdtContent>
                </w:sdt>
              </w:tc>
              <w:tc>
                <w:tcPr>
                  <w:tcW w:w="2609" w:type="dxa"/>
                </w:tcPr>
                <w:sdt>
                  <w:sdtPr>
                    <w:alias w:val="Information cell"/>
                    <w:tag w:val="INFO_CELL_0105"/>
                    <w:id w:val="-471129961"/>
                    <w:lock w:val="sdtLocked"/>
                  </w:sdtPr>
                  <w:sdtEndPr/>
                  <w:sdtContent>
                    <w:p w14:paraId="389414B3" w14:textId="77777777" w:rsidR="00D45481" w:rsidRDefault="006E6BC2" w:rsidP="002F2661">
                      <w:pPr>
                        <w:rPr>
                          <w:color w:val="777777"/>
                        </w:rPr>
                      </w:pPr>
                    </w:p>
                  </w:sdtContent>
                </w:sdt>
              </w:tc>
            </w:tr>
            <w:tr w:rsidR="00D45481" w14:paraId="30F3E0E5" w14:textId="77777777" w:rsidTr="0046513C">
              <w:tc>
                <w:tcPr>
                  <w:tcW w:w="2609" w:type="dxa"/>
                </w:tcPr>
                <w:p w14:paraId="04D44118" w14:textId="1EE5538E" w:rsidR="00D45481" w:rsidRDefault="003977E1" w:rsidP="002F2661">
                  <w:pPr>
                    <w:rPr>
                      <w:color w:val="777777"/>
                    </w:rPr>
                  </w:pPr>
                  <w:r>
                    <w:rPr>
                      <w:color w:val="777777"/>
                    </w:rPr>
                    <w:t>English Language</w:t>
                  </w:r>
                </w:p>
              </w:tc>
              <w:tc>
                <w:tcPr>
                  <w:tcW w:w="2609" w:type="dxa"/>
                </w:tcPr>
                <w:sdt>
                  <w:sdtPr>
                    <w:alias w:val="Information cell"/>
                    <w:tag w:val="INFO_CELL_0106"/>
                    <w:id w:val="-2117662524"/>
                    <w:lock w:val="sdtLocked"/>
                  </w:sdtPr>
                  <w:sdtEndPr/>
                  <w:sdtContent>
                    <w:p w14:paraId="5DD1F1CF" w14:textId="77777777" w:rsidR="00D45481" w:rsidRDefault="006E6BC2" w:rsidP="002F2661">
                      <w:pPr>
                        <w:rPr>
                          <w:color w:val="777777"/>
                        </w:rPr>
                      </w:pPr>
                    </w:p>
                  </w:sdtContent>
                </w:sdt>
              </w:tc>
              <w:tc>
                <w:tcPr>
                  <w:tcW w:w="1304" w:type="dxa"/>
                </w:tcPr>
                <w:sdt>
                  <w:sdtPr>
                    <w:alias w:val="Information cell"/>
                    <w:tag w:val="INFO_CELL_0107"/>
                    <w:id w:val="-1789034332"/>
                    <w:lock w:val="sdtLocked"/>
                  </w:sdtPr>
                  <w:sdtEndPr/>
                  <w:sdtContent>
                    <w:p w14:paraId="4DE52344" w14:textId="77777777" w:rsidR="00D45481" w:rsidRDefault="006E6BC2" w:rsidP="002F2661">
                      <w:pPr>
                        <w:rPr>
                          <w:color w:val="777777"/>
                        </w:rPr>
                      </w:pPr>
                    </w:p>
                  </w:sdtContent>
                </w:sdt>
              </w:tc>
              <w:tc>
                <w:tcPr>
                  <w:tcW w:w="1305" w:type="dxa"/>
                </w:tcPr>
                <w:sdt>
                  <w:sdtPr>
                    <w:alias w:val="Information cell"/>
                    <w:tag w:val="INFO_CELL_0108"/>
                    <w:id w:val="1700893294"/>
                    <w:lock w:val="sdtLocked"/>
                  </w:sdtPr>
                  <w:sdtEndPr/>
                  <w:sdtContent>
                    <w:p w14:paraId="5A3685F6" w14:textId="06824030" w:rsidR="00D45481" w:rsidRDefault="006E6BC2" w:rsidP="002F2661">
                      <w:pPr>
                        <w:rPr>
                          <w:color w:val="777777"/>
                        </w:rPr>
                      </w:pPr>
                    </w:p>
                  </w:sdtContent>
                </w:sdt>
              </w:tc>
              <w:tc>
                <w:tcPr>
                  <w:tcW w:w="2609" w:type="dxa"/>
                </w:tcPr>
                <w:sdt>
                  <w:sdtPr>
                    <w:alias w:val="Information cell"/>
                    <w:tag w:val="INFO_CELL_0109"/>
                    <w:id w:val="-715652207"/>
                    <w:lock w:val="sdtLocked"/>
                  </w:sdtPr>
                  <w:sdtEndPr/>
                  <w:sdtContent>
                    <w:p w14:paraId="78BE208E" w14:textId="77777777" w:rsidR="00D45481" w:rsidRDefault="006E6BC2" w:rsidP="002F2661">
                      <w:pPr>
                        <w:rPr>
                          <w:color w:val="777777"/>
                        </w:rPr>
                      </w:pPr>
                    </w:p>
                  </w:sdtContent>
                </w:sdt>
              </w:tc>
            </w:tr>
            <w:tr w:rsidR="00D45481" w14:paraId="248EAEFE" w14:textId="77777777" w:rsidTr="0046513C">
              <w:tc>
                <w:tcPr>
                  <w:tcW w:w="2609" w:type="dxa"/>
                </w:tcPr>
                <w:p w14:paraId="17078E08" w14:textId="73025735" w:rsidR="003977E1" w:rsidRDefault="003977E1" w:rsidP="002F2661">
                  <w:pPr>
                    <w:rPr>
                      <w:color w:val="777777"/>
                    </w:rPr>
                  </w:pPr>
                  <w:r>
                    <w:rPr>
                      <w:color w:val="777777"/>
                    </w:rPr>
                    <w:t>Maths</w:t>
                  </w:r>
                </w:p>
              </w:tc>
              <w:tc>
                <w:tcPr>
                  <w:tcW w:w="2609" w:type="dxa"/>
                </w:tcPr>
                <w:sdt>
                  <w:sdtPr>
                    <w:alias w:val="Information cell"/>
                    <w:tag w:val="INFO_CELL_0110"/>
                    <w:id w:val="505248928"/>
                    <w:lock w:val="sdtLocked"/>
                  </w:sdtPr>
                  <w:sdtEndPr/>
                  <w:sdtContent>
                    <w:p w14:paraId="17E07E68" w14:textId="77777777" w:rsidR="00D45481" w:rsidRDefault="006E6BC2" w:rsidP="002F2661">
                      <w:pPr>
                        <w:rPr>
                          <w:color w:val="777777"/>
                        </w:rPr>
                      </w:pPr>
                    </w:p>
                  </w:sdtContent>
                </w:sdt>
              </w:tc>
              <w:tc>
                <w:tcPr>
                  <w:tcW w:w="1304" w:type="dxa"/>
                </w:tcPr>
                <w:sdt>
                  <w:sdtPr>
                    <w:alias w:val="Information cell"/>
                    <w:tag w:val="INFO_CELL_0111"/>
                    <w:id w:val="1513718956"/>
                    <w:lock w:val="sdtLocked"/>
                  </w:sdtPr>
                  <w:sdtEndPr/>
                  <w:sdtContent>
                    <w:p w14:paraId="2BE6F13D" w14:textId="77777777" w:rsidR="00D45481" w:rsidRDefault="006E6BC2" w:rsidP="002F2661">
                      <w:pPr>
                        <w:rPr>
                          <w:color w:val="777777"/>
                        </w:rPr>
                      </w:pPr>
                    </w:p>
                  </w:sdtContent>
                </w:sdt>
              </w:tc>
              <w:tc>
                <w:tcPr>
                  <w:tcW w:w="1305" w:type="dxa"/>
                </w:tcPr>
                <w:sdt>
                  <w:sdtPr>
                    <w:alias w:val="Information cell"/>
                    <w:tag w:val="INFO_CELL_0112"/>
                    <w:id w:val="387537511"/>
                    <w:lock w:val="sdtLocked"/>
                  </w:sdtPr>
                  <w:sdtEndPr/>
                  <w:sdtContent>
                    <w:p w14:paraId="1A5E29C9" w14:textId="6ECF907D" w:rsidR="00D45481" w:rsidRDefault="006E6BC2" w:rsidP="002F2661">
                      <w:pPr>
                        <w:rPr>
                          <w:color w:val="777777"/>
                        </w:rPr>
                      </w:pPr>
                    </w:p>
                  </w:sdtContent>
                </w:sdt>
              </w:tc>
              <w:tc>
                <w:tcPr>
                  <w:tcW w:w="2609" w:type="dxa"/>
                </w:tcPr>
                <w:sdt>
                  <w:sdtPr>
                    <w:alias w:val="Information cell"/>
                    <w:tag w:val="INFO_CELL_0113"/>
                    <w:id w:val="-2068481696"/>
                    <w:lock w:val="sdtLocked"/>
                  </w:sdtPr>
                  <w:sdtEndPr/>
                  <w:sdtContent>
                    <w:p w14:paraId="2975BADE" w14:textId="77777777" w:rsidR="00D45481" w:rsidRDefault="006E6BC2" w:rsidP="002F2661">
                      <w:pPr>
                        <w:rPr>
                          <w:color w:val="777777"/>
                        </w:rPr>
                      </w:pPr>
                    </w:p>
                  </w:sdtContent>
                </w:sdt>
              </w:tc>
            </w:tr>
            <w:tr w:rsidR="00D45481" w14:paraId="0909EA9A" w14:textId="77777777" w:rsidTr="0046513C">
              <w:tc>
                <w:tcPr>
                  <w:tcW w:w="2609" w:type="dxa"/>
                </w:tcPr>
                <w:p w14:paraId="10DBFFAC" w14:textId="0C9C68A5" w:rsidR="00D45481" w:rsidRDefault="003977E1" w:rsidP="002F2661">
                  <w:pPr>
                    <w:rPr>
                      <w:color w:val="777777"/>
                    </w:rPr>
                  </w:pPr>
                  <w:r>
                    <w:rPr>
                      <w:color w:val="777777"/>
                    </w:rPr>
                    <w:t>Science</w:t>
                  </w:r>
                </w:p>
              </w:tc>
              <w:tc>
                <w:tcPr>
                  <w:tcW w:w="2609" w:type="dxa"/>
                </w:tcPr>
                <w:sdt>
                  <w:sdtPr>
                    <w:alias w:val="Information cell"/>
                    <w:tag w:val="INFO_CELL_0114"/>
                    <w:id w:val="-1093166013"/>
                    <w:lock w:val="sdtLocked"/>
                  </w:sdtPr>
                  <w:sdtEndPr/>
                  <w:sdtContent>
                    <w:p w14:paraId="62EC2234" w14:textId="77777777" w:rsidR="00D45481" w:rsidRDefault="006E6BC2" w:rsidP="002F2661">
                      <w:pPr>
                        <w:rPr>
                          <w:color w:val="777777"/>
                        </w:rPr>
                      </w:pPr>
                    </w:p>
                  </w:sdtContent>
                </w:sdt>
              </w:tc>
              <w:tc>
                <w:tcPr>
                  <w:tcW w:w="1304" w:type="dxa"/>
                </w:tcPr>
                <w:sdt>
                  <w:sdtPr>
                    <w:alias w:val="Information cell"/>
                    <w:tag w:val="INFO_CELL_0115"/>
                    <w:id w:val="282084404"/>
                    <w:lock w:val="sdtLocked"/>
                  </w:sdtPr>
                  <w:sdtEndPr/>
                  <w:sdtContent>
                    <w:p w14:paraId="566558A7" w14:textId="77777777" w:rsidR="00D45481" w:rsidRDefault="006E6BC2" w:rsidP="002F2661">
                      <w:pPr>
                        <w:rPr>
                          <w:color w:val="777777"/>
                        </w:rPr>
                      </w:pPr>
                    </w:p>
                  </w:sdtContent>
                </w:sdt>
              </w:tc>
              <w:tc>
                <w:tcPr>
                  <w:tcW w:w="1305" w:type="dxa"/>
                </w:tcPr>
                <w:sdt>
                  <w:sdtPr>
                    <w:alias w:val="Information cell"/>
                    <w:tag w:val="INFO_CELL_0116"/>
                    <w:id w:val="-518857713"/>
                    <w:lock w:val="sdtLocked"/>
                  </w:sdtPr>
                  <w:sdtEndPr/>
                  <w:sdtContent>
                    <w:p w14:paraId="17E911FD" w14:textId="6174BC36" w:rsidR="00D45481" w:rsidRDefault="006E6BC2" w:rsidP="002F2661">
                      <w:pPr>
                        <w:rPr>
                          <w:color w:val="777777"/>
                        </w:rPr>
                      </w:pPr>
                    </w:p>
                  </w:sdtContent>
                </w:sdt>
              </w:tc>
              <w:tc>
                <w:tcPr>
                  <w:tcW w:w="2609" w:type="dxa"/>
                </w:tcPr>
                <w:sdt>
                  <w:sdtPr>
                    <w:alias w:val="Information cell"/>
                    <w:tag w:val="INFO_CELL_0117"/>
                    <w:id w:val="-1598938811"/>
                    <w:lock w:val="sdtLocked"/>
                  </w:sdtPr>
                  <w:sdtEndPr/>
                  <w:sdtContent>
                    <w:p w14:paraId="6363DC5E" w14:textId="77777777" w:rsidR="00D45481" w:rsidRDefault="006E6BC2" w:rsidP="002F2661">
                      <w:pPr>
                        <w:rPr>
                          <w:color w:val="777777"/>
                        </w:rPr>
                      </w:pPr>
                    </w:p>
                  </w:sdtContent>
                </w:sdt>
              </w:tc>
            </w:tr>
            <w:tr w:rsidR="00D45481" w14:paraId="61E560FB" w14:textId="77777777" w:rsidTr="0046513C">
              <w:tc>
                <w:tcPr>
                  <w:tcW w:w="2609" w:type="dxa"/>
                </w:tcPr>
                <w:sdt>
                  <w:sdtPr>
                    <w:alias w:val="Information cell"/>
                    <w:tag w:val="INFO_CELL_0118"/>
                    <w:id w:val="-1887021019"/>
                    <w:lock w:val="sdtLocked"/>
                  </w:sdtPr>
                  <w:sdtEndPr/>
                  <w:sdtContent>
                    <w:p w14:paraId="5C79D15D" w14:textId="77777777" w:rsidR="00D45481" w:rsidRDefault="006E6BC2" w:rsidP="002F2661">
                      <w:pPr>
                        <w:rPr>
                          <w:color w:val="777777"/>
                        </w:rPr>
                      </w:pPr>
                    </w:p>
                  </w:sdtContent>
                </w:sdt>
              </w:tc>
              <w:tc>
                <w:tcPr>
                  <w:tcW w:w="2609" w:type="dxa"/>
                </w:tcPr>
                <w:sdt>
                  <w:sdtPr>
                    <w:alias w:val="Information cell"/>
                    <w:tag w:val="INFO_CELL_0119"/>
                    <w:id w:val="-570732586"/>
                    <w:lock w:val="sdtLocked"/>
                  </w:sdtPr>
                  <w:sdtEndPr/>
                  <w:sdtContent>
                    <w:p w14:paraId="4861B833" w14:textId="77777777" w:rsidR="00D45481" w:rsidRDefault="006E6BC2" w:rsidP="002F2661">
                      <w:pPr>
                        <w:rPr>
                          <w:color w:val="777777"/>
                        </w:rPr>
                      </w:pPr>
                    </w:p>
                  </w:sdtContent>
                </w:sdt>
              </w:tc>
              <w:tc>
                <w:tcPr>
                  <w:tcW w:w="1304" w:type="dxa"/>
                </w:tcPr>
                <w:sdt>
                  <w:sdtPr>
                    <w:alias w:val="Information cell"/>
                    <w:tag w:val="INFO_CELL_0120"/>
                    <w:id w:val="281695789"/>
                    <w:lock w:val="sdtLocked"/>
                  </w:sdtPr>
                  <w:sdtEndPr/>
                  <w:sdtContent>
                    <w:p w14:paraId="09DE3437" w14:textId="77777777" w:rsidR="00D45481" w:rsidRDefault="006E6BC2" w:rsidP="002F2661">
                      <w:pPr>
                        <w:rPr>
                          <w:color w:val="777777"/>
                        </w:rPr>
                      </w:pPr>
                    </w:p>
                  </w:sdtContent>
                </w:sdt>
              </w:tc>
              <w:tc>
                <w:tcPr>
                  <w:tcW w:w="1305" w:type="dxa"/>
                </w:tcPr>
                <w:sdt>
                  <w:sdtPr>
                    <w:alias w:val="Information cell"/>
                    <w:tag w:val="INFO_CELL_0121"/>
                    <w:id w:val="1556269219"/>
                    <w:lock w:val="sdtLocked"/>
                  </w:sdtPr>
                  <w:sdtEndPr/>
                  <w:sdtContent>
                    <w:p w14:paraId="67E44714" w14:textId="4879F5F9" w:rsidR="00D45481" w:rsidRDefault="006E6BC2" w:rsidP="002F2661">
                      <w:pPr>
                        <w:rPr>
                          <w:color w:val="777777"/>
                        </w:rPr>
                      </w:pPr>
                    </w:p>
                  </w:sdtContent>
                </w:sdt>
              </w:tc>
              <w:tc>
                <w:tcPr>
                  <w:tcW w:w="2609" w:type="dxa"/>
                </w:tcPr>
                <w:sdt>
                  <w:sdtPr>
                    <w:alias w:val="Information cell"/>
                    <w:tag w:val="INFO_CELL_0122"/>
                    <w:id w:val="-2022311206"/>
                    <w:lock w:val="sdtLocked"/>
                  </w:sdtPr>
                  <w:sdtEndPr/>
                  <w:sdtContent>
                    <w:p w14:paraId="3B87C034" w14:textId="77777777" w:rsidR="00D45481" w:rsidRDefault="006E6BC2" w:rsidP="002F2661">
                      <w:pPr>
                        <w:rPr>
                          <w:color w:val="777777"/>
                        </w:rPr>
                      </w:pPr>
                    </w:p>
                  </w:sdtContent>
                </w:sdt>
              </w:tc>
            </w:tr>
            <w:tr w:rsidR="00D3631E" w14:paraId="145A658F" w14:textId="77777777" w:rsidTr="004133CC">
              <w:tc>
                <w:tcPr>
                  <w:tcW w:w="10436" w:type="dxa"/>
                  <w:gridSpan w:val="5"/>
                </w:tcPr>
                <w:p w14:paraId="6B2F8324" w14:textId="6933DBE0" w:rsidR="00D3631E" w:rsidRDefault="00D3631E" w:rsidP="002F2661">
                  <w:pPr>
                    <w:rPr>
                      <w:color w:val="777777"/>
                    </w:rPr>
                  </w:pPr>
                  <w:r>
                    <w:rPr>
                      <w:color w:val="777777"/>
                    </w:rPr>
                    <w:t>Access Arrangements (if applicable)</w:t>
                  </w:r>
                </w:p>
                <w:p w14:paraId="34B1641C" w14:textId="77777777" w:rsidR="00D3631E" w:rsidRDefault="00D3631E" w:rsidP="002F2661">
                  <w:pPr>
                    <w:rPr>
                      <w:color w:val="777777"/>
                    </w:rPr>
                  </w:pPr>
                </w:p>
              </w:tc>
            </w:tr>
          </w:tbl>
          <w:p w14:paraId="048401CE" w14:textId="1A629FBA" w:rsidR="00EC3A21" w:rsidRDefault="00EC3A21" w:rsidP="002F2661">
            <w:pPr>
              <w:spacing w:after="0"/>
            </w:pPr>
          </w:p>
        </w:tc>
      </w:tr>
    </w:tbl>
    <w:p w14:paraId="17F47E60" w14:textId="2262C10E" w:rsidR="00124EC7" w:rsidRDefault="00124EC7"/>
    <w:p w14:paraId="06D11D85" w14:textId="77777777" w:rsidR="00EC3A21" w:rsidRDefault="00EC3A21"/>
    <w:tbl>
      <w:tblPr>
        <w:tblW w:w="0" w:type="auto"/>
        <w:jc w:val="center"/>
        <w:tblLook w:val="04A0" w:firstRow="1" w:lastRow="0" w:firstColumn="1" w:lastColumn="0" w:noHBand="0" w:noVBand="1"/>
      </w:tblPr>
      <w:tblGrid>
        <w:gridCol w:w="10646"/>
      </w:tblGrid>
      <w:tr w:rsidR="00640373" w14:paraId="6FB30763" w14:textId="77777777" w:rsidTr="005A558E">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494E8C7" w14:textId="77777777" w:rsidR="00640373" w:rsidRDefault="00640373" w:rsidP="005A558E">
            <w:r>
              <w:rPr>
                <w:b/>
                <w:color w:val="0F243E"/>
              </w:rPr>
              <w:t>Attendance concerns, school interventions and WAS involvement, where applicable *</w:t>
            </w:r>
            <w:r>
              <w:rPr>
                <w:i/>
                <w:color w:val="555555"/>
                <w:sz w:val="16"/>
              </w:rPr>
              <w:br/>
              <w:t>If not applicable, enter “Not applicable”.</w:t>
            </w:r>
          </w:p>
        </w:tc>
      </w:tr>
      <w:tr w:rsidR="00640373" w14:paraId="2BA1A38C" w14:textId="77777777" w:rsidTr="005A558E">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sdt>
            <w:sdtPr>
              <w:alias w:val="Information cell"/>
              <w:tag w:val="INFO_CELL_0123"/>
              <w:id w:val="-1280483008"/>
              <w:lock w:val="sdtLocked"/>
            </w:sdtPr>
            <w:sdtEndPr/>
            <w:sdtContent>
              <w:p w14:paraId="422F4CC9" w14:textId="6776FB45" w:rsidR="00640373" w:rsidRDefault="006E6BC2" w:rsidP="005A558E">
                <w:sdt>
                  <w:sdtPr>
                    <w:alias w:val="Information field"/>
                    <w:tag w:val="INFO_FIELD_0036"/>
                    <w:id w:val="-266088550"/>
                    <w:lock w:val="sdtLocked"/>
                  </w:sdtPr>
                  <w:sdtEndPr/>
                  <w:sdtContent>
                    <w:r w:rsidR="00640373">
                      <w:rPr>
                        <w:color w:val="777777"/>
                      </w:rPr>
                      <w:t>Click or tap here to enter text.</w:t>
                    </w:r>
                  </w:sdtContent>
                </w:sdt>
              </w:p>
            </w:sdtContent>
          </w:sdt>
        </w:tc>
      </w:tr>
    </w:tbl>
    <w:p w14:paraId="3B01F15A" w14:textId="77777777" w:rsidR="00640373" w:rsidRDefault="00640373"/>
    <w:p w14:paraId="1CD5FCE7" w14:textId="77777777" w:rsidR="00FC3769" w:rsidRDefault="00BA17C9">
      <w:pPr>
        <w:spacing w:before="160" w:after="60"/>
      </w:pPr>
      <w:r>
        <w:rPr>
          <w:b/>
          <w:color w:val="1F4E79"/>
          <w:sz w:val="26"/>
        </w:rPr>
        <w:t>6. Risk Assessment</w:t>
      </w:r>
    </w:p>
    <w:p w14:paraId="0DDB9F9D" w14:textId="77777777" w:rsidR="00FC3769" w:rsidRDefault="00BA17C9">
      <w:pPr>
        <w:spacing w:after="80"/>
        <w:rPr>
          <w:i/>
          <w:color w:val="555555"/>
          <w:sz w:val="17"/>
        </w:rPr>
      </w:pPr>
      <w:r>
        <w:rPr>
          <w:i/>
          <w:color w:val="555555"/>
          <w:sz w:val="17"/>
        </w:rPr>
        <w:t>Please select the risk level and provide reasons/evidence for any medium or high risks.</w:t>
      </w:r>
    </w:p>
    <w:p w14:paraId="77297D7B" w14:textId="77777777" w:rsidR="001E777B" w:rsidRDefault="001E777B">
      <w:pPr>
        <w:spacing w:after="80"/>
        <w:rPr>
          <w:i/>
          <w:color w:val="555555"/>
          <w:sz w:val="17"/>
        </w:rPr>
      </w:pPr>
    </w:p>
    <w:tbl>
      <w:tblPr>
        <w:tblStyle w:val="TableGrid"/>
        <w:tblW w:w="0" w:type="auto"/>
        <w:tblLook w:val="04A0" w:firstRow="1" w:lastRow="0" w:firstColumn="1" w:lastColumn="0" w:noHBand="0" w:noVBand="1"/>
      </w:tblPr>
      <w:tblGrid>
        <w:gridCol w:w="2129"/>
        <w:gridCol w:w="843"/>
        <w:gridCol w:w="851"/>
        <w:gridCol w:w="850"/>
        <w:gridCol w:w="5973"/>
      </w:tblGrid>
      <w:tr w:rsidR="001E777B" w14:paraId="347546F9" w14:textId="77777777" w:rsidTr="009F10C4">
        <w:tc>
          <w:tcPr>
            <w:tcW w:w="2129" w:type="dxa"/>
            <w:shd w:val="clear" w:color="auto" w:fill="DAEEF3" w:themeFill="accent5" w:themeFillTint="33"/>
          </w:tcPr>
          <w:sdt>
            <w:sdtPr>
              <w:alias w:val="Information cell"/>
              <w:tag w:val="INFO_CELL_0124"/>
              <w:id w:val="941503333"/>
              <w:lock w:val="sdtLocked"/>
            </w:sdtPr>
            <w:sdtEndPr/>
            <w:sdtContent>
              <w:p w14:paraId="1D77DB42" w14:textId="77777777" w:rsidR="001E777B" w:rsidRDefault="006E6BC2" w:rsidP="001E777B">
                <w:pPr>
                  <w:spacing w:after="80"/>
                </w:pPr>
              </w:p>
            </w:sdtContent>
          </w:sdt>
        </w:tc>
        <w:tc>
          <w:tcPr>
            <w:tcW w:w="843" w:type="dxa"/>
            <w:shd w:val="clear" w:color="auto" w:fill="DAEEF3" w:themeFill="accent5" w:themeFillTint="33"/>
            <w:vAlign w:val="center"/>
          </w:tcPr>
          <w:p w14:paraId="1A23258E" w14:textId="01B80FC6" w:rsidR="001E777B" w:rsidRPr="001E777B" w:rsidRDefault="001E777B" w:rsidP="001E777B">
            <w:pPr>
              <w:spacing w:after="80"/>
              <w:jc w:val="center"/>
            </w:pPr>
            <w:r w:rsidRPr="001E777B">
              <w:rPr>
                <w:b/>
                <w:sz w:val="17"/>
              </w:rPr>
              <w:t>Low</w:t>
            </w:r>
          </w:p>
        </w:tc>
        <w:tc>
          <w:tcPr>
            <w:tcW w:w="851" w:type="dxa"/>
            <w:shd w:val="clear" w:color="auto" w:fill="DAEEF3" w:themeFill="accent5" w:themeFillTint="33"/>
            <w:vAlign w:val="center"/>
          </w:tcPr>
          <w:p w14:paraId="5164835D" w14:textId="0D41CB5E" w:rsidR="001E777B" w:rsidRPr="001E777B" w:rsidRDefault="001E777B" w:rsidP="001E777B">
            <w:pPr>
              <w:spacing w:after="80"/>
              <w:jc w:val="center"/>
            </w:pPr>
            <w:r w:rsidRPr="001E777B">
              <w:rPr>
                <w:b/>
                <w:sz w:val="17"/>
              </w:rPr>
              <w:t>Medium</w:t>
            </w:r>
          </w:p>
        </w:tc>
        <w:tc>
          <w:tcPr>
            <w:tcW w:w="850" w:type="dxa"/>
            <w:shd w:val="clear" w:color="auto" w:fill="DAEEF3" w:themeFill="accent5" w:themeFillTint="33"/>
            <w:vAlign w:val="center"/>
          </w:tcPr>
          <w:p w14:paraId="18106B44" w14:textId="30237D9D" w:rsidR="001E777B" w:rsidRPr="001E777B" w:rsidRDefault="001E777B" w:rsidP="001E777B">
            <w:pPr>
              <w:spacing w:after="80"/>
              <w:jc w:val="center"/>
            </w:pPr>
            <w:r w:rsidRPr="001E777B">
              <w:rPr>
                <w:b/>
                <w:sz w:val="17"/>
              </w:rPr>
              <w:t>High</w:t>
            </w:r>
          </w:p>
        </w:tc>
        <w:tc>
          <w:tcPr>
            <w:tcW w:w="5973" w:type="dxa"/>
            <w:shd w:val="clear" w:color="auto" w:fill="DAEEF3" w:themeFill="accent5" w:themeFillTint="33"/>
            <w:vAlign w:val="center"/>
          </w:tcPr>
          <w:p w14:paraId="48EFD96F" w14:textId="5C96BDCD" w:rsidR="001E777B" w:rsidRPr="001E777B" w:rsidRDefault="001E777B" w:rsidP="001E777B">
            <w:pPr>
              <w:spacing w:after="80"/>
            </w:pPr>
            <w:r w:rsidRPr="001E777B">
              <w:rPr>
                <w:b/>
                <w:sz w:val="17"/>
              </w:rPr>
              <w:t>Reason</w:t>
            </w:r>
          </w:p>
        </w:tc>
      </w:tr>
      <w:tr w:rsidR="001E777B" w14:paraId="5D060057" w14:textId="77777777" w:rsidTr="001E777B">
        <w:tc>
          <w:tcPr>
            <w:tcW w:w="2129" w:type="dxa"/>
            <w:vAlign w:val="center"/>
          </w:tcPr>
          <w:p w14:paraId="12309B85" w14:textId="47D080EB" w:rsidR="001E777B" w:rsidRDefault="001E777B" w:rsidP="001E777B">
            <w:pPr>
              <w:spacing w:after="80"/>
            </w:pPr>
            <w:r>
              <w:rPr>
                <w:sz w:val="16"/>
              </w:rPr>
              <w:t>Theft</w:t>
            </w:r>
          </w:p>
        </w:tc>
        <w:sdt>
          <w:sdtPr>
            <w:id w:val="-1440443730"/>
            <w14:checkbox>
              <w14:checked w14:val="0"/>
              <w14:checkedState w14:val="2612" w14:font="MS Gothic"/>
              <w14:uncheckedState w14:val="2610" w14:font="MS Gothic"/>
            </w14:checkbox>
          </w:sdtPr>
          <w:sdtEndPr/>
          <w:sdtContent>
            <w:tc>
              <w:tcPr>
                <w:tcW w:w="843" w:type="dxa"/>
                <w:vAlign w:val="center"/>
              </w:tcPr>
              <w:p w14:paraId="6DCB07B8" w14:textId="4216937A" w:rsidR="001E777B" w:rsidRDefault="007B75A6" w:rsidP="001E777B">
                <w:pPr>
                  <w:spacing w:after="80"/>
                  <w:jc w:val="center"/>
                </w:pPr>
                <w:r>
                  <w:rPr>
                    <w:rFonts w:ascii="MS Gothic" w:eastAsia="MS Gothic" w:hAnsi="MS Gothic" w:hint="eastAsia"/>
                  </w:rPr>
                  <w:t>☐</w:t>
                </w:r>
              </w:p>
            </w:tc>
          </w:sdtContent>
        </w:sdt>
        <w:sdt>
          <w:sdtPr>
            <w:id w:val="-1921015519"/>
            <w14:checkbox>
              <w14:checked w14:val="0"/>
              <w14:checkedState w14:val="2612" w14:font="MS Gothic"/>
              <w14:uncheckedState w14:val="2610" w14:font="MS Gothic"/>
            </w14:checkbox>
          </w:sdtPr>
          <w:sdtEndPr/>
          <w:sdtContent>
            <w:tc>
              <w:tcPr>
                <w:tcW w:w="851" w:type="dxa"/>
                <w:vAlign w:val="center"/>
              </w:tcPr>
              <w:p w14:paraId="20F405D9" w14:textId="691C0F91" w:rsidR="001E777B" w:rsidRDefault="007B75A6" w:rsidP="001E777B">
                <w:pPr>
                  <w:spacing w:after="80"/>
                  <w:jc w:val="center"/>
                </w:pPr>
                <w:r>
                  <w:rPr>
                    <w:rFonts w:ascii="MS Gothic" w:eastAsia="MS Gothic" w:hAnsi="MS Gothic" w:hint="eastAsia"/>
                  </w:rPr>
                  <w:t>☐</w:t>
                </w:r>
              </w:p>
            </w:tc>
          </w:sdtContent>
        </w:sdt>
        <w:sdt>
          <w:sdtPr>
            <w:id w:val="1641531620"/>
            <w14:checkbox>
              <w14:checked w14:val="0"/>
              <w14:checkedState w14:val="2612" w14:font="MS Gothic"/>
              <w14:uncheckedState w14:val="2610" w14:font="MS Gothic"/>
            </w14:checkbox>
          </w:sdtPr>
          <w:sdtEndPr/>
          <w:sdtContent>
            <w:tc>
              <w:tcPr>
                <w:tcW w:w="850" w:type="dxa"/>
                <w:vAlign w:val="center"/>
              </w:tcPr>
              <w:p w14:paraId="4C910DCE" w14:textId="1A04F955" w:rsidR="001E777B" w:rsidRDefault="007B75A6" w:rsidP="001E777B">
                <w:pPr>
                  <w:spacing w:after="80"/>
                  <w:jc w:val="center"/>
                </w:pPr>
                <w:r>
                  <w:rPr>
                    <w:rFonts w:ascii="MS Gothic" w:eastAsia="MS Gothic" w:hAnsi="MS Gothic" w:hint="eastAsia"/>
                  </w:rPr>
                  <w:t>☐</w:t>
                </w:r>
              </w:p>
            </w:tc>
          </w:sdtContent>
        </w:sdt>
        <w:tc>
          <w:tcPr>
            <w:tcW w:w="5973" w:type="dxa"/>
          </w:tcPr>
          <w:sdt>
            <w:sdtPr>
              <w:alias w:val="Information cell"/>
              <w:tag w:val="INFO_CELL_0125"/>
              <w:id w:val="-65961008"/>
              <w:lock w:val="sdtLocked"/>
            </w:sdtPr>
            <w:sdtEndPr/>
            <w:sdtContent>
              <w:p w14:paraId="73CB659C" w14:textId="77777777" w:rsidR="001E777B" w:rsidRDefault="006E6BC2" w:rsidP="001E777B">
                <w:pPr>
                  <w:spacing w:after="80"/>
                </w:pPr>
              </w:p>
            </w:sdtContent>
          </w:sdt>
        </w:tc>
      </w:tr>
      <w:tr w:rsidR="001E777B" w14:paraId="40BF65E2" w14:textId="77777777" w:rsidTr="001E777B">
        <w:tc>
          <w:tcPr>
            <w:tcW w:w="2129" w:type="dxa"/>
            <w:vAlign w:val="center"/>
          </w:tcPr>
          <w:p w14:paraId="4A47EE62" w14:textId="24EE8CDE" w:rsidR="001E777B" w:rsidRDefault="001E777B" w:rsidP="001E777B">
            <w:pPr>
              <w:spacing w:after="80"/>
            </w:pPr>
            <w:r>
              <w:rPr>
                <w:sz w:val="16"/>
              </w:rPr>
              <w:t>Truancy / absconding</w:t>
            </w:r>
          </w:p>
        </w:tc>
        <w:sdt>
          <w:sdtPr>
            <w:id w:val="1318074473"/>
            <w14:checkbox>
              <w14:checked w14:val="0"/>
              <w14:checkedState w14:val="2612" w14:font="MS Gothic"/>
              <w14:uncheckedState w14:val="2610" w14:font="MS Gothic"/>
            </w14:checkbox>
          </w:sdtPr>
          <w:sdtEndPr/>
          <w:sdtContent>
            <w:tc>
              <w:tcPr>
                <w:tcW w:w="843" w:type="dxa"/>
                <w:vAlign w:val="center"/>
              </w:tcPr>
              <w:p w14:paraId="44910B34" w14:textId="2E7ECBF0" w:rsidR="001E777B" w:rsidRDefault="007B75A6" w:rsidP="001E777B">
                <w:pPr>
                  <w:spacing w:after="80"/>
                  <w:jc w:val="center"/>
                </w:pPr>
                <w:r>
                  <w:rPr>
                    <w:rFonts w:ascii="MS Gothic" w:eastAsia="MS Gothic" w:hAnsi="MS Gothic" w:hint="eastAsia"/>
                  </w:rPr>
                  <w:t>☐</w:t>
                </w:r>
              </w:p>
            </w:tc>
          </w:sdtContent>
        </w:sdt>
        <w:sdt>
          <w:sdtPr>
            <w:id w:val="-67508545"/>
            <w14:checkbox>
              <w14:checked w14:val="0"/>
              <w14:checkedState w14:val="2612" w14:font="MS Gothic"/>
              <w14:uncheckedState w14:val="2610" w14:font="MS Gothic"/>
            </w14:checkbox>
          </w:sdtPr>
          <w:sdtEndPr/>
          <w:sdtContent>
            <w:tc>
              <w:tcPr>
                <w:tcW w:w="851" w:type="dxa"/>
                <w:vAlign w:val="center"/>
              </w:tcPr>
              <w:p w14:paraId="0B67AF6C" w14:textId="53F4B51D" w:rsidR="001E777B" w:rsidRDefault="007B75A6" w:rsidP="001E777B">
                <w:pPr>
                  <w:spacing w:after="80"/>
                  <w:jc w:val="center"/>
                </w:pPr>
                <w:r>
                  <w:rPr>
                    <w:rFonts w:ascii="MS Gothic" w:eastAsia="MS Gothic" w:hAnsi="MS Gothic" w:hint="eastAsia"/>
                  </w:rPr>
                  <w:t>☐</w:t>
                </w:r>
              </w:p>
            </w:tc>
          </w:sdtContent>
        </w:sdt>
        <w:sdt>
          <w:sdtPr>
            <w:id w:val="797803557"/>
            <w14:checkbox>
              <w14:checked w14:val="0"/>
              <w14:checkedState w14:val="2612" w14:font="MS Gothic"/>
              <w14:uncheckedState w14:val="2610" w14:font="MS Gothic"/>
            </w14:checkbox>
          </w:sdtPr>
          <w:sdtEndPr/>
          <w:sdtContent>
            <w:tc>
              <w:tcPr>
                <w:tcW w:w="850" w:type="dxa"/>
                <w:vAlign w:val="center"/>
              </w:tcPr>
              <w:p w14:paraId="23C17A6F" w14:textId="7335D94F" w:rsidR="001E777B" w:rsidRDefault="007B75A6" w:rsidP="001E777B">
                <w:pPr>
                  <w:spacing w:after="80"/>
                  <w:jc w:val="center"/>
                </w:pPr>
                <w:r>
                  <w:rPr>
                    <w:rFonts w:ascii="MS Gothic" w:eastAsia="MS Gothic" w:hAnsi="MS Gothic" w:hint="eastAsia"/>
                  </w:rPr>
                  <w:t>☐</w:t>
                </w:r>
              </w:p>
            </w:tc>
          </w:sdtContent>
        </w:sdt>
        <w:tc>
          <w:tcPr>
            <w:tcW w:w="5973" w:type="dxa"/>
          </w:tcPr>
          <w:sdt>
            <w:sdtPr>
              <w:alias w:val="Information cell"/>
              <w:tag w:val="INFO_CELL_0126"/>
              <w:id w:val="239296404"/>
              <w:lock w:val="sdtLocked"/>
            </w:sdtPr>
            <w:sdtEndPr/>
            <w:sdtContent>
              <w:p w14:paraId="5082B0A4" w14:textId="77777777" w:rsidR="001E777B" w:rsidRDefault="006E6BC2" w:rsidP="001E777B">
                <w:pPr>
                  <w:spacing w:after="80"/>
                </w:pPr>
              </w:p>
            </w:sdtContent>
          </w:sdt>
        </w:tc>
      </w:tr>
      <w:tr w:rsidR="001E777B" w14:paraId="0970530B" w14:textId="77777777" w:rsidTr="001E777B">
        <w:tc>
          <w:tcPr>
            <w:tcW w:w="2129" w:type="dxa"/>
            <w:vAlign w:val="center"/>
          </w:tcPr>
          <w:p w14:paraId="09B474EF" w14:textId="6E9EDDCA" w:rsidR="001E777B" w:rsidRDefault="001E777B" w:rsidP="001E777B">
            <w:pPr>
              <w:spacing w:after="80"/>
            </w:pPr>
            <w:r>
              <w:rPr>
                <w:sz w:val="16"/>
              </w:rPr>
              <w:t>Substance or alcohol misuse</w:t>
            </w:r>
          </w:p>
        </w:tc>
        <w:sdt>
          <w:sdtPr>
            <w:id w:val="504484335"/>
            <w14:checkbox>
              <w14:checked w14:val="0"/>
              <w14:checkedState w14:val="2612" w14:font="MS Gothic"/>
              <w14:uncheckedState w14:val="2610" w14:font="MS Gothic"/>
            </w14:checkbox>
          </w:sdtPr>
          <w:sdtEndPr/>
          <w:sdtContent>
            <w:tc>
              <w:tcPr>
                <w:tcW w:w="843" w:type="dxa"/>
                <w:vAlign w:val="center"/>
              </w:tcPr>
              <w:p w14:paraId="6AF6A287" w14:textId="1749895D" w:rsidR="001E777B" w:rsidRDefault="007B75A6" w:rsidP="001E777B">
                <w:pPr>
                  <w:spacing w:after="80"/>
                  <w:jc w:val="center"/>
                </w:pPr>
                <w:r>
                  <w:rPr>
                    <w:rFonts w:ascii="MS Gothic" w:eastAsia="MS Gothic" w:hAnsi="MS Gothic" w:hint="eastAsia"/>
                  </w:rPr>
                  <w:t>☐</w:t>
                </w:r>
              </w:p>
            </w:tc>
          </w:sdtContent>
        </w:sdt>
        <w:sdt>
          <w:sdtPr>
            <w:id w:val="-1582597097"/>
            <w14:checkbox>
              <w14:checked w14:val="0"/>
              <w14:checkedState w14:val="2612" w14:font="MS Gothic"/>
              <w14:uncheckedState w14:val="2610" w14:font="MS Gothic"/>
            </w14:checkbox>
          </w:sdtPr>
          <w:sdtEndPr/>
          <w:sdtContent>
            <w:tc>
              <w:tcPr>
                <w:tcW w:w="851" w:type="dxa"/>
                <w:vAlign w:val="center"/>
              </w:tcPr>
              <w:p w14:paraId="12C60D9B" w14:textId="70992CCA" w:rsidR="001E777B" w:rsidRDefault="007B75A6" w:rsidP="001E777B">
                <w:pPr>
                  <w:spacing w:after="80"/>
                  <w:jc w:val="center"/>
                </w:pPr>
                <w:r>
                  <w:rPr>
                    <w:rFonts w:ascii="MS Gothic" w:eastAsia="MS Gothic" w:hAnsi="MS Gothic" w:hint="eastAsia"/>
                  </w:rPr>
                  <w:t>☐</w:t>
                </w:r>
              </w:p>
            </w:tc>
          </w:sdtContent>
        </w:sdt>
        <w:sdt>
          <w:sdtPr>
            <w:id w:val="-1579290361"/>
            <w14:checkbox>
              <w14:checked w14:val="0"/>
              <w14:checkedState w14:val="2612" w14:font="MS Gothic"/>
              <w14:uncheckedState w14:val="2610" w14:font="MS Gothic"/>
            </w14:checkbox>
          </w:sdtPr>
          <w:sdtEndPr/>
          <w:sdtContent>
            <w:tc>
              <w:tcPr>
                <w:tcW w:w="850" w:type="dxa"/>
                <w:vAlign w:val="center"/>
              </w:tcPr>
              <w:p w14:paraId="5304B0D3" w14:textId="7ACA3A7F" w:rsidR="001E777B" w:rsidRDefault="007B75A6" w:rsidP="001E777B">
                <w:pPr>
                  <w:spacing w:after="80"/>
                  <w:jc w:val="center"/>
                </w:pPr>
                <w:r>
                  <w:rPr>
                    <w:rFonts w:ascii="MS Gothic" w:eastAsia="MS Gothic" w:hAnsi="MS Gothic" w:hint="eastAsia"/>
                  </w:rPr>
                  <w:t>☐</w:t>
                </w:r>
              </w:p>
            </w:tc>
          </w:sdtContent>
        </w:sdt>
        <w:tc>
          <w:tcPr>
            <w:tcW w:w="5973" w:type="dxa"/>
          </w:tcPr>
          <w:sdt>
            <w:sdtPr>
              <w:alias w:val="Information cell"/>
              <w:tag w:val="INFO_CELL_0127"/>
              <w:id w:val="84510545"/>
              <w:lock w:val="sdtLocked"/>
            </w:sdtPr>
            <w:sdtEndPr/>
            <w:sdtContent>
              <w:p w14:paraId="76006D5C" w14:textId="77777777" w:rsidR="001E777B" w:rsidRDefault="006E6BC2" w:rsidP="001E777B">
                <w:pPr>
                  <w:spacing w:after="80"/>
                </w:pPr>
              </w:p>
            </w:sdtContent>
          </w:sdt>
        </w:tc>
      </w:tr>
      <w:tr w:rsidR="001E777B" w14:paraId="6C98CCA6" w14:textId="77777777" w:rsidTr="001E777B">
        <w:tc>
          <w:tcPr>
            <w:tcW w:w="2129" w:type="dxa"/>
            <w:vAlign w:val="center"/>
          </w:tcPr>
          <w:p w14:paraId="352E80C6" w14:textId="5FAF709D" w:rsidR="001E777B" w:rsidRDefault="001E777B" w:rsidP="001E777B">
            <w:pPr>
              <w:spacing w:after="80"/>
            </w:pPr>
            <w:r>
              <w:rPr>
                <w:sz w:val="16"/>
              </w:rPr>
              <w:t>Possession of a weapon</w:t>
            </w:r>
          </w:p>
        </w:tc>
        <w:sdt>
          <w:sdtPr>
            <w:id w:val="1129133786"/>
            <w14:checkbox>
              <w14:checked w14:val="0"/>
              <w14:checkedState w14:val="2612" w14:font="MS Gothic"/>
              <w14:uncheckedState w14:val="2610" w14:font="MS Gothic"/>
            </w14:checkbox>
          </w:sdtPr>
          <w:sdtEndPr/>
          <w:sdtContent>
            <w:tc>
              <w:tcPr>
                <w:tcW w:w="843" w:type="dxa"/>
                <w:vAlign w:val="center"/>
              </w:tcPr>
              <w:p w14:paraId="540EF31C" w14:textId="4B1EFC5D" w:rsidR="001E777B" w:rsidRDefault="007B75A6" w:rsidP="001E777B">
                <w:pPr>
                  <w:spacing w:after="80"/>
                  <w:jc w:val="center"/>
                </w:pPr>
                <w:r>
                  <w:rPr>
                    <w:rFonts w:ascii="MS Gothic" w:eastAsia="MS Gothic" w:hAnsi="MS Gothic" w:hint="eastAsia"/>
                  </w:rPr>
                  <w:t>☐</w:t>
                </w:r>
              </w:p>
            </w:tc>
          </w:sdtContent>
        </w:sdt>
        <w:sdt>
          <w:sdtPr>
            <w:id w:val="1561513385"/>
            <w14:checkbox>
              <w14:checked w14:val="0"/>
              <w14:checkedState w14:val="2612" w14:font="MS Gothic"/>
              <w14:uncheckedState w14:val="2610" w14:font="MS Gothic"/>
            </w14:checkbox>
          </w:sdtPr>
          <w:sdtEndPr/>
          <w:sdtContent>
            <w:tc>
              <w:tcPr>
                <w:tcW w:w="851" w:type="dxa"/>
                <w:vAlign w:val="center"/>
              </w:tcPr>
              <w:p w14:paraId="5C916870" w14:textId="20BFE9D7" w:rsidR="001E777B" w:rsidRDefault="007B75A6" w:rsidP="001E777B">
                <w:pPr>
                  <w:spacing w:after="80"/>
                  <w:jc w:val="center"/>
                </w:pPr>
                <w:r>
                  <w:rPr>
                    <w:rFonts w:ascii="MS Gothic" w:eastAsia="MS Gothic" w:hAnsi="MS Gothic" w:hint="eastAsia"/>
                  </w:rPr>
                  <w:t>☐</w:t>
                </w:r>
              </w:p>
            </w:tc>
          </w:sdtContent>
        </w:sdt>
        <w:sdt>
          <w:sdtPr>
            <w:id w:val="1386370208"/>
            <w14:checkbox>
              <w14:checked w14:val="0"/>
              <w14:checkedState w14:val="2612" w14:font="MS Gothic"/>
              <w14:uncheckedState w14:val="2610" w14:font="MS Gothic"/>
            </w14:checkbox>
          </w:sdtPr>
          <w:sdtEndPr/>
          <w:sdtContent>
            <w:tc>
              <w:tcPr>
                <w:tcW w:w="850" w:type="dxa"/>
                <w:vAlign w:val="center"/>
              </w:tcPr>
              <w:p w14:paraId="516086C6" w14:textId="61D10647" w:rsidR="001E777B" w:rsidRDefault="007B75A6" w:rsidP="001E777B">
                <w:pPr>
                  <w:spacing w:after="80"/>
                  <w:jc w:val="center"/>
                </w:pPr>
                <w:r>
                  <w:rPr>
                    <w:rFonts w:ascii="MS Gothic" w:eastAsia="MS Gothic" w:hAnsi="MS Gothic" w:hint="eastAsia"/>
                  </w:rPr>
                  <w:t>☐</w:t>
                </w:r>
              </w:p>
            </w:tc>
          </w:sdtContent>
        </w:sdt>
        <w:tc>
          <w:tcPr>
            <w:tcW w:w="5973" w:type="dxa"/>
          </w:tcPr>
          <w:sdt>
            <w:sdtPr>
              <w:alias w:val="Information cell"/>
              <w:tag w:val="INFO_CELL_0128"/>
              <w:id w:val="-1892959071"/>
              <w:lock w:val="sdtLocked"/>
            </w:sdtPr>
            <w:sdtEndPr/>
            <w:sdtContent>
              <w:p w14:paraId="7F1F3DF5" w14:textId="77777777" w:rsidR="001E777B" w:rsidRDefault="006E6BC2" w:rsidP="001E777B">
                <w:pPr>
                  <w:spacing w:after="80"/>
                </w:pPr>
              </w:p>
            </w:sdtContent>
          </w:sdt>
        </w:tc>
      </w:tr>
      <w:tr w:rsidR="001E777B" w14:paraId="4FBA724A" w14:textId="77777777" w:rsidTr="001E777B">
        <w:tc>
          <w:tcPr>
            <w:tcW w:w="2129" w:type="dxa"/>
            <w:vAlign w:val="center"/>
          </w:tcPr>
          <w:p w14:paraId="3CEFE4D5" w14:textId="688015F8" w:rsidR="001E777B" w:rsidRDefault="001E777B" w:rsidP="001E777B">
            <w:pPr>
              <w:spacing w:after="80"/>
            </w:pPr>
            <w:r>
              <w:rPr>
                <w:sz w:val="16"/>
              </w:rPr>
              <w:t>Damage to property</w:t>
            </w:r>
          </w:p>
        </w:tc>
        <w:sdt>
          <w:sdtPr>
            <w:id w:val="128906998"/>
            <w14:checkbox>
              <w14:checked w14:val="0"/>
              <w14:checkedState w14:val="2612" w14:font="MS Gothic"/>
              <w14:uncheckedState w14:val="2610" w14:font="MS Gothic"/>
            </w14:checkbox>
          </w:sdtPr>
          <w:sdtEndPr/>
          <w:sdtContent>
            <w:tc>
              <w:tcPr>
                <w:tcW w:w="843" w:type="dxa"/>
                <w:vAlign w:val="center"/>
              </w:tcPr>
              <w:p w14:paraId="5A2A81D7" w14:textId="52282E0E" w:rsidR="001E777B" w:rsidRDefault="007B75A6" w:rsidP="001E777B">
                <w:pPr>
                  <w:spacing w:after="80"/>
                  <w:jc w:val="center"/>
                </w:pPr>
                <w:r>
                  <w:rPr>
                    <w:rFonts w:ascii="MS Gothic" w:eastAsia="MS Gothic" w:hAnsi="MS Gothic" w:hint="eastAsia"/>
                  </w:rPr>
                  <w:t>☐</w:t>
                </w:r>
              </w:p>
            </w:tc>
          </w:sdtContent>
        </w:sdt>
        <w:sdt>
          <w:sdtPr>
            <w:id w:val="-390426486"/>
            <w14:checkbox>
              <w14:checked w14:val="0"/>
              <w14:checkedState w14:val="2612" w14:font="MS Gothic"/>
              <w14:uncheckedState w14:val="2610" w14:font="MS Gothic"/>
            </w14:checkbox>
          </w:sdtPr>
          <w:sdtEndPr/>
          <w:sdtContent>
            <w:tc>
              <w:tcPr>
                <w:tcW w:w="851" w:type="dxa"/>
                <w:vAlign w:val="center"/>
              </w:tcPr>
              <w:p w14:paraId="2BC3F35E" w14:textId="3333077C" w:rsidR="001E777B" w:rsidRDefault="007B75A6" w:rsidP="001E777B">
                <w:pPr>
                  <w:spacing w:after="80"/>
                  <w:jc w:val="center"/>
                </w:pPr>
                <w:r>
                  <w:rPr>
                    <w:rFonts w:ascii="MS Gothic" w:eastAsia="MS Gothic" w:hAnsi="MS Gothic" w:hint="eastAsia"/>
                  </w:rPr>
                  <w:t>☐</w:t>
                </w:r>
              </w:p>
            </w:tc>
          </w:sdtContent>
        </w:sdt>
        <w:sdt>
          <w:sdtPr>
            <w:id w:val="-1178335025"/>
            <w14:checkbox>
              <w14:checked w14:val="0"/>
              <w14:checkedState w14:val="2612" w14:font="MS Gothic"/>
              <w14:uncheckedState w14:val="2610" w14:font="MS Gothic"/>
            </w14:checkbox>
          </w:sdtPr>
          <w:sdtEndPr/>
          <w:sdtContent>
            <w:tc>
              <w:tcPr>
                <w:tcW w:w="850" w:type="dxa"/>
                <w:vAlign w:val="center"/>
              </w:tcPr>
              <w:p w14:paraId="175C23F5" w14:textId="18819A9C" w:rsidR="001E777B" w:rsidRDefault="007B75A6" w:rsidP="001E777B">
                <w:pPr>
                  <w:spacing w:after="80"/>
                  <w:jc w:val="center"/>
                </w:pPr>
                <w:r>
                  <w:rPr>
                    <w:rFonts w:ascii="MS Gothic" w:eastAsia="MS Gothic" w:hAnsi="MS Gothic" w:hint="eastAsia"/>
                  </w:rPr>
                  <w:t>☐</w:t>
                </w:r>
              </w:p>
            </w:tc>
          </w:sdtContent>
        </w:sdt>
        <w:tc>
          <w:tcPr>
            <w:tcW w:w="5973" w:type="dxa"/>
          </w:tcPr>
          <w:sdt>
            <w:sdtPr>
              <w:alias w:val="Information cell"/>
              <w:tag w:val="INFO_CELL_0129"/>
              <w:id w:val="-978296614"/>
              <w:lock w:val="sdtLocked"/>
            </w:sdtPr>
            <w:sdtEndPr/>
            <w:sdtContent>
              <w:p w14:paraId="44DC3A6E" w14:textId="77777777" w:rsidR="001E777B" w:rsidRDefault="006E6BC2" w:rsidP="001E777B">
                <w:pPr>
                  <w:spacing w:after="80"/>
                </w:pPr>
              </w:p>
            </w:sdtContent>
          </w:sdt>
        </w:tc>
      </w:tr>
      <w:tr w:rsidR="001E777B" w14:paraId="023AB0D7" w14:textId="77777777" w:rsidTr="001E777B">
        <w:tc>
          <w:tcPr>
            <w:tcW w:w="2129" w:type="dxa"/>
            <w:vAlign w:val="center"/>
          </w:tcPr>
          <w:p w14:paraId="3EBF630A" w14:textId="14D7AA41" w:rsidR="001E777B" w:rsidRDefault="001E777B" w:rsidP="001E777B">
            <w:pPr>
              <w:spacing w:after="80"/>
            </w:pPr>
            <w:r>
              <w:rPr>
                <w:sz w:val="16"/>
              </w:rPr>
              <w:t>Arson</w:t>
            </w:r>
          </w:p>
        </w:tc>
        <w:sdt>
          <w:sdtPr>
            <w:id w:val="39102855"/>
            <w14:checkbox>
              <w14:checked w14:val="0"/>
              <w14:checkedState w14:val="2612" w14:font="MS Gothic"/>
              <w14:uncheckedState w14:val="2610" w14:font="MS Gothic"/>
            </w14:checkbox>
          </w:sdtPr>
          <w:sdtEndPr/>
          <w:sdtContent>
            <w:tc>
              <w:tcPr>
                <w:tcW w:w="843" w:type="dxa"/>
                <w:vAlign w:val="center"/>
              </w:tcPr>
              <w:p w14:paraId="4F474E86" w14:textId="03B2451F" w:rsidR="001E777B" w:rsidRDefault="007B75A6" w:rsidP="001E777B">
                <w:pPr>
                  <w:spacing w:after="80"/>
                  <w:jc w:val="center"/>
                </w:pPr>
                <w:r>
                  <w:rPr>
                    <w:rFonts w:ascii="MS Gothic" w:eastAsia="MS Gothic" w:hAnsi="MS Gothic" w:hint="eastAsia"/>
                  </w:rPr>
                  <w:t>☐</w:t>
                </w:r>
              </w:p>
            </w:tc>
          </w:sdtContent>
        </w:sdt>
        <w:sdt>
          <w:sdtPr>
            <w:id w:val="-1357811374"/>
            <w14:checkbox>
              <w14:checked w14:val="0"/>
              <w14:checkedState w14:val="2612" w14:font="MS Gothic"/>
              <w14:uncheckedState w14:val="2610" w14:font="MS Gothic"/>
            </w14:checkbox>
          </w:sdtPr>
          <w:sdtEndPr/>
          <w:sdtContent>
            <w:tc>
              <w:tcPr>
                <w:tcW w:w="851" w:type="dxa"/>
                <w:vAlign w:val="center"/>
              </w:tcPr>
              <w:p w14:paraId="7D9C46FD" w14:textId="597F2BAB" w:rsidR="001E777B" w:rsidRDefault="007B75A6" w:rsidP="001E777B">
                <w:pPr>
                  <w:spacing w:after="80"/>
                  <w:jc w:val="center"/>
                </w:pPr>
                <w:r>
                  <w:rPr>
                    <w:rFonts w:ascii="MS Gothic" w:eastAsia="MS Gothic" w:hAnsi="MS Gothic" w:hint="eastAsia"/>
                  </w:rPr>
                  <w:t>☐</w:t>
                </w:r>
              </w:p>
            </w:tc>
          </w:sdtContent>
        </w:sdt>
        <w:sdt>
          <w:sdtPr>
            <w:id w:val="-613133312"/>
            <w14:checkbox>
              <w14:checked w14:val="0"/>
              <w14:checkedState w14:val="2612" w14:font="MS Gothic"/>
              <w14:uncheckedState w14:val="2610" w14:font="MS Gothic"/>
            </w14:checkbox>
          </w:sdtPr>
          <w:sdtEndPr/>
          <w:sdtContent>
            <w:tc>
              <w:tcPr>
                <w:tcW w:w="850" w:type="dxa"/>
                <w:vAlign w:val="center"/>
              </w:tcPr>
              <w:p w14:paraId="6F5C4FB8" w14:textId="66CFB268" w:rsidR="001E777B" w:rsidRDefault="007B75A6" w:rsidP="001E777B">
                <w:pPr>
                  <w:spacing w:after="80"/>
                  <w:jc w:val="center"/>
                </w:pPr>
                <w:r>
                  <w:rPr>
                    <w:rFonts w:ascii="MS Gothic" w:eastAsia="MS Gothic" w:hAnsi="MS Gothic" w:hint="eastAsia"/>
                  </w:rPr>
                  <w:t>☐</w:t>
                </w:r>
              </w:p>
            </w:tc>
          </w:sdtContent>
        </w:sdt>
        <w:tc>
          <w:tcPr>
            <w:tcW w:w="5973" w:type="dxa"/>
          </w:tcPr>
          <w:sdt>
            <w:sdtPr>
              <w:alias w:val="Information cell"/>
              <w:tag w:val="INFO_CELL_0130"/>
              <w:id w:val="-211044983"/>
              <w:lock w:val="sdtLocked"/>
            </w:sdtPr>
            <w:sdtEndPr/>
            <w:sdtContent>
              <w:p w14:paraId="436B30C4" w14:textId="77777777" w:rsidR="001E777B" w:rsidRDefault="006E6BC2" w:rsidP="001E777B">
                <w:pPr>
                  <w:spacing w:after="80"/>
                </w:pPr>
              </w:p>
            </w:sdtContent>
          </w:sdt>
        </w:tc>
      </w:tr>
      <w:tr w:rsidR="001E777B" w14:paraId="188FB8B6" w14:textId="77777777" w:rsidTr="001E777B">
        <w:tc>
          <w:tcPr>
            <w:tcW w:w="2129" w:type="dxa"/>
            <w:vAlign w:val="center"/>
          </w:tcPr>
          <w:p w14:paraId="209ECF38" w14:textId="30AB4D51" w:rsidR="001E777B" w:rsidRDefault="001E777B" w:rsidP="001E777B">
            <w:pPr>
              <w:spacing w:after="80"/>
            </w:pPr>
            <w:r>
              <w:rPr>
                <w:sz w:val="16"/>
              </w:rPr>
              <w:t>Physical or verbal aggression towards peers</w:t>
            </w:r>
          </w:p>
        </w:tc>
        <w:sdt>
          <w:sdtPr>
            <w:id w:val="-1465953936"/>
            <w14:checkbox>
              <w14:checked w14:val="0"/>
              <w14:checkedState w14:val="2612" w14:font="MS Gothic"/>
              <w14:uncheckedState w14:val="2610" w14:font="MS Gothic"/>
            </w14:checkbox>
          </w:sdtPr>
          <w:sdtEndPr/>
          <w:sdtContent>
            <w:tc>
              <w:tcPr>
                <w:tcW w:w="843" w:type="dxa"/>
                <w:vAlign w:val="center"/>
              </w:tcPr>
              <w:p w14:paraId="07806A25" w14:textId="3B0FFC74" w:rsidR="001E777B" w:rsidRDefault="00FB7253" w:rsidP="001E777B">
                <w:pPr>
                  <w:spacing w:after="80"/>
                  <w:jc w:val="center"/>
                </w:pPr>
                <w:r>
                  <w:rPr>
                    <w:rFonts w:ascii="MS Gothic" w:eastAsia="MS Gothic" w:hAnsi="MS Gothic" w:hint="eastAsia"/>
                  </w:rPr>
                  <w:t>☐</w:t>
                </w:r>
              </w:p>
            </w:tc>
          </w:sdtContent>
        </w:sdt>
        <w:sdt>
          <w:sdtPr>
            <w:id w:val="572243461"/>
            <w14:checkbox>
              <w14:checked w14:val="0"/>
              <w14:checkedState w14:val="2612" w14:font="MS Gothic"/>
              <w14:uncheckedState w14:val="2610" w14:font="MS Gothic"/>
            </w14:checkbox>
          </w:sdtPr>
          <w:sdtEndPr/>
          <w:sdtContent>
            <w:tc>
              <w:tcPr>
                <w:tcW w:w="851" w:type="dxa"/>
                <w:vAlign w:val="center"/>
              </w:tcPr>
              <w:p w14:paraId="6474CCE7" w14:textId="0CE05F09" w:rsidR="001E777B" w:rsidRDefault="007B75A6" w:rsidP="001E777B">
                <w:pPr>
                  <w:spacing w:after="80"/>
                  <w:jc w:val="center"/>
                </w:pPr>
                <w:r>
                  <w:rPr>
                    <w:rFonts w:ascii="MS Gothic" w:eastAsia="MS Gothic" w:hAnsi="MS Gothic" w:hint="eastAsia"/>
                  </w:rPr>
                  <w:t>☐</w:t>
                </w:r>
              </w:p>
            </w:tc>
          </w:sdtContent>
        </w:sdt>
        <w:sdt>
          <w:sdtPr>
            <w:id w:val="1338031269"/>
            <w14:checkbox>
              <w14:checked w14:val="0"/>
              <w14:checkedState w14:val="2612" w14:font="MS Gothic"/>
              <w14:uncheckedState w14:val="2610" w14:font="MS Gothic"/>
            </w14:checkbox>
          </w:sdtPr>
          <w:sdtEndPr/>
          <w:sdtContent>
            <w:tc>
              <w:tcPr>
                <w:tcW w:w="850" w:type="dxa"/>
                <w:vAlign w:val="center"/>
              </w:tcPr>
              <w:p w14:paraId="6FE5B459" w14:textId="2E276473" w:rsidR="001E777B" w:rsidRDefault="007B75A6" w:rsidP="001E777B">
                <w:pPr>
                  <w:spacing w:after="80"/>
                  <w:jc w:val="center"/>
                </w:pPr>
                <w:r>
                  <w:rPr>
                    <w:rFonts w:ascii="MS Gothic" w:eastAsia="MS Gothic" w:hAnsi="MS Gothic" w:hint="eastAsia"/>
                  </w:rPr>
                  <w:t>☐</w:t>
                </w:r>
              </w:p>
            </w:tc>
          </w:sdtContent>
        </w:sdt>
        <w:tc>
          <w:tcPr>
            <w:tcW w:w="5973" w:type="dxa"/>
          </w:tcPr>
          <w:sdt>
            <w:sdtPr>
              <w:alias w:val="Information cell"/>
              <w:tag w:val="INFO_CELL_0131"/>
              <w:id w:val="-1465035224"/>
              <w:lock w:val="sdtLocked"/>
            </w:sdtPr>
            <w:sdtEndPr/>
            <w:sdtContent>
              <w:p w14:paraId="5A44B2E4" w14:textId="77777777" w:rsidR="001E777B" w:rsidRDefault="006E6BC2" w:rsidP="001E777B">
                <w:pPr>
                  <w:spacing w:after="80"/>
                </w:pPr>
              </w:p>
            </w:sdtContent>
          </w:sdt>
        </w:tc>
      </w:tr>
      <w:tr w:rsidR="001E777B" w14:paraId="3F799BA4" w14:textId="77777777" w:rsidTr="001E777B">
        <w:tc>
          <w:tcPr>
            <w:tcW w:w="2129" w:type="dxa"/>
            <w:vAlign w:val="center"/>
          </w:tcPr>
          <w:p w14:paraId="5CADD676" w14:textId="36C1DDC4" w:rsidR="001E777B" w:rsidRDefault="001E777B" w:rsidP="001E777B">
            <w:pPr>
              <w:spacing w:after="80"/>
            </w:pPr>
            <w:r>
              <w:rPr>
                <w:sz w:val="16"/>
              </w:rPr>
              <w:t>Physical or verbal aggression towards adults</w:t>
            </w:r>
          </w:p>
        </w:tc>
        <w:sdt>
          <w:sdtPr>
            <w:id w:val="2077558592"/>
            <w14:checkbox>
              <w14:checked w14:val="0"/>
              <w14:checkedState w14:val="2612" w14:font="MS Gothic"/>
              <w14:uncheckedState w14:val="2610" w14:font="MS Gothic"/>
            </w14:checkbox>
          </w:sdtPr>
          <w:sdtEndPr/>
          <w:sdtContent>
            <w:tc>
              <w:tcPr>
                <w:tcW w:w="843" w:type="dxa"/>
                <w:vAlign w:val="center"/>
              </w:tcPr>
              <w:p w14:paraId="14095D7D" w14:textId="2EC1E817" w:rsidR="001E777B" w:rsidRDefault="007B75A6" w:rsidP="001E777B">
                <w:pPr>
                  <w:spacing w:after="80"/>
                  <w:jc w:val="center"/>
                </w:pPr>
                <w:r>
                  <w:rPr>
                    <w:rFonts w:ascii="MS Gothic" w:eastAsia="MS Gothic" w:hAnsi="MS Gothic" w:hint="eastAsia"/>
                  </w:rPr>
                  <w:t>☐</w:t>
                </w:r>
              </w:p>
            </w:tc>
          </w:sdtContent>
        </w:sdt>
        <w:sdt>
          <w:sdtPr>
            <w:id w:val="1512953843"/>
            <w14:checkbox>
              <w14:checked w14:val="0"/>
              <w14:checkedState w14:val="2612" w14:font="MS Gothic"/>
              <w14:uncheckedState w14:val="2610" w14:font="MS Gothic"/>
            </w14:checkbox>
          </w:sdtPr>
          <w:sdtEndPr/>
          <w:sdtContent>
            <w:tc>
              <w:tcPr>
                <w:tcW w:w="851" w:type="dxa"/>
                <w:vAlign w:val="center"/>
              </w:tcPr>
              <w:p w14:paraId="4654381C" w14:textId="60F3ECB0" w:rsidR="001E777B" w:rsidRDefault="00FB7253" w:rsidP="001E777B">
                <w:pPr>
                  <w:spacing w:after="80"/>
                  <w:jc w:val="center"/>
                </w:pPr>
                <w:r>
                  <w:rPr>
                    <w:rFonts w:ascii="MS Gothic" w:eastAsia="MS Gothic" w:hAnsi="MS Gothic" w:hint="eastAsia"/>
                  </w:rPr>
                  <w:t>☐</w:t>
                </w:r>
              </w:p>
            </w:tc>
          </w:sdtContent>
        </w:sdt>
        <w:sdt>
          <w:sdtPr>
            <w:id w:val="578879720"/>
            <w14:checkbox>
              <w14:checked w14:val="0"/>
              <w14:checkedState w14:val="2612" w14:font="MS Gothic"/>
              <w14:uncheckedState w14:val="2610" w14:font="MS Gothic"/>
            </w14:checkbox>
          </w:sdtPr>
          <w:sdtEndPr/>
          <w:sdtContent>
            <w:tc>
              <w:tcPr>
                <w:tcW w:w="850" w:type="dxa"/>
                <w:vAlign w:val="center"/>
              </w:tcPr>
              <w:p w14:paraId="27F970C0" w14:textId="0E4F320E" w:rsidR="001E777B" w:rsidRDefault="007B75A6" w:rsidP="001E777B">
                <w:pPr>
                  <w:spacing w:after="80"/>
                  <w:jc w:val="center"/>
                </w:pPr>
                <w:r>
                  <w:rPr>
                    <w:rFonts w:ascii="MS Gothic" w:eastAsia="MS Gothic" w:hAnsi="MS Gothic" w:hint="eastAsia"/>
                  </w:rPr>
                  <w:t>☐</w:t>
                </w:r>
              </w:p>
            </w:tc>
          </w:sdtContent>
        </w:sdt>
        <w:tc>
          <w:tcPr>
            <w:tcW w:w="5973" w:type="dxa"/>
          </w:tcPr>
          <w:sdt>
            <w:sdtPr>
              <w:alias w:val="Information cell"/>
              <w:tag w:val="INFO_CELL_0132"/>
              <w:id w:val="-1612431620"/>
              <w:lock w:val="sdtLocked"/>
            </w:sdtPr>
            <w:sdtEndPr/>
            <w:sdtContent>
              <w:p w14:paraId="276742C7" w14:textId="77777777" w:rsidR="001E777B" w:rsidRDefault="006E6BC2" w:rsidP="001E777B">
                <w:pPr>
                  <w:spacing w:after="80"/>
                </w:pPr>
              </w:p>
            </w:sdtContent>
          </w:sdt>
        </w:tc>
      </w:tr>
      <w:tr w:rsidR="001E777B" w14:paraId="4E00CBF1" w14:textId="77777777" w:rsidTr="001E777B">
        <w:tc>
          <w:tcPr>
            <w:tcW w:w="2129" w:type="dxa"/>
            <w:vAlign w:val="center"/>
          </w:tcPr>
          <w:p w14:paraId="3754CA21" w14:textId="46656AAA" w:rsidR="001E777B" w:rsidRDefault="001E777B" w:rsidP="001E777B">
            <w:pPr>
              <w:spacing w:after="80"/>
            </w:pPr>
            <w:r>
              <w:rPr>
                <w:sz w:val="16"/>
              </w:rPr>
              <w:t>Racist abuse or racist incident</w:t>
            </w:r>
          </w:p>
        </w:tc>
        <w:sdt>
          <w:sdtPr>
            <w:id w:val="2041933769"/>
            <w14:checkbox>
              <w14:checked w14:val="0"/>
              <w14:checkedState w14:val="2612" w14:font="MS Gothic"/>
              <w14:uncheckedState w14:val="2610" w14:font="MS Gothic"/>
            </w14:checkbox>
          </w:sdtPr>
          <w:sdtEndPr/>
          <w:sdtContent>
            <w:tc>
              <w:tcPr>
                <w:tcW w:w="843" w:type="dxa"/>
                <w:vAlign w:val="center"/>
              </w:tcPr>
              <w:p w14:paraId="4ADB2EE0" w14:textId="6D28E423" w:rsidR="001E777B" w:rsidRDefault="007B75A6" w:rsidP="001E777B">
                <w:pPr>
                  <w:spacing w:after="80"/>
                  <w:jc w:val="center"/>
                </w:pPr>
                <w:r>
                  <w:rPr>
                    <w:rFonts w:ascii="MS Gothic" w:eastAsia="MS Gothic" w:hAnsi="MS Gothic" w:hint="eastAsia"/>
                  </w:rPr>
                  <w:t>☐</w:t>
                </w:r>
              </w:p>
            </w:tc>
          </w:sdtContent>
        </w:sdt>
        <w:sdt>
          <w:sdtPr>
            <w:id w:val="1113095888"/>
            <w14:checkbox>
              <w14:checked w14:val="0"/>
              <w14:checkedState w14:val="2612" w14:font="MS Gothic"/>
              <w14:uncheckedState w14:val="2610" w14:font="MS Gothic"/>
            </w14:checkbox>
          </w:sdtPr>
          <w:sdtEndPr/>
          <w:sdtContent>
            <w:tc>
              <w:tcPr>
                <w:tcW w:w="851" w:type="dxa"/>
                <w:vAlign w:val="center"/>
              </w:tcPr>
              <w:p w14:paraId="55A22DE0" w14:textId="24B90FB9" w:rsidR="001E777B" w:rsidRDefault="007B75A6" w:rsidP="001E777B">
                <w:pPr>
                  <w:spacing w:after="80"/>
                  <w:jc w:val="center"/>
                </w:pPr>
                <w:r>
                  <w:rPr>
                    <w:rFonts w:ascii="MS Gothic" w:eastAsia="MS Gothic" w:hAnsi="MS Gothic" w:hint="eastAsia"/>
                  </w:rPr>
                  <w:t>☐</w:t>
                </w:r>
              </w:p>
            </w:tc>
          </w:sdtContent>
        </w:sdt>
        <w:sdt>
          <w:sdtPr>
            <w:id w:val="-514155195"/>
            <w14:checkbox>
              <w14:checked w14:val="0"/>
              <w14:checkedState w14:val="2612" w14:font="MS Gothic"/>
              <w14:uncheckedState w14:val="2610" w14:font="MS Gothic"/>
            </w14:checkbox>
          </w:sdtPr>
          <w:sdtEndPr/>
          <w:sdtContent>
            <w:tc>
              <w:tcPr>
                <w:tcW w:w="850" w:type="dxa"/>
                <w:vAlign w:val="center"/>
              </w:tcPr>
              <w:p w14:paraId="49C6D6CC" w14:textId="0EC22437" w:rsidR="001E777B" w:rsidRDefault="00FB7253" w:rsidP="001E777B">
                <w:pPr>
                  <w:spacing w:after="80"/>
                  <w:jc w:val="center"/>
                </w:pPr>
                <w:r>
                  <w:rPr>
                    <w:rFonts w:ascii="MS Gothic" w:eastAsia="MS Gothic" w:hAnsi="MS Gothic" w:hint="eastAsia"/>
                  </w:rPr>
                  <w:t>☐</w:t>
                </w:r>
              </w:p>
            </w:tc>
          </w:sdtContent>
        </w:sdt>
        <w:tc>
          <w:tcPr>
            <w:tcW w:w="5973" w:type="dxa"/>
          </w:tcPr>
          <w:sdt>
            <w:sdtPr>
              <w:alias w:val="Information cell"/>
              <w:tag w:val="INFO_CELL_0133"/>
              <w:id w:val="-1750033108"/>
              <w:lock w:val="sdtLocked"/>
            </w:sdtPr>
            <w:sdtEndPr/>
            <w:sdtContent>
              <w:p w14:paraId="6C2B2394" w14:textId="77777777" w:rsidR="001E777B" w:rsidRDefault="006E6BC2" w:rsidP="001E777B">
                <w:pPr>
                  <w:spacing w:after="80"/>
                </w:pPr>
              </w:p>
            </w:sdtContent>
          </w:sdt>
        </w:tc>
      </w:tr>
      <w:tr w:rsidR="001E777B" w14:paraId="4C1E73C8" w14:textId="77777777" w:rsidTr="001E777B">
        <w:tc>
          <w:tcPr>
            <w:tcW w:w="2129" w:type="dxa"/>
            <w:vAlign w:val="center"/>
          </w:tcPr>
          <w:p w14:paraId="0F9CBB0A" w14:textId="3BB9DA05" w:rsidR="001E777B" w:rsidRDefault="001E777B" w:rsidP="001E777B">
            <w:pPr>
              <w:spacing w:after="80"/>
            </w:pPr>
            <w:r>
              <w:rPr>
                <w:sz w:val="16"/>
              </w:rPr>
              <w:t>Incidents related to sexual orientation or gender identity</w:t>
            </w:r>
          </w:p>
        </w:tc>
        <w:sdt>
          <w:sdtPr>
            <w:id w:val="-1723901995"/>
            <w14:checkbox>
              <w14:checked w14:val="0"/>
              <w14:checkedState w14:val="2612" w14:font="MS Gothic"/>
              <w14:uncheckedState w14:val="2610" w14:font="MS Gothic"/>
            </w14:checkbox>
          </w:sdtPr>
          <w:sdtEndPr/>
          <w:sdtContent>
            <w:tc>
              <w:tcPr>
                <w:tcW w:w="843" w:type="dxa"/>
                <w:vAlign w:val="center"/>
              </w:tcPr>
              <w:p w14:paraId="0AC023FC" w14:textId="7484A0CF" w:rsidR="001E777B" w:rsidRDefault="007B75A6" w:rsidP="001E777B">
                <w:pPr>
                  <w:spacing w:after="80"/>
                  <w:jc w:val="center"/>
                </w:pPr>
                <w:r>
                  <w:rPr>
                    <w:rFonts w:ascii="MS Gothic" w:eastAsia="MS Gothic" w:hAnsi="MS Gothic" w:hint="eastAsia"/>
                  </w:rPr>
                  <w:t>☐</w:t>
                </w:r>
              </w:p>
            </w:tc>
          </w:sdtContent>
        </w:sdt>
        <w:sdt>
          <w:sdtPr>
            <w:id w:val="-1652517447"/>
            <w14:checkbox>
              <w14:checked w14:val="0"/>
              <w14:checkedState w14:val="2612" w14:font="MS Gothic"/>
              <w14:uncheckedState w14:val="2610" w14:font="MS Gothic"/>
            </w14:checkbox>
          </w:sdtPr>
          <w:sdtEndPr/>
          <w:sdtContent>
            <w:tc>
              <w:tcPr>
                <w:tcW w:w="851" w:type="dxa"/>
                <w:vAlign w:val="center"/>
              </w:tcPr>
              <w:p w14:paraId="08313A9D" w14:textId="2008508E" w:rsidR="001E777B" w:rsidRDefault="007B75A6" w:rsidP="001E777B">
                <w:pPr>
                  <w:spacing w:after="80"/>
                  <w:jc w:val="center"/>
                </w:pPr>
                <w:r>
                  <w:rPr>
                    <w:rFonts w:ascii="MS Gothic" w:eastAsia="MS Gothic" w:hAnsi="MS Gothic" w:hint="eastAsia"/>
                  </w:rPr>
                  <w:t>☐</w:t>
                </w:r>
              </w:p>
            </w:tc>
          </w:sdtContent>
        </w:sdt>
        <w:sdt>
          <w:sdtPr>
            <w:id w:val="-1516378424"/>
            <w14:checkbox>
              <w14:checked w14:val="0"/>
              <w14:checkedState w14:val="2612" w14:font="MS Gothic"/>
              <w14:uncheckedState w14:val="2610" w14:font="MS Gothic"/>
            </w14:checkbox>
          </w:sdtPr>
          <w:sdtEndPr/>
          <w:sdtContent>
            <w:tc>
              <w:tcPr>
                <w:tcW w:w="850" w:type="dxa"/>
                <w:vAlign w:val="center"/>
              </w:tcPr>
              <w:p w14:paraId="63A2581F" w14:textId="7616BF9B" w:rsidR="001E777B" w:rsidRDefault="007B75A6" w:rsidP="001E777B">
                <w:pPr>
                  <w:spacing w:after="80"/>
                  <w:jc w:val="center"/>
                </w:pPr>
                <w:r>
                  <w:rPr>
                    <w:rFonts w:ascii="MS Gothic" w:eastAsia="MS Gothic" w:hAnsi="MS Gothic" w:hint="eastAsia"/>
                  </w:rPr>
                  <w:t>☐</w:t>
                </w:r>
              </w:p>
            </w:tc>
          </w:sdtContent>
        </w:sdt>
        <w:tc>
          <w:tcPr>
            <w:tcW w:w="5973" w:type="dxa"/>
          </w:tcPr>
          <w:sdt>
            <w:sdtPr>
              <w:alias w:val="Information cell"/>
              <w:tag w:val="INFO_CELL_0134"/>
              <w:id w:val="-65427422"/>
              <w:lock w:val="sdtLocked"/>
            </w:sdtPr>
            <w:sdtEndPr/>
            <w:sdtContent>
              <w:p w14:paraId="661B9B37" w14:textId="77777777" w:rsidR="001E777B" w:rsidRDefault="006E6BC2" w:rsidP="001E777B">
                <w:pPr>
                  <w:spacing w:after="80"/>
                </w:pPr>
              </w:p>
            </w:sdtContent>
          </w:sdt>
        </w:tc>
      </w:tr>
      <w:tr w:rsidR="001E777B" w14:paraId="3E758D8D" w14:textId="77777777" w:rsidTr="001E777B">
        <w:tc>
          <w:tcPr>
            <w:tcW w:w="2129" w:type="dxa"/>
            <w:vAlign w:val="center"/>
          </w:tcPr>
          <w:p w14:paraId="474CA196" w14:textId="63EDB89F" w:rsidR="001E777B" w:rsidRDefault="001E777B" w:rsidP="001E777B">
            <w:pPr>
              <w:spacing w:after="80"/>
            </w:pPr>
            <w:r>
              <w:rPr>
                <w:sz w:val="16"/>
              </w:rPr>
              <w:t>Disability-related inappropriate behaviour</w:t>
            </w:r>
          </w:p>
        </w:tc>
        <w:sdt>
          <w:sdtPr>
            <w:id w:val="730580973"/>
            <w14:checkbox>
              <w14:checked w14:val="0"/>
              <w14:checkedState w14:val="2612" w14:font="MS Gothic"/>
              <w14:uncheckedState w14:val="2610" w14:font="MS Gothic"/>
            </w14:checkbox>
          </w:sdtPr>
          <w:sdtEndPr/>
          <w:sdtContent>
            <w:tc>
              <w:tcPr>
                <w:tcW w:w="843" w:type="dxa"/>
                <w:vAlign w:val="center"/>
              </w:tcPr>
              <w:p w14:paraId="61DFE0D7" w14:textId="208C1F25" w:rsidR="001E777B" w:rsidRDefault="007B75A6" w:rsidP="001E777B">
                <w:pPr>
                  <w:spacing w:after="80"/>
                  <w:jc w:val="center"/>
                </w:pPr>
                <w:r>
                  <w:rPr>
                    <w:rFonts w:ascii="MS Gothic" w:eastAsia="MS Gothic" w:hAnsi="MS Gothic" w:hint="eastAsia"/>
                  </w:rPr>
                  <w:t>☐</w:t>
                </w:r>
              </w:p>
            </w:tc>
          </w:sdtContent>
        </w:sdt>
        <w:sdt>
          <w:sdtPr>
            <w:id w:val="-1026791518"/>
            <w14:checkbox>
              <w14:checked w14:val="0"/>
              <w14:checkedState w14:val="2612" w14:font="MS Gothic"/>
              <w14:uncheckedState w14:val="2610" w14:font="MS Gothic"/>
            </w14:checkbox>
          </w:sdtPr>
          <w:sdtEndPr/>
          <w:sdtContent>
            <w:tc>
              <w:tcPr>
                <w:tcW w:w="851" w:type="dxa"/>
                <w:vAlign w:val="center"/>
              </w:tcPr>
              <w:p w14:paraId="64C180C7" w14:textId="090A85CC" w:rsidR="001E777B" w:rsidRDefault="007B75A6" w:rsidP="001E777B">
                <w:pPr>
                  <w:spacing w:after="80"/>
                  <w:jc w:val="center"/>
                </w:pPr>
                <w:r>
                  <w:rPr>
                    <w:rFonts w:ascii="MS Gothic" w:eastAsia="MS Gothic" w:hAnsi="MS Gothic" w:hint="eastAsia"/>
                  </w:rPr>
                  <w:t>☐</w:t>
                </w:r>
              </w:p>
            </w:tc>
          </w:sdtContent>
        </w:sdt>
        <w:sdt>
          <w:sdtPr>
            <w:id w:val="-2078193617"/>
            <w14:checkbox>
              <w14:checked w14:val="0"/>
              <w14:checkedState w14:val="2612" w14:font="MS Gothic"/>
              <w14:uncheckedState w14:val="2610" w14:font="MS Gothic"/>
            </w14:checkbox>
          </w:sdtPr>
          <w:sdtEndPr/>
          <w:sdtContent>
            <w:tc>
              <w:tcPr>
                <w:tcW w:w="850" w:type="dxa"/>
                <w:vAlign w:val="center"/>
              </w:tcPr>
              <w:p w14:paraId="6E7648FA" w14:textId="3DE08D6B" w:rsidR="001E777B" w:rsidRDefault="007B75A6" w:rsidP="001E777B">
                <w:pPr>
                  <w:spacing w:after="80"/>
                  <w:jc w:val="center"/>
                </w:pPr>
                <w:r>
                  <w:rPr>
                    <w:rFonts w:ascii="MS Gothic" w:eastAsia="MS Gothic" w:hAnsi="MS Gothic" w:hint="eastAsia"/>
                  </w:rPr>
                  <w:t>☐</w:t>
                </w:r>
              </w:p>
            </w:tc>
          </w:sdtContent>
        </w:sdt>
        <w:tc>
          <w:tcPr>
            <w:tcW w:w="5973" w:type="dxa"/>
          </w:tcPr>
          <w:sdt>
            <w:sdtPr>
              <w:alias w:val="Information cell"/>
              <w:tag w:val="INFO_CELL_0135"/>
              <w:id w:val="1880130198"/>
              <w:lock w:val="sdtLocked"/>
            </w:sdtPr>
            <w:sdtEndPr/>
            <w:sdtContent>
              <w:p w14:paraId="4ADA943C" w14:textId="77777777" w:rsidR="001E777B" w:rsidRDefault="006E6BC2" w:rsidP="001E777B">
                <w:pPr>
                  <w:spacing w:after="80"/>
                </w:pPr>
              </w:p>
            </w:sdtContent>
          </w:sdt>
        </w:tc>
      </w:tr>
      <w:tr w:rsidR="001E777B" w14:paraId="30386DFF" w14:textId="77777777" w:rsidTr="001E777B">
        <w:tc>
          <w:tcPr>
            <w:tcW w:w="2129" w:type="dxa"/>
            <w:vAlign w:val="center"/>
          </w:tcPr>
          <w:p w14:paraId="3EC42633" w14:textId="31D09E8E" w:rsidR="001E777B" w:rsidRDefault="001E777B" w:rsidP="001E777B">
            <w:pPr>
              <w:spacing w:after="80"/>
            </w:pPr>
            <w:r>
              <w:rPr>
                <w:sz w:val="16"/>
              </w:rPr>
              <w:t>Bullying of peers</w:t>
            </w:r>
          </w:p>
        </w:tc>
        <w:sdt>
          <w:sdtPr>
            <w:id w:val="-682666874"/>
            <w14:checkbox>
              <w14:checked w14:val="0"/>
              <w14:checkedState w14:val="2612" w14:font="MS Gothic"/>
              <w14:uncheckedState w14:val="2610" w14:font="MS Gothic"/>
            </w14:checkbox>
          </w:sdtPr>
          <w:sdtEndPr/>
          <w:sdtContent>
            <w:tc>
              <w:tcPr>
                <w:tcW w:w="843" w:type="dxa"/>
                <w:vAlign w:val="center"/>
              </w:tcPr>
              <w:p w14:paraId="05FA536A" w14:textId="71599463" w:rsidR="001E777B" w:rsidRDefault="00BD4364" w:rsidP="001E777B">
                <w:pPr>
                  <w:spacing w:after="80"/>
                  <w:jc w:val="center"/>
                </w:pPr>
                <w:r>
                  <w:rPr>
                    <w:rFonts w:ascii="MS Gothic" w:eastAsia="MS Gothic" w:hAnsi="MS Gothic" w:hint="eastAsia"/>
                  </w:rPr>
                  <w:t>☐</w:t>
                </w:r>
              </w:p>
            </w:tc>
          </w:sdtContent>
        </w:sdt>
        <w:sdt>
          <w:sdtPr>
            <w:id w:val="-1612499914"/>
            <w14:checkbox>
              <w14:checked w14:val="0"/>
              <w14:checkedState w14:val="2612" w14:font="MS Gothic"/>
              <w14:uncheckedState w14:val="2610" w14:font="MS Gothic"/>
            </w14:checkbox>
          </w:sdtPr>
          <w:sdtEndPr/>
          <w:sdtContent>
            <w:tc>
              <w:tcPr>
                <w:tcW w:w="851" w:type="dxa"/>
                <w:vAlign w:val="center"/>
              </w:tcPr>
              <w:p w14:paraId="6F5EB7A9" w14:textId="202FAF1D" w:rsidR="001E777B" w:rsidRDefault="00BD4364" w:rsidP="001E777B">
                <w:pPr>
                  <w:spacing w:after="80"/>
                  <w:jc w:val="center"/>
                </w:pPr>
                <w:r>
                  <w:rPr>
                    <w:rFonts w:ascii="MS Gothic" w:eastAsia="MS Gothic" w:hAnsi="MS Gothic" w:hint="eastAsia"/>
                  </w:rPr>
                  <w:t>☐</w:t>
                </w:r>
              </w:p>
            </w:tc>
          </w:sdtContent>
        </w:sdt>
        <w:sdt>
          <w:sdtPr>
            <w:id w:val="1206297484"/>
            <w14:checkbox>
              <w14:checked w14:val="0"/>
              <w14:checkedState w14:val="2612" w14:font="MS Gothic"/>
              <w14:uncheckedState w14:val="2610" w14:font="MS Gothic"/>
            </w14:checkbox>
          </w:sdtPr>
          <w:sdtEndPr/>
          <w:sdtContent>
            <w:tc>
              <w:tcPr>
                <w:tcW w:w="850" w:type="dxa"/>
                <w:vAlign w:val="center"/>
              </w:tcPr>
              <w:p w14:paraId="1FB8CA67" w14:textId="4350D56C" w:rsidR="001E777B" w:rsidRDefault="00BD4364" w:rsidP="001E777B">
                <w:pPr>
                  <w:spacing w:after="80"/>
                  <w:jc w:val="center"/>
                </w:pPr>
                <w:r>
                  <w:rPr>
                    <w:rFonts w:ascii="MS Gothic" w:eastAsia="MS Gothic" w:hAnsi="MS Gothic" w:hint="eastAsia"/>
                  </w:rPr>
                  <w:t>☐</w:t>
                </w:r>
              </w:p>
            </w:tc>
          </w:sdtContent>
        </w:sdt>
        <w:tc>
          <w:tcPr>
            <w:tcW w:w="5973" w:type="dxa"/>
          </w:tcPr>
          <w:sdt>
            <w:sdtPr>
              <w:alias w:val="Information cell"/>
              <w:tag w:val="INFO_CELL_0136"/>
              <w:id w:val="374971576"/>
              <w:lock w:val="sdtLocked"/>
            </w:sdtPr>
            <w:sdtEndPr/>
            <w:sdtContent>
              <w:p w14:paraId="0F399C93" w14:textId="77777777" w:rsidR="001E777B" w:rsidRDefault="006E6BC2" w:rsidP="001E777B">
                <w:pPr>
                  <w:spacing w:after="80"/>
                </w:pPr>
              </w:p>
            </w:sdtContent>
          </w:sdt>
        </w:tc>
      </w:tr>
      <w:tr w:rsidR="001E777B" w14:paraId="208432E5" w14:textId="77777777" w:rsidTr="001E777B">
        <w:tc>
          <w:tcPr>
            <w:tcW w:w="2129" w:type="dxa"/>
            <w:vAlign w:val="center"/>
          </w:tcPr>
          <w:p w14:paraId="7FE0AB1F" w14:textId="2B5F6B8E" w:rsidR="001E777B" w:rsidRDefault="001E777B" w:rsidP="001E777B">
            <w:pPr>
              <w:spacing w:after="80"/>
            </w:pPr>
            <w:r>
              <w:rPr>
                <w:sz w:val="16"/>
              </w:rPr>
              <w:t>Persistent defiance</w:t>
            </w:r>
          </w:p>
        </w:tc>
        <w:sdt>
          <w:sdtPr>
            <w:id w:val="497537378"/>
            <w14:checkbox>
              <w14:checked w14:val="0"/>
              <w14:checkedState w14:val="2612" w14:font="MS Gothic"/>
              <w14:uncheckedState w14:val="2610" w14:font="MS Gothic"/>
            </w14:checkbox>
          </w:sdtPr>
          <w:sdtEndPr/>
          <w:sdtContent>
            <w:tc>
              <w:tcPr>
                <w:tcW w:w="843" w:type="dxa"/>
                <w:vAlign w:val="center"/>
              </w:tcPr>
              <w:p w14:paraId="6911BC25" w14:textId="7AD3627B" w:rsidR="001E777B" w:rsidRDefault="00BD4364" w:rsidP="001E777B">
                <w:pPr>
                  <w:spacing w:after="80"/>
                  <w:jc w:val="center"/>
                </w:pPr>
                <w:r>
                  <w:rPr>
                    <w:rFonts w:ascii="MS Gothic" w:eastAsia="MS Gothic" w:hAnsi="MS Gothic" w:hint="eastAsia"/>
                  </w:rPr>
                  <w:t>☐</w:t>
                </w:r>
              </w:p>
            </w:tc>
          </w:sdtContent>
        </w:sdt>
        <w:sdt>
          <w:sdtPr>
            <w:id w:val="851220969"/>
            <w14:checkbox>
              <w14:checked w14:val="0"/>
              <w14:checkedState w14:val="2612" w14:font="MS Gothic"/>
              <w14:uncheckedState w14:val="2610" w14:font="MS Gothic"/>
            </w14:checkbox>
          </w:sdtPr>
          <w:sdtEndPr/>
          <w:sdtContent>
            <w:tc>
              <w:tcPr>
                <w:tcW w:w="851" w:type="dxa"/>
                <w:vAlign w:val="center"/>
              </w:tcPr>
              <w:p w14:paraId="686BC941" w14:textId="673D5297" w:rsidR="001E777B" w:rsidRDefault="00BD4364" w:rsidP="001E777B">
                <w:pPr>
                  <w:spacing w:after="80"/>
                  <w:jc w:val="center"/>
                </w:pPr>
                <w:r>
                  <w:rPr>
                    <w:rFonts w:ascii="MS Gothic" w:eastAsia="MS Gothic" w:hAnsi="MS Gothic" w:hint="eastAsia"/>
                  </w:rPr>
                  <w:t>☐</w:t>
                </w:r>
              </w:p>
            </w:tc>
          </w:sdtContent>
        </w:sdt>
        <w:sdt>
          <w:sdtPr>
            <w:id w:val="-1314782745"/>
            <w14:checkbox>
              <w14:checked w14:val="0"/>
              <w14:checkedState w14:val="2612" w14:font="MS Gothic"/>
              <w14:uncheckedState w14:val="2610" w14:font="MS Gothic"/>
            </w14:checkbox>
          </w:sdtPr>
          <w:sdtEndPr/>
          <w:sdtContent>
            <w:tc>
              <w:tcPr>
                <w:tcW w:w="850" w:type="dxa"/>
                <w:vAlign w:val="center"/>
              </w:tcPr>
              <w:p w14:paraId="0A14BF73" w14:textId="280AB2DB" w:rsidR="001E777B" w:rsidRDefault="00BD4364" w:rsidP="001E777B">
                <w:pPr>
                  <w:spacing w:after="80"/>
                  <w:jc w:val="center"/>
                </w:pPr>
                <w:r>
                  <w:rPr>
                    <w:rFonts w:ascii="MS Gothic" w:eastAsia="MS Gothic" w:hAnsi="MS Gothic" w:hint="eastAsia"/>
                  </w:rPr>
                  <w:t>☐</w:t>
                </w:r>
              </w:p>
            </w:tc>
          </w:sdtContent>
        </w:sdt>
        <w:tc>
          <w:tcPr>
            <w:tcW w:w="5973" w:type="dxa"/>
          </w:tcPr>
          <w:sdt>
            <w:sdtPr>
              <w:alias w:val="Information cell"/>
              <w:tag w:val="INFO_CELL_0137"/>
              <w:id w:val="-1670405200"/>
              <w:lock w:val="sdtLocked"/>
            </w:sdtPr>
            <w:sdtEndPr/>
            <w:sdtContent>
              <w:p w14:paraId="5901436B" w14:textId="77777777" w:rsidR="001E777B" w:rsidRDefault="006E6BC2" w:rsidP="001E777B">
                <w:pPr>
                  <w:spacing w:after="80"/>
                </w:pPr>
              </w:p>
            </w:sdtContent>
          </w:sdt>
        </w:tc>
      </w:tr>
      <w:tr w:rsidR="001E777B" w14:paraId="0ACE3CF8" w14:textId="77777777" w:rsidTr="001E777B">
        <w:tc>
          <w:tcPr>
            <w:tcW w:w="2129" w:type="dxa"/>
            <w:vAlign w:val="center"/>
          </w:tcPr>
          <w:p w14:paraId="0AA13890" w14:textId="06ADE262" w:rsidR="001E777B" w:rsidRDefault="001E777B" w:rsidP="001E777B">
            <w:pPr>
              <w:spacing w:after="80"/>
            </w:pPr>
            <w:r>
              <w:rPr>
                <w:sz w:val="16"/>
              </w:rPr>
              <w:t>Persistent refusal to follow instructions</w:t>
            </w:r>
          </w:p>
        </w:tc>
        <w:sdt>
          <w:sdtPr>
            <w:id w:val="1234129337"/>
            <w14:checkbox>
              <w14:checked w14:val="0"/>
              <w14:checkedState w14:val="2612" w14:font="MS Gothic"/>
              <w14:uncheckedState w14:val="2610" w14:font="MS Gothic"/>
            </w14:checkbox>
          </w:sdtPr>
          <w:sdtEndPr/>
          <w:sdtContent>
            <w:tc>
              <w:tcPr>
                <w:tcW w:w="843" w:type="dxa"/>
                <w:vAlign w:val="center"/>
              </w:tcPr>
              <w:p w14:paraId="660396B8" w14:textId="36E4902A" w:rsidR="001E777B" w:rsidRDefault="00BD4364" w:rsidP="001E777B">
                <w:pPr>
                  <w:spacing w:after="80"/>
                  <w:jc w:val="center"/>
                </w:pPr>
                <w:r>
                  <w:rPr>
                    <w:rFonts w:ascii="MS Gothic" w:eastAsia="MS Gothic" w:hAnsi="MS Gothic" w:hint="eastAsia"/>
                  </w:rPr>
                  <w:t>☐</w:t>
                </w:r>
              </w:p>
            </w:tc>
          </w:sdtContent>
        </w:sdt>
        <w:sdt>
          <w:sdtPr>
            <w:id w:val="1094516455"/>
            <w14:checkbox>
              <w14:checked w14:val="0"/>
              <w14:checkedState w14:val="2612" w14:font="MS Gothic"/>
              <w14:uncheckedState w14:val="2610" w14:font="MS Gothic"/>
            </w14:checkbox>
          </w:sdtPr>
          <w:sdtEndPr/>
          <w:sdtContent>
            <w:tc>
              <w:tcPr>
                <w:tcW w:w="851" w:type="dxa"/>
                <w:vAlign w:val="center"/>
              </w:tcPr>
              <w:p w14:paraId="32BA09B4" w14:textId="232597F2" w:rsidR="001E777B" w:rsidRDefault="00BD4364" w:rsidP="001E777B">
                <w:pPr>
                  <w:spacing w:after="80"/>
                  <w:jc w:val="center"/>
                </w:pPr>
                <w:r>
                  <w:rPr>
                    <w:rFonts w:ascii="MS Gothic" w:eastAsia="MS Gothic" w:hAnsi="MS Gothic" w:hint="eastAsia"/>
                  </w:rPr>
                  <w:t>☐</w:t>
                </w:r>
              </w:p>
            </w:tc>
          </w:sdtContent>
        </w:sdt>
        <w:sdt>
          <w:sdtPr>
            <w:id w:val="1370184718"/>
            <w14:checkbox>
              <w14:checked w14:val="0"/>
              <w14:checkedState w14:val="2612" w14:font="MS Gothic"/>
              <w14:uncheckedState w14:val="2610" w14:font="MS Gothic"/>
            </w14:checkbox>
          </w:sdtPr>
          <w:sdtEndPr/>
          <w:sdtContent>
            <w:tc>
              <w:tcPr>
                <w:tcW w:w="850" w:type="dxa"/>
                <w:vAlign w:val="center"/>
              </w:tcPr>
              <w:p w14:paraId="261317B5" w14:textId="72A41701" w:rsidR="001E777B" w:rsidRDefault="00BD4364" w:rsidP="001E777B">
                <w:pPr>
                  <w:spacing w:after="80"/>
                  <w:jc w:val="center"/>
                </w:pPr>
                <w:r>
                  <w:rPr>
                    <w:rFonts w:ascii="MS Gothic" w:eastAsia="MS Gothic" w:hAnsi="MS Gothic" w:hint="eastAsia"/>
                  </w:rPr>
                  <w:t>☐</w:t>
                </w:r>
              </w:p>
            </w:tc>
          </w:sdtContent>
        </w:sdt>
        <w:tc>
          <w:tcPr>
            <w:tcW w:w="5973" w:type="dxa"/>
          </w:tcPr>
          <w:sdt>
            <w:sdtPr>
              <w:alias w:val="Information cell"/>
              <w:tag w:val="INFO_CELL_0138"/>
              <w:id w:val="-383565082"/>
              <w:lock w:val="sdtLocked"/>
            </w:sdtPr>
            <w:sdtEndPr/>
            <w:sdtContent>
              <w:p w14:paraId="45814203" w14:textId="77777777" w:rsidR="001E777B" w:rsidRDefault="006E6BC2" w:rsidP="001E777B">
                <w:pPr>
                  <w:spacing w:after="80"/>
                </w:pPr>
              </w:p>
            </w:sdtContent>
          </w:sdt>
        </w:tc>
      </w:tr>
      <w:tr w:rsidR="001E777B" w14:paraId="637780F1" w14:textId="77777777" w:rsidTr="001E777B">
        <w:tc>
          <w:tcPr>
            <w:tcW w:w="2129" w:type="dxa"/>
            <w:vAlign w:val="center"/>
          </w:tcPr>
          <w:p w14:paraId="25059B56" w14:textId="57D27B21" w:rsidR="001E777B" w:rsidRDefault="001E777B" w:rsidP="001E777B">
            <w:pPr>
              <w:spacing w:after="80"/>
            </w:pPr>
            <w:r>
              <w:rPr>
                <w:sz w:val="16"/>
              </w:rPr>
              <w:t>Sexually inappropriate behaviour</w:t>
            </w:r>
          </w:p>
        </w:tc>
        <w:sdt>
          <w:sdtPr>
            <w:id w:val="-1244021458"/>
            <w14:checkbox>
              <w14:checked w14:val="0"/>
              <w14:checkedState w14:val="2612" w14:font="MS Gothic"/>
              <w14:uncheckedState w14:val="2610" w14:font="MS Gothic"/>
            </w14:checkbox>
          </w:sdtPr>
          <w:sdtEndPr/>
          <w:sdtContent>
            <w:tc>
              <w:tcPr>
                <w:tcW w:w="843" w:type="dxa"/>
                <w:vAlign w:val="center"/>
              </w:tcPr>
              <w:p w14:paraId="6324F048" w14:textId="714F651E" w:rsidR="001E777B" w:rsidRDefault="00BD4364" w:rsidP="001E777B">
                <w:pPr>
                  <w:spacing w:after="80"/>
                  <w:jc w:val="center"/>
                </w:pPr>
                <w:r>
                  <w:rPr>
                    <w:rFonts w:ascii="MS Gothic" w:eastAsia="MS Gothic" w:hAnsi="MS Gothic" w:hint="eastAsia"/>
                  </w:rPr>
                  <w:t>☐</w:t>
                </w:r>
              </w:p>
            </w:tc>
          </w:sdtContent>
        </w:sdt>
        <w:sdt>
          <w:sdtPr>
            <w:id w:val="-755355326"/>
            <w14:checkbox>
              <w14:checked w14:val="0"/>
              <w14:checkedState w14:val="2612" w14:font="MS Gothic"/>
              <w14:uncheckedState w14:val="2610" w14:font="MS Gothic"/>
            </w14:checkbox>
          </w:sdtPr>
          <w:sdtEndPr/>
          <w:sdtContent>
            <w:tc>
              <w:tcPr>
                <w:tcW w:w="851" w:type="dxa"/>
                <w:vAlign w:val="center"/>
              </w:tcPr>
              <w:p w14:paraId="1B22E349" w14:textId="02F169B1" w:rsidR="001E777B" w:rsidRDefault="00BD4364" w:rsidP="001E777B">
                <w:pPr>
                  <w:spacing w:after="80"/>
                  <w:jc w:val="center"/>
                </w:pPr>
                <w:r>
                  <w:rPr>
                    <w:rFonts w:ascii="MS Gothic" w:eastAsia="MS Gothic" w:hAnsi="MS Gothic" w:hint="eastAsia"/>
                  </w:rPr>
                  <w:t>☐</w:t>
                </w:r>
              </w:p>
            </w:tc>
          </w:sdtContent>
        </w:sdt>
        <w:sdt>
          <w:sdtPr>
            <w:id w:val="688568062"/>
            <w14:checkbox>
              <w14:checked w14:val="0"/>
              <w14:checkedState w14:val="2612" w14:font="MS Gothic"/>
              <w14:uncheckedState w14:val="2610" w14:font="MS Gothic"/>
            </w14:checkbox>
          </w:sdtPr>
          <w:sdtEndPr/>
          <w:sdtContent>
            <w:tc>
              <w:tcPr>
                <w:tcW w:w="850" w:type="dxa"/>
                <w:vAlign w:val="center"/>
              </w:tcPr>
              <w:p w14:paraId="247614EE" w14:textId="4AC7B4D7" w:rsidR="001E777B" w:rsidRDefault="00BD4364" w:rsidP="001E777B">
                <w:pPr>
                  <w:spacing w:after="80"/>
                  <w:jc w:val="center"/>
                </w:pPr>
                <w:r>
                  <w:rPr>
                    <w:rFonts w:ascii="MS Gothic" w:eastAsia="MS Gothic" w:hAnsi="MS Gothic" w:hint="eastAsia"/>
                  </w:rPr>
                  <w:t>☐</w:t>
                </w:r>
              </w:p>
            </w:tc>
          </w:sdtContent>
        </w:sdt>
        <w:tc>
          <w:tcPr>
            <w:tcW w:w="5973" w:type="dxa"/>
          </w:tcPr>
          <w:sdt>
            <w:sdtPr>
              <w:alias w:val="Information cell"/>
              <w:tag w:val="INFO_CELL_0139"/>
              <w:id w:val="-971821204"/>
              <w:lock w:val="sdtLocked"/>
            </w:sdtPr>
            <w:sdtEndPr/>
            <w:sdtContent>
              <w:p w14:paraId="610DA4C8" w14:textId="77777777" w:rsidR="001E777B" w:rsidRDefault="006E6BC2" w:rsidP="001E777B">
                <w:pPr>
                  <w:spacing w:after="80"/>
                </w:pPr>
              </w:p>
            </w:sdtContent>
          </w:sdt>
        </w:tc>
      </w:tr>
      <w:tr w:rsidR="001E777B" w14:paraId="17F3D1A8" w14:textId="77777777" w:rsidTr="001E777B">
        <w:tc>
          <w:tcPr>
            <w:tcW w:w="2129" w:type="dxa"/>
            <w:vAlign w:val="center"/>
          </w:tcPr>
          <w:p w14:paraId="7A9A9A27" w14:textId="40CA7D4D" w:rsidR="001E777B" w:rsidRDefault="001E777B" w:rsidP="001E777B">
            <w:pPr>
              <w:spacing w:after="80"/>
            </w:pPr>
            <w:r>
              <w:rPr>
                <w:sz w:val="16"/>
              </w:rPr>
              <w:t>Inappropriate use of social media or online technology</w:t>
            </w:r>
          </w:p>
        </w:tc>
        <w:sdt>
          <w:sdtPr>
            <w:id w:val="-160322681"/>
            <w14:checkbox>
              <w14:checked w14:val="0"/>
              <w14:checkedState w14:val="2612" w14:font="MS Gothic"/>
              <w14:uncheckedState w14:val="2610" w14:font="MS Gothic"/>
            </w14:checkbox>
          </w:sdtPr>
          <w:sdtEndPr/>
          <w:sdtContent>
            <w:tc>
              <w:tcPr>
                <w:tcW w:w="843" w:type="dxa"/>
                <w:vAlign w:val="center"/>
              </w:tcPr>
              <w:p w14:paraId="1818CCFF" w14:textId="596BC37A" w:rsidR="001E777B" w:rsidRDefault="00BD4364" w:rsidP="001E777B">
                <w:pPr>
                  <w:spacing w:after="80"/>
                  <w:jc w:val="center"/>
                </w:pPr>
                <w:r>
                  <w:rPr>
                    <w:rFonts w:ascii="MS Gothic" w:eastAsia="MS Gothic" w:hAnsi="MS Gothic" w:hint="eastAsia"/>
                  </w:rPr>
                  <w:t>☐</w:t>
                </w:r>
              </w:p>
            </w:tc>
          </w:sdtContent>
        </w:sdt>
        <w:sdt>
          <w:sdtPr>
            <w:id w:val="2078467020"/>
            <w14:checkbox>
              <w14:checked w14:val="0"/>
              <w14:checkedState w14:val="2612" w14:font="MS Gothic"/>
              <w14:uncheckedState w14:val="2610" w14:font="MS Gothic"/>
            </w14:checkbox>
          </w:sdtPr>
          <w:sdtEndPr/>
          <w:sdtContent>
            <w:tc>
              <w:tcPr>
                <w:tcW w:w="851" w:type="dxa"/>
                <w:vAlign w:val="center"/>
              </w:tcPr>
              <w:p w14:paraId="0A7D0BD0" w14:textId="3E060455" w:rsidR="001E777B" w:rsidRDefault="00BD4364" w:rsidP="001E777B">
                <w:pPr>
                  <w:spacing w:after="80"/>
                  <w:jc w:val="center"/>
                </w:pPr>
                <w:r>
                  <w:rPr>
                    <w:rFonts w:ascii="MS Gothic" w:eastAsia="MS Gothic" w:hAnsi="MS Gothic" w:hint="eastAsia"/>
                  </w:rPr>
                  <w:t>☐</w:t>
                </w:r>
              </w:p>
            </w:tc>
          </w:sdtContent>
        </w:sdt>
        <w:sdt>
          <w:sdtPr>
            <w:id w:val="-1757662340"/>
            <w14:checkbox>
              <w14:checked w14:val="0"/>
              <w14:checkedState w14:val="2612" w14:font="MS Gothic"/>
              <w14:uncheckedState w14:val="2610" w14:font="MS Gothic"/>
            </w14:checkbox>
          </w:sdtPr>
          <w:sdtEndPr/>
          <w:sdtContent>
            <w:tc>
              <w:tcPr>
                <w:tcW w:w="850" w:type="dxa"/>
                <w:vAlign w:val="center"/>
              </w:tcPr>
              <w:p w14:paraId="7A3ACE60" w14:textId="30183604" w:rsidR="001E777B" w:rsidRDefault="00BD4364" w:rsidP="001E777B">
                <w:pPr>
                  <w:spacing w:after="80"/>
                  <w:jc w:val="center"/>
                </w:pPr>
                <w:r>
                  <w:rPr>
                    <w:rFonts w:ascii="MS Gothic" w:eastAsia="MS Gothic" w:hAnsi="MS Gothic" w:hint="eastAsia"/>
                  </w:rPr>
                  <w:t>☐</w:t>
                </w:r>
              </w:p>
            </w:tc>
          </w:sdtContent>
        </w:sdt>
        <w:tc>
          <w:tcPr>
            <w:tcW w:w="5973" w:type="dxa"/>
          </w:tcPr>
          <w:sdt>
            <w:sdtPr>
              <w:alias w:val="Information cell"/>
              <w:tag w:val="INFO_CELL_0140"/>
              <w:id w:val="-1869444068"/>
              <w:lock w:val="sdtLocked"/>
            </w:sdtPr>
            <w:sdtEndPr/>
            <w:sdtContent>
              <w:p w14:paraId="3D0C3256" w14:textId="77777777" w:rsidR="001E777B" w:rsidRDefault="006E6BC2" w:rsidP="001E777B">
                <w:pPr>
                  <w:spacing w:after="80"/>
                </w:pPr>
              </w:p>
            </w:sdtContent>
          </w:sdt>
        </w:tc>
      </w:tr>
      <w:tr w:rsidR="001E777B" w14:paraId="7A6C4D52" w14:textId="77777777" w:rsidTr="001E777B">
        <w:tc>
          <w:tcPr>
            <w:tcW w:w="2129" w:type="dxa"/>
            <w:vAlign w:val="center"/>
          </w:tcPr>
          <w:p w14:paraId="7FBEC749" w14:textId="3335C46C" w:rsidR="001E777B" w:rsidRDefault="001E777B" w:rsidP="001E777B">
            <w:pPr>
              <w:spacing w:after="80"/>
            </w:pPr>
            <w:proofErr w:type="gramStart"/>
            <w:r>
              <w:rPr>
                <w:sz w:val="16"/>
              </w:rPr>
              <w:t>Other</w:t>
            </w:r>
            <w:proofErr w:type="gramEnd"/>
            <w:r>
              <w:rPr>
                <w:sz w:val="16"/>
              </w:rPr>
              <w:t xml:space="preserve"> significant risk</w:t>
            </w:r>
          </w:p>
        </w:tc>
        <w:sdt>
          <w:sdtPr>
            <w:id w:val="1254705919"/>
            <w14:checkbox>
              <w14:checked w14:val="0"/>
              <w14:checkedState w14:val="2612" w14:font="MS Gothic"/>
              <w14:uncheckedState w14:val="2610" w14:font="MS Gothic"/>
            </w14:checkbox>
          </w:sdtPr>
          <w:sdtEndPr/>
          <w:sdtContent>
            <w:tc>
              <w:tcPr>
                <w:tcW w:w="843" w:type="dxa"/>
                <w:vAlign w:val="center"/>
              </w:tcPr>
              <w:p w14:paraId="54F030A2" w14:textId="2F66D1C7" w:rsidR="001E777B" w:rsidRDefault="00BD4364" w:rsidP="001E777B">
                <w:pPr>
                  <w:spacing w:after="80"/>
                  <w:jc w:val="center"/>
                </w:pPr>
                <w:r>
                  <w:rPr>
                    <w:rFonts w:ascii="MS Gothic" w:eastAsia="MS Gothic" w:hAnsi="MS Gothic" w:hint="eastAsia"/>
                  </w:rPr>
                  <w:t>☐</w:t>
                </w:r>
              </w:p>
            </w:tc>
          </w:sdtContent>
        </w:sdt>
        <w:sdt>
          <w:sdtPr>
            <w:id w:val="-1593303070"/>
            <w14:checkbox>
              <w14:checked w14:val="0"/>
              <w14:checkedState w14:val="2612" w14:font="MS Gothic"/>
              <w14:uncheckedState w14:val="2610" w14:font="MS Gothic"/>
            </w14:checkbox>
          </w:sdtPr>
          <w:sdtEndPr/>
          <w:sdtContent>
            <w:tc>
              <w:tcPr>
                <w:tcW w:w="851" w:type="dxa"/>
                <w:vAlign w:val="center"/>
              </w:tcPr>
              <w:p w14:paraId="1D868D19" w14:textId="3C2AB1BF" w:rsidR="001E777B" w:rsidRDefault="00BD4364" w:rsidP="001E777B">
                <w:pPr>
                  <w:spacing w:after="80"/>
                  <w:jc w:val="center"/>
                </w:pPr>
                <w:r>
                  <w:rPr>
                    <w:rFonts w:ascii="MS Gothic" w:eastAsia="MS Gothic" w:hAnsi="MS Gothic" w:hint="eastAsia"/>
                  </w:rPr>
                  <w:t>☐</w:t>
                </w:r>
              </w:p>
            </w:tc>
          </w:sdtContent>
        </w:sdt>
        <w:sdt>
          <w:sdtPr>
            <w:id w:val="-1628302599"/>
            <w14:checkbox>
              <w14:checked w14:val="0"/>
              <w14:checkedState w14:val="2612" w14:font="MS Gothic"/>
              <w14:uncheckedState w14:val="2610" w14:font="MS Gothic"/>
            </w14:checkbox>
          </w:sdtPr>
          <w:sdtEndPr/>
          <w:sdtContent>
            <w:tc>
              <w:tcPr>
                <w:tcW w:w="850" w:type="dxa"/>
                <w:vAlign w:val="center"/>
              </w:tcPr>
              <w:p w14:paraId="4DDFAE2E" w14:textId="17F9BA2F" w:rsidR="001E777B" w:rsidRDefault="00BD4364" w:rsidP="001E777B">
                <w:pPr>
                  <w:spacing w:after="80"/>
                  <w:jc w:val="center"/>
                </w:pPr>
                <w:r>
                  <w:rPr>
                    <w:rFonts w:ascii="MS Gothic" w:eastAsia="MS Gothic" w:hAnsi="MS Gothic" w:hint="eastAsia"/>
                  </w:rPr>
                  <w:t>☐</w:t>
                </w:r>
              </w:p>
            </w:tc>
          </w:sdtContent>
        </w:sdt>
        <w:tc>
          <w:tcPr>
            <w:tcW w:w="5973" w:type="dxa"/>
          </w:tcPr>
          <w:sdt>
            <w:sdtPr>
              <w:alias w:val="Information cell"/>
              <w:tag w:val="INFO_CELL_0141"/>
              <w:id w:val="1780982169"/>
              <w:lock w:val="sdtLocked"/>
            </w:sdtPr>
            <w:sdtEndPr/>
            <w:sdtContent>
              <w:p w14:paraId="1929FA19" w14:textId="77777777" w:rsidR="001E777B" w:rsidRDefault="006E6BC2" w:rsidP="001E777B">
                <w:pPr>
                  <w:spacing w:after="80"/>
                </w:pPr>
              </w:p>
            </w:sdtContent>
          </w:sdt>
        </w:tc>
      </w:tr>
    </w:tbl>
    <w:p w14:paraId="62486C05" w14:textId="77777777" w:rsidR="00FC3769" w:rsidRDefault="00FC3769"/>
    <w:tbl>
      <w:tblPr>
        <w:tblW w:w="0" w:type="auto"/>
        <w:jc w:val="center"/>
        <w:tblLook w:val="04A0" w:firstRow="1" w:lastRow="0" w:firstColumn="1" w:lastColumn="0" w:noHBand="0" w:noVBand="1"/>
      </w:tblPr>
      <w:tblGrid>
        <w:gridCol w:w="10646"/>
      </w:tblGrid>
      <w:tr w:rsidR="00FC3769" w14:paraId="3FFD6C2B"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F01A8C6" w14:textId="77777777" w:rsidR="00FC3769" w:rsidRDefault="00BA17C9">
            <w:r>
              <w:rPr>
                <w:b/>
                <w:color w:val="0F243E"/>
              </w:rPr>
              <w:t>If “Other significant risk” is relevant, please specify</w:t>
            </w:r>
          </w:p>
        </w:tc>
      </w:tr>
      <w:tr w:rsidR="00FC3769" w14:paraId="00C1A2A2"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sdt>
            <w:sdtPr>
              <w:alias w:val="Information cell"/>
              <w:tag w:val="INFO_CELL_0142"/>
              <w:id w:val="2041768760"/>
              <w:lock w:val="sdtLocked"/>
            </w:sdtPr>
            <w:sdtEndPr/>
            <w:sdtContent>
              <w:p w14:paraId="374E36A3" w14:textId="1EBA17C0" w:rsidR="00FC3769" w:rsidRDefault="006E6BC2">
                <w:sdt>
                  <w:sdtPr>
                    <w:alias w:val="Information field"/>
                    <w:tag w:val="INFO_FIELD_0037"/>
                    <w:id w:val="-653521381"/>
                    <w:lock w:val="sdtLocked"/>
                  </w:sdtPr>
                  <w:sdtEndPr/>
                  <w:sdtContent>
                    <w:r w:rsidR="00BA17C9">
                      <w:rPr>
                        <w:color w:val="777777"/>
                      </w:rPr>
                      <w:t>Click or tap here to enter text</w:t>
                    </w:r>
                  </w:sdtContent>
                </w:sdt>
                <w:r w:rsidR="009C1CDD">
                  <w:rPr>
                    <w:color w:val="777777"/>
                  </w:rPr>
                  <w:t>.</w:t>
                </w:r>
              </w:p>
            </w:sdtContent>
          </w:sdt>
        </w:tc>
      </w:tr>
    </w:tbl>
    <w:p w14:paraId="7E1E6047" w14:textId="11178E6C" w:rsidR="001E777B" w:rsidRDefault="001E777B">
      <w:pPr>
        <w:rPr>
          <w:b/>
          <w:color w:val="1F4E79"/>
          <w:sz w:val="26"/>
        </w:rPr>
      </w:pPr>
    </w:p>
    <w:p w14:paraId="5E019771" w14:textId="46BA8F75" w:rsidR="00FC3769" w:rsidRDefault="00BA17C9">
      <w:pPr>
        <w:spacing w:before="160" w:after="60"/>
      </w:pPr>
      <w:r>
        <w:rPr>
          <w:b/>
          <w:color w:val="1F4E79"/>
          <w:sz w:val="26"/>
        </w:rPr>
        <w:lastRenderedPageBreak/>
        <w:t>7. Pupil Context and School Response</w:t>
      </w:r>
    </w:p>
    <w:p w14:paraId="4DDBEF00" w14:textId="01C0BD56" w:rsidR="00FC3769" w:rsidRDefault="00FC3769" w:rsidP="009C1CDD">
      <w:pPr>
        <w:spacing w:after="60"/>
      </w:pPr>
    </w:p>
    <w:tbl>
      <w:tblPr>
        <w:tblW w:w="0" w:type="auto"/>
        <w:jc w:val="center"/>
        <w:tblLook w:val="04A0" w:firstRow="1" w:lastRow="0" w:firstColumn="1" w:lastColumn="0" w:noHBand="0" w:noVBand="1"/>
      </w:tblPr>
      <w:tblGrid>
        <w:gridCol w:w="10646"/>
      </w:tblGrid>
      <w:tr w:rsidR="00FC3769" w14:paraId="7E8ADC5F"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E7070C2" w14:textId="03659632" w:rsidR="00FC3769" w:rsidRDefault="00BA17C9">
            <w:proofErr w:type="gramStart"/>
            <w:r>
              <w:rPr>
                <w:b/>
                <w:color w:val="0F243E"/>
              </w:rPr>
              <w:t>Brief summary</w:t>
            </w:r>
            <w:proofErr w:type="gramEnd"/>
            <w:r>
              <w:rPr>
                <w:b/>
                <w:color w:val="0F243E"/>
              </w:rPr>
              <w:t xml:space="preserve"> of the child / young person’s history at school *</w:t>
            </w:r>
            <w:r w:rsidR="002E31CB">
              <w:rPr>
                <w:b/>
                <w:color w:val="0F243E"/>
              </w:rPr>
              <w:t xml:space="preserve"> </w:t>
            </w:r>
            <w:r>
              <w:rPr>
                <w:i/>
                <w:color w:val="555555"/>
                <w:sz w:val="16"/>
              </w:rPr>
              <w:t>Include previous progress and relevant changes in personal or family circumstances.</w:t>
            </w:r>
          </w:p>
        </w:tc>
      </w:tr>
      <w:tr w:rsidR="00FC3769" w14:paraId="546EB08D"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sdt>
            <w:sdtPr>
              <w:alias w:val="Information cell"/>
              <w:tag w:val="INFO_CELL_0143"/>
              <w:id w:val="362486165"/>
              <w:lock w:val="sdtLocked"/>
            </w:sdtPr>
            <w:sdtEndPr/>
            <w:sdtContent>
              <w:p w14:paraId="49BFEFEE" w14:textId="05217468" w:rsidR="00FC3769" w:rsidRDefault="006E6BC2">
                <w:sdt>
                  <w:sdtPr>
                    <w:alias w:val="Information field"/>
                    <w:tag w:val="INFO_FIELD_0038"/>
                    <w:id w:val="673230072"/>
                    <w:lock w:val="sdtLocked"/>
                  </w:sdtPr>
                  <w:sdtEndPr/>
                  <w:sdtContent>
                    <w:r w:rsidR="00BA17C9">
                      <w:rPr>
                        <w:color w:val="777777"/>
                      </w:rPr>
                      <w:t>Click or tap here to enter text.</w:t>
                    </w:r>
                  </w:sdtContent>
                </w:sdt>
              </w:p>
            </w:sdtContent>
          </w:sdt>
        </w:tc>
      </w:tr>
    </w:tbl>
    <w:p w14:paraId="3461D779" w14:textId="77777777" w:rsidR="00FC3769" w:rsidRDefault="00FC3769"/>
    <w:tbl>
      <w:tblPr>
        <w:tblW w:w="0" w:type="auto"/>
        <w:jc w:val="center"/>
        <w:tblLook w:val="04A0" w:firstRow="1" w:lastRow="0" w:firstColumn="1" w:lastColumn="0" w:noHBand="0" w:noVBand="1"/>
      </w:tblPr>
      <w:tblGrid>
        <w:gridCol w:w="10646"/>
      </w:tblGrid>
      <w:tr w:rsidR="00FC3769" w14:paraId="76CD9649"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019618A" w14:textId="65EBB294" w:rsidR="00FC3769" w:rsidRPr="002E31CB" w:rsidRDefault="00BA17C9" w:rsidP="00F1416B">
            <w:pPr>
              <w:rPr>
                <w:b/>
                <w:color w:val="0F243E"/>
              </w:rPr>
            </w:pPr>
            <w:r>
              <w:rPr>
                <w:b/>
                <w:color w:val="0F243E"/>
              </w:rPr>
              <w:t xml:space="preserve">Interventions and support measures currently or previously in </w:t>
            </w:r>
            <w:r w:rsidR="009836D4">
              <w:rPr>
                <w:b/>
                <w:color w:val="0F243E"/>
              </w:rPr>
              <w:t xml:space="preserve">place eg. </w:t>
            </w:r>
            <w:r>
              <w:rPr>
                <w:i/>
                <w:color w:val="555555"/>
                <w:sz w:val="16"/>
              </w:rPr>
              <w:t>Include clear evidence of graduated approach</w:t>
            </w:r>
            <w:r w:rsidR="009836D4">
              <w:rPr>
                <w:i/>
                <w:color w:val="555555"/>
                <w:sz w:val="16"/>
              </w:rPr>
              <w:t xml:space="preserve"> eg t</w:t>
            </w:r>
            <w:r w:rsidR="009836D4" w:rsidRPr="009836D4">
              <w:rPr>
                <w:bCs/>
                <w:i/>
                <w:iCs/>
                <w:color w:val="595959" w:themeColor="text1" w:themeTint="A6"/>
                <w:sz w:val="16"/>
                <w:szCs w:val="20"/>
              </w:rPr>
              <w:t>imetable adjustments, AP, mentoring, pastoral support or agency support used</w:t>
            </w:r>
            <w:r w:rsidR="001E777B">
              <w:rPr>
                <w:bCs/>
                <w:i/>
                <w:iCs/>
                <w:color w:val="595959" w:themeColor="text1" w:themeTint="A6"/>
                <w:sz w:val="16"/>
                <w:szCs w:val="20"/>
              </w:rPr>
              <w:t>, a</w:t>
            </w:r>
            <w:r w:rsidR="009836D4" w:rsidRPr="009836D4">
              <w:rPr>
                <w:bCs/>
                <w:i/>
                <w:iCs/>
                <w:color w:val="595959" w:themeColor="text1" w:themeTint="A6"/>
                <w:sz w:val="16"/>
                <w:szCs w:val="20"/>
              </w:rPr>
              <w:t xml:space="preserve">daptations to environment, curriculum or learning </w:t>
            </w:r>
            <w:proofErr w:type="gramStart"/>
            <w:r w:rsidR="009836D4" w:rsidRPr="009836D4">
              <w:rPr>
                <w:bCs/>
                <w:i/>
                <w:iCs/>
                <w:color w:val="595959" w:themeColor="text1" w:themeTint="A6"/>
                <w:sz w:val="16"/>
                <w:szCs w:val="20"/>
              </w:rPr>
              <w:t>interventions</w:t>
            </w:r>
            <w:r w:rsidR="001E777B">
              <w:rPr>
                <w:bCs/>
                <w:i/>
                <w:iCs/>
                <w:color w:val="595959" w:themeColor="text1" w:themeTint="A6"/>
                <w:sz w:val="16"/>
                <w:szCs w:val="20"/>
              </w:rPr>
              <w:t xml:space="preserve">; </w:t>
            </w:r>
            <w:r w:rsidR="00F1416B">
              <w:rPr>
                <w:bCs/>
                <w:i/>
                <w:iCs/>
                <w:color w:val="595959" w:themeColor="text1" w:themeTint="A6"/>
                <w:sz w:val="16"/>
                <w:szCs w:val="20"/>
              </w:rPr>
              <w:t xml:space="preserve"> </w:t>
            </w:r>
            <w:r w:rsidR="00F1416B" w:rsidRPr="00F1416B">
              <w:rPr>
                <w:bCs/>
                <w:i/>
                <w:iCs/>
                <w:color w:val="595959" w:themeColor="text1" w:themeTint="A6"/>
                <w:sz w:val="16"/>
                <w:szCs w:val="16"/>
              </w:rPr>
              <w:t>assess</w:t>
            </w:r>
            <w:proofErr w:type="gramEnd"/>
            <w:r w:rsidR="00F1416B" w:rsidRPr="00F1416B">
              <w:rPr>
                <w:bCs/>
                <w:i/>
                <w:iCs/>
                <w:color w:val="595959" w:themeColor="text1" w:themeTint="A6"/>
                <w:sz w:val="16"/>
                <w:szCs w:val="16"/>
              </w:rPr>
              <w:t>, plan, do, review cycle undertaken *</w:t>
            </w:r>
            <w:r w:rsidR="00F1416B">
              <w:rPr>
                <w:i/>
                <w:color w:val="555555"/>
                <w:sz w:val="16"/>
              </w:rPr>
              <w:br/>
            </w:r>
            <w:r w:rsidR="00F1416B" w:rsidRPr="002E31CB">
              <w:rPr>
                <w:b/>
                <w:i/>
                <w:iCs/>
              </w:rPr>
              <w:t xml:space="preserve">Include any previous </w:t>
            </w:r>
            <w:proofErr w:type="gramStart"/>
            <w:r w:rsidR="00F1416B" w:rsidRPr="002E31CB">
              <w:rPr>
                <w:b/>
                <w:i/>
                <w:iCs/>
              </w:rPr>
              <w:t>off site</w:t>
            </w:r>
            <w:proofErr w:type="gramEnd"/>
            <w:r w:rsidR="00F1416B" w:rsidRPr="002E31CB">
              <w:rPr>
                <w:b/>
                <w:i/>
                <w:iCs/>
              </w:rPr>
              <w:t xml:space="preserve"> directions</w:t>
            </w:r>
            <w:r w:rsidR="009836D4" w:rsidRPr="002E31CB">
              <w:rPr>
                <w:b/>
                <w:i/>
                <w:iCs/>
              </w:rPr>
              <w:t>*</w:t>
            </w:r>
          </w:p>
        </w:tc>
      </w:tr>
      <w:tr w:rsidR="00FC3769" w14:paraId="79B89094"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sdt>
            <w:sdtPr>
              <w:alias w:val="Information cell"/>
              <w:tag w:val="INFO_CELL_0144"/>
              <w:id w:val="139163542"/>
              <w:lock w:val="sdtLocked"/>
            </w:sdtPr>
            <w:sdtEndPr/>
            <w:sdtContent>
              <w:p w14:paraId="3BB8C5A9" w14:textId="6F7B73B3" w:rsidR="00FC3769" w:rsidRDefault="006E6BC2">
                <w:sdt>
                  <w:sdtPr>
                    <w:alias w:val="Information field"/>
                    <w:tag w:val="INFO_FIELD_0039"/>
                    <w:id w:val="-1202088240"/>
                    <w:lock w:val="sdtLocked"/>
                  </w:sdtPr>
                  <w:sdtEndPr/>
                  <w:sdtContent>
                    <w:r w:rsidR="00BA17C9">
                      <w:rPr>
                        <w:color w:val="777777"/>
                      </w:rPr>
                      <w:t>Click or tap here to enter text.</w:t>
                    </w:r>
                  </w:sdtContent>
                </w:sdt>
              </w:p>
            </w:sdtContent>
          </w:sdt>
        </w:tc>
      </w:tr>
    </w:tbl>
    <w:p w14:paraId="62EBF3C5" w14:textId="77777777" w:rsidR="00FC3769" w:rsidRDefault="00FC3769"/>
    <w:tbl>
      <w:tblPr>
        <w:tblW w:w="0" w:type="auto"/>
        <w:jc w:val="center"/>
        <w:tblLook w:val="04A0" w:firstRow="1" w:lastRow="0" w:firstColumn="1" w:lastColumn="0" w:noHBand="0" w:noVBand="1"/>
      </w:tblPr>
      <w:tblGrid>
        <w:gridCol w:w="10646"/>
      </w:tblGrid>
      <w:tr w:rsidR="00FC3769" w14:paraId="668875FB"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1C0E1C63" w14:textId="062260FE" w:rsidR="00FC3769" w:rsidRDefault="00BA17C9">
            <w:r>
              <w:rPr>
                <w:b/>
                <w:color w:val="0F243E"/>
              </w:rPr>
              <w:t>Child / young person’s strengths and positive responses to support</w:t>
            </w:r>
            <w:r w:rsidR="00F1416B">
              <w:rPr>
                <w:b/>
                <w:color w:val="0F243E"/>
              </w:rPr>
              <w:t>. Include any emotional regulation strategies, restorative approaches or self-esteem strategies used *</w:t>
            </w:r>
          </w:p>
        </w:tc>
      </w:tr>
      <w:tr w:rsidR="00FC3769" w14:paraId="0DEE8A8F"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sdt>
            <w:sdtPr>
              <w:alias w:val="Information cell"/>
              <w:tag w:val="INFO_CELL_0145"/>
              <w:id w:val="-919406901"/>
              <w:lock w:val="sdtLocked"/>
            </w:sdtPr>
            <w:sdtEndPr/>
            <w:sdtContent>
              <w:p w14:paraId="34BFBC18" w14:textId="6FEFB069" w:rsidR="00FC3769" w:rsidRDefault="006E6BC2">
                <w:sdt>
                  <w:sdtPr>
                    <w:alias w:val="Information field"/>
                    <w:tag w:val="INFO_FIELD_0040"/>
                    <w:id w:val="61768620"/>
                    <w:lock w:val="sdtLocked"/>
                  </w:sdtPr>
                  <w:sdtEndPr/>
                  <w:sdtContent>
                    <w:r w:rsidR="00BA17C9">
                      <w:rPr>
                        <w:color w:val="777777"/>
                      </w:rPr>
                      <w:t>Click or tap here to enter tex</w:t>
                    </w:r>
                  </w:sdtContent>
                </w:sdt>
                <w:r w:rsidR="00F1416B">
                  <w:rPr>
                    <w:color w:val="777777"/>
                  </w:rPr>
                  <w:t>t</w:t>
                </w:r>
              </w:p>
            </w:sdtContent>
          </w:sdt>
        </w:tc>
      </w:tr>
    </w:tbl>
    <w:p w14:paraId="6D98A12B" w14:textId="77777777" w:rsidR="00FC3769" w:rsidRDefault="00FC3769"/>
    <w:tbl>
      <w:tblPr>
        <w:tblW w:w="0" w:type="auto"/>
        <w:jc w:val="center"/>
        <w:tblLook w:val="04A0" w:firstRow="1" w:lastRow="0" w:firstColumn="1" w:lastColumn="0" w:noHBand="0" w:noVBand="1"/>
      </w:tblPr>
      <w:tblGrid>
        <w:gridCol w:w="10646"/>
      </w:tblGrid>
      <w:tr w:rsidR="00FC3769" w14:paraId="46768AEA"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2B7740E" w14:textId="6036346F" w:rsidR="00FC3769" w:rsidRDefault="00BA17C9">
            <w:r>
              <w:rPr>
                <w:b/>
                <w:color w:val="0F243E"/>
              </w:rPr>
              <w:t>Known triggers or situations that have led to challenging behaviour</w:t>
            </w:r>
            <w:r w:rsidR="009836D4">
              <w:rPr>
                <w:b/>
                <w:color w:val="0F243E"/>
              </w:rPr>
              <w:t xml:space="preserve"> and measures in place to address known triggers</w:t>
            </w:r>
            <w:r>
              <w:rPr>
                <w:b/>
                <w:color w:val="0F243E"/>
              </w:rPr>
              <w:t xml:space="preserve"> *</w:t>
            </w:r>
          </w:p>
        </w:tc>
      </w:tr>
      <w:tr w:rsidR="00FC3769" w14:paraId="009896FB"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sdt>
            <w:sdtPr>
              <w:alias w:val="Information cell"/>
              <w:tag w:val="INFO_CELL_0146"/>
              <w:id w:val="-1427957929"/>
              <w:lock w:val="sdtLocked"/>
            </w:sdtPr>
            <w:sdtEndPr/>
            <w:sdtContent>
              <w:p w14:paraId="7969BABA" w14:textId="4EE4F5A3" w:rsidR="00FC3769" w:rsidRDefault="006E6BC2">
                <w:sdt>
                  <w:sdtPr>
                    <w:alias w:val="Information field"/>
                    <w:tag w:val="INFO_FIELD_0041"/>
                    <w:id w:val="1173534690"/>
                    <w:lock w:val="sdtLocked"/>
                  </w:sdtPr>
                  <w:sdtEndPr/>
                  <w:sdtContent>
                    <w:r w:rsidR="00BA17C9">
                      <w:rPr>
                        <w:color w:val="777777"/>
                      </w:rPr>
                      <w:t>Click or tap here to enter text.</w:t>
                    </w:r>
                  </w:sdtContent>
                </w:sdt>
              </w:p>
            </w:sdtContent>
          </w:sdt>
        </w:tc>
      </w:tr>
    </w:tbl>
    <w:p w14:paraId="5997CC1D" w14:textId="77777777" w:rsidR="00FC3769" w:rsidRDefault="00FC3769"/>
    <w:tbl>
      <w:tblPr>
        <w:tblW w:w="0" w:type="auto"/>
        <w:jc w:val="center"/>
        <w:tblLook w:val="04A0" w:firstRow="1" w:lastRow="0" w:firstColumn="1" w:lastColumn="0" w:noHBand="0" w:noVBand="1"/>
      </w:tblPr>
      <w:tblGrid>
        <w:gridCol w:w="10646"/>
      </w:tblGrid>
      <w:tr w:rsidR="00FC3769" w14:paraId="0A579715"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FAD71BC" w14:textId="77777777" w:rsidR="00FC3769" w:rsidRDefault="00BA17C9">
            <w:r>
              <w:rPr>
                <w:b/>
                <w:color w:val="0F243E"/>
              </w:rPr>
              <w:t>Suspensions and reasons for suspensions *</w:t>
            </w:r>
            <w:r>
              <w:rPr>
                <w:i/>
                <w:color w:val="555555"/>
                <w:sz w:val="16"/>
              </w:rPr>
              <w:br/>
              <w:t>Include dates where available.</w:t>
            </w:r>
          </w:p>
        </w:tc>
      </w:tr>
      <w:tr w:rsidR="00FC3769" w14:paraId="7951373D"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p w14:paraId="0DE05ADD" w14:textId="77777777" w:rsidR="00FC3769" w:rsidRDefault="00FC3769"/>
          <w:tbl>
            <w:tblPr>
              <w:tblStyle w:val="TableGrid"/>
              <w:tblW w:w="0" w:type="auto"/>
              <w:tblLook w:val="04A0" w:firstRow="1" w:lastRow="0" w:firstColumn="1" w:lastColumn="0" w:noHBand="0" w:noVBand="1"/>
            </w:tblPr>
            <w:tblGrid>
              <w:gridCol w:w="1162"/>
              <w:gridCol w:w="9274"/>
            </w:tblGrid>
            <w:tr w:rsidR="00B1285F" w14:paraId="2D6C4162" w14:textId="77777777" w:rsidTr="002F2661">
              <w:tc>
                <w:tcPr>
                  <w:tcW w:w="1162" w:type="dxa"/>
                </w:tcPr>
                <w:p w14:paraId="730A7EBD" w14:textId="77777777" w:rsidR="00B1285F" w:rsidRDefault="00B1285F" w:rsidP="00B1285F">
                  <w:pPr>
                    <w:rPr>
                      <w:color w:val="777777"/>
                    </w:rPr>
                  </w:pPr>
                  <w:r>
                    <w:rPr>
                      <w:color w:val="777777"/>
                    </w:rPr>
                    <w:t xml:space="preserve">Date </w:t>
                  </w:r>
                </w:p>
              </w:tc>
              <w:tc>
                <w:tcPr>
                  <w:tcW w:w="9274" w:type="dxa"/>
                </w:tcPr>
                <w:p w14:paraId="74AD0A2C" w14:textId="77777777" w:rsidR="00B1285F" w:rsidRDefault="00B1285F" w:rsidP="00B1285F">
                  <w:pPr>
                    <w:rPr>
                      <w:color w:val="777777"/>
                    </w:rPr>
                  </w:pPr>
                  <w:r>
                    <w:rPr>
                      <w:color w:val="777777"/>
                    </w:rPr>
                    <w:t>Reason</w:t>
                  </w:r>
                </w:p>
              </w:tc>
            </w:tr>
            <w:tr w:rsidR="00B1285F" w14:paraId="4EE301D4" w14:textId="77777777" w:rsidTr="002F2661">
              <w:tc>
                <w:tcPr>
                  <w:tcW w:w="1162" w:type="dxa"/>
                </w:tcPr>
                <w:sdt>
                  <w:sdtPr>
                    <w:alias w:val="Information cell"/>
                    <w:tag w:val="INFO_CELL_0147"/>
                    <w:id w:val="-1286039295"/>
                    <w:lock w:val="sdtLocked"/>
                  </w:sdtPr>
                  <w:sdtEndPr/>
                  <w:sdtContent>
                    <w:p w14:paraId="2D1508C5" w14:textId="77777777" w:rsidR="00B1285F" w:rsidRDefault="00B1285F" w:rsidP="00B1285F">
                      <w:pPr>
                        <w:rPr>
                          <w:color w:val="777777"/>
                        </w:rPr>
                      </w:pPr>
                    </w:p>
                    <w:p w14:paraId="1AFE41F0" w14:textId="77777777" w:rsidR="00B1285F" w:rsidRDefault="00B1285F" w:rsidP="00B1285F">
                      <w:pPr>
                        <w:rPr>
                          <w:color w:val="777777"/>
                        </w:rPr>
                      </w:pPr>
                    </w:p>
                    <w:p w14:paraId="27345BE5" w14:textId="77777777" w:rsidR="00B1285F" w:rsidRDefault="006E6BC2" w:rsidP="00B1285F">
                      <w:pPr>
                        <w:rPr>
                          <w:color w:val="777777"/>
                        </w:rPr>
                      </w:pPr>
                    </w:p>
                  </w:sdtContent>
                </w:sdt>
              </w:tc>
              <w:tc>
                <w:tcPr>
                  <w:tcW w:w="9274" w:type="dxa"/>
                </w:tcPr>
                <w:sdt>
                  <w:sdtPr>
                    <w:alias w:val="Information cell"/>
                    <w:tag w:val="INFO_CELL_0148"/>
                    <w:id w:val="172309562"/>
                    <w:lock w:val="sdtLocked"/>
                  </w:sdtPr>
                  <w:sdtEndPr/>
                  <w:sdtContent>
                    <w:p w14:paraId="1EB63384" w14:textId="77777777" w:rsidR="00B1285F" w:rsidRDefault="006E6BC2" w:rsidP="00B1285F">
                      <w:pPr>
                        <w:rPr>
                          <w:color w:val="777777"/>
                        </w:rPr>
                      </w:pPr>
                    </w:p>
                  </w:sdtContent>
                </w:sdt>
              </w:tc>
            </w:tr>
          </w:tbl>
          <w:p w14:paraId="799344B3" w14:textId="0A119621" w:rsidR="00B1285F" w:rsidRDefault="00B1285F"/>
        </w:tc>
      </w:tr>
    </w:tbl>
    <w:p w14:paraId="110FFD37" w14:textId="77777777" w:rsidR="00FC3769" w:rsidRDefault="00FC3769"/>
    <w:tbl>
      <w:tblPr>
        <w:tblW w:w="0" w:type="auto"/>
        <w:jc w:val="center"/>
        <w:tblLook w:val="04A0" w:firstRow="1" w:lastRow="0" w:firstColumn="1" w:lastColumn="0" w:noHBand="0" w:noVBand="1"/>
      </w:tblPr>
      <w:tblGrid>
        <w:gridCol w:w="10646"/>
      </w:tblGrid>
      <w:tr w:rsidR="00FC3769" w14:paraId="2367A1D0"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CD42C29" w14:textId="77777777" w:rsidR="00FC3769" w:rsidRDefault="00BA17C9">
            <w:r>
              <w:rPr>
                <w:b/>
                <w:color w:val="0F243E"/>
              </w:rPr>
              <w:t>Additional information to support placement planning</w:t>
            </w:r>
          </w:p>
        </w:tc>
      </w:tr>
      <w:tr w:rsidR="00FC3769" w14:paraId="3CE90E81"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FFFFFF"/>
            <w:tcMar>
              <w:top w:w="90" w:type="dxa"/>
              <w:left w:w="100" w:type="dxa"/>
              <w:bottom w:w="90" w:type="dxa"/>
              <w:right w:w="100" w:type="dxa"/>
            </w:tcMar>
            <w:vAlign w:val="center"/>
          </w:tcPr>
          <w:sdt>
            <w:sdtPr>
              <w:alias w:val="Information cell"/>
              <w:tag w:val="INFO_CELL_0149"/>
              <w:id w:val="1241753152"/>
              <w:lock w:val="sdtLocked"/>
            </w:sdtPr>
            <w:sdtEndPr/>
            <w:sdtContent>
              <w:p w14:paraId="0CB5F471" w14:textId="5720F90C" w:rsidR="00FC3769" w:rsidRDefault="006E6BC2">
                <w:sdt>
                  <w:sdtPr>
                    <w:alias w:val="Information field"/>
                    <w:tag w:val="INFO_FIELD_0042"/>
                    <w:id w:val="-1084372704"/>
                    <w:lock w:val="sdtLocked"/>
                  </w:sdtPr>
                  <w:sdtEndPr/>
                  <w:sdtContent>
                    <w:r w:rsidR="00BA17C9">
                      <w:rPr>
                        <w:color w:val="777777"/>
                      </w:rPr>
                      <w:t>Click or tap here to enter text.</w:t>
                    </w:r>
                  </w:sdtContent>
                </w:sdt>
              </w:p>
            </w:sdtContent>
          </w:sdt>
        </w:tc>
      </w:tr>
    </w:tbl>
    <w:p w14:paraId="1F72F646" w14:textId="77777777" w:rsidR="00FC3769" w:rsidRDefault="00FC3769"/>
    <w:p w14:paraId="6F8582C8" w14:textId="77777777" w:rsidR="00FC3769" w:rsidRDefault="00BA17C9">
      <w:pPr>
        <w:spacing w:before="160" w:after="60"/>
        <w:rPr>
          <w:b/>
          <w:color w:val="1F4E79"/>
          <w:sz w:val="26"/>
        </w:rPr>
      </w:pPr>
      <w:r>
        <w:rPr>
          <w:b/>
          <w:color w:val="1F4E79"/>
          <w:sz w:val="26"/>
        </w:rPr>
        <w:lastRenderedPageBreak/>
        <w:t>9. Referral Checklist</w:t>
      </w:r>
    </w:p>
    <w:p w14:paraId="75FEFFC1" w14:textId="0FADCCD6" w:rsidR="00204280" w:rsidRDefault="006E6BC2" w:rsidP="00204280">
      <w:sdt>
        <w:sdtPr>
          <w:id w:val="1495758358"/>
          <w14:checkbox>
            <w14:checked w14:val="0"/>
            <w14:checkedState w14:val="2612" w14:font="MS Gothic"/>
            <w14:uncheckedState w14:val="2610" w14:font="MS Gothic"/>
          </w14:checkbox>
        </w:sdtPr>
        <w:sdtEndPr/>
        <w:sdtContent>
          <w:r w:rsidR="006035CB">
            <w:rPr>
              <w:rFonts w:ascii="MS Gothic" w:eastAsia="MS Gothic" w:hAnsi="MS Gothic" w:hint="eastAsia"/>
            </w:rPr>
            <w:t>☐</w:t>
          </w:r>
        </w:sdtContent>
      </w:sdt>
      <w:proofErr w:type="gramStart"/>
      <w:r w:rsidR="00204280">
        <w:t>Form</w:t>
      </w:r>
      <w:proofErr w:type="gramEnd"/>
      <w:r w:rsidR="00204280">
        <w:t xml:space="preserve"> completed fully and with as much detail as possible</w:t>
      </w:r>
    </w:p>
    <w:p w14:paraId="52A679CF" w14:textId="4D9B87F6" w:rsidR="00204280" w:rsidRDefault="006E6BC2" w:rsidP="00204280">
      <w:sdt>
        <w:sdtPr>
          <w:id w:val="-203793376"/>
          <w14:checkbox>
            <w14:checked w14:val="0"/>
            <w14:checkedState w14:val="2612" w14:font="MS Gothic"/>
            <w14:uncheckedState w14:val="2610" w14:font="MS Gothic"/>
          </w14:checkbox>
        </w:sdtPr>
        <w:sdtEndPr/>
        <w:sdtContent>
          <w:r w:rsidR="00694B11">
            <w:rPr>
              <w:rFonts w:ascii="MS Gothic" w:eastAsia="MS Gothic" w:hAnsi="MS Gothic" w:hint="eastAsia"/>
            </w:rPr>
            <w:t>☐</w:t>
          </w:r>
        </w:sdtContent>
      </w:sdt>
      <w:proofErr w:type="gramStart"/>
      <w:r w:rsidR="00204280">
        <w:t>SEND</w:t>
      </w:r>
      <w:proofErr w:type="gramEnd"/>
      <w:r w:rsidR="00204280">
        <w:t xml:space="preserve"> information completed</w:t>
      </w:r>
    </w:p>
    <w:p w14:paraId="579BED37" w14:textId="572BCC92" w:rsidR="00204280" w:rsidRDefault="006E6BC2" w:rsidP="00204280">
      <w:sdt>
        <w:sdtPr>
          <w:id w:val="-728768838"/>
          <w14:checkbox>
            <w14:checked w14:val="0"/>
            <w14:checkedState w14:val="2612" w14:font="MS Gothic"/>
            <w14:uncheckedState w14:val="2610" w14:font="MS Gothic"/>
          </w14:checkbox>
        </w:sdtPr>
        <w:sdtEndPr/>
        <w:sdtContent>
          <w:r w:rsidR="00694B11">
            <w:rPr>
              <w:rFonts w:ascii="MS Gothic" w:eastAsia="MS Gothic" w:hAnsi="MS Gothic" w:hint="eastAsia"/>
            </w:rPr>
            <w:t>☐</w:t>
          </w:r>
        </w:sdtContent>
      </w:sdt>
      <w:r w:rsidR="00204280">
        <w:t>Safeguarding information completed</w:t>
      </w:r>
    </w:p>
    <w:p w14:paraId="13E829DB" w14:textId="77777777" w:rsidR="00204280" w:rsidRDefault="006E6BC2" w:rsidP="00204280">
      <w:sdt>
        <w:sdtPr>
          <w:id w:val="-944995447"/>
          <w14:checkbox>
            <w14:checked w14:val="0"/>
            <w14:checkedState w14:val="2612" w14:font="MS Gothic"/>
            <w14:uncheckedState w14:val="2610" w14:font="MS Gothic"/>
          </w14:checkbox>
        </w:sdtPr>
        <w:sdtEndPr/>
        <w:sdtContent>
          <w:r w:rsidR="00204280">
            <w:rPr>
              <w:rFonts w:ascii="MS Gothic" w:eastAsia="MS Gothic" w:hAnsi="MS Gothic" w:hint="eastAsia"/>
            </w:rPr>
            <w:t>☐</w:t>
          </w:r>
        </w:sdtContent>
      </w:sdt>
      <w:r w:rsidR="00204280">
        <w:t>Headteacher / Principal aware of the referral</w:t>
      </w:r>
    </w:p>
    <w:p w14:paraId="56A4CC0D" w14:textId="77777777" w:rsidR="009C1CDD" w:rsidRDefault="009C1CDD" w:rsidP="009C1CDD">
      <w:pPr>
        <w:spacing w:before="160" w:after="60"/>
      </w:pPr>
    </w:p>
    <w:p w14:paraId="75889C4C" w14:textId="77777777" w:rsidR="00FC3769" w:rsidRDefault="00BA17C9">
      <w:pPr>
        <w:spacing w:before="160" w:after="60"/>
      </w:pPr>
      <w:r>
        <w:rPr>
          <w:b/>
          <w:color w:val="1F4E79"/>
          <w:sz w:val="26"/>
        </w:rPr>
        <w:t>10. Referrer Declaration</w:t>
      </w:r>
    </w:p>
    <w:tbl>
      <w:tblPr>
        <w:tblW w:w="0" w:type="auto"/>
        <w:jc w:val="center"/>
        <w:tblLook w:val="04A0" w:firstRow="1" w:lastRow="0" w:firstColumn="1" w:lastColumn="0" w:noHBand="0" w:noVBand="1"/>
      </w:tblPr>
      <w:tblGrid>
        <w:gridCol w:w="1775"/>
        <w:gridCol w:w="1774"/>
        <w:gridCol w:w="1774"/>
        <w:gridCol w:w="1774"/>
        <w:gridCol w:w="1775"/>
        <w:gridCol w:w="1774"/>
      </w:tblGrid>
      <w:tr w:rsidR="005E26FB" w14:paraId="7CE38CD5" w14:textId="77777777" w:rsidTr="009F10C4">
        <w:trPr>
          <w:jc w:val="center"/>
        </w:trPr>
        <w:tc>
          <w:tcPr>
            <w:tcW w:w="10646" w:type="dxa"/>
            <w:gridSpan w:val="6"/>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4B7905E2" w14:textId="34D22A84" w:rsidR="005E26FB" w:rsidRDefault="006E6BC2" w:rsidP="002F2661">
            <w:pPr>
              <w:spacing w:after="0"/>
            </w:pPr>
            <w:sdt>
              <w:sdtPr>
                <w:rPr>
                  <w:b/>
                  <w:color w:val="0F243E"/>
                  <w:sz w:val="20"/>
                  <w:szCs w:val="24"/>
                </w:rPr>
                <w:id w:val="1928841444"/>
                <w14:checkbox>
                  <w14:checked w14:val="0"/>
                  <w14:checkedState w14:val="2612" w14:font="MS Gothic"/>
                  <w14:uncheckedState w14:val="2610" w14:font="MS Gothic"/>
                </w14:checkbox>
              </w:sdtPr>
              <w:sdtEndPr/>
              <w:sdtContent>
                <w:r w:rsidR="006035CB">
                  <w:rPr>
                    <w:rFonts w:ascii="MS Gothic" w:eastAsia="MS Gothic" w:hAnsi="MS Gothic" w:hint="eastAsia"/>
                    <w:b/>
                    <w:color w:val="0F243E"/>
                    <w:sz w:val="20"/>
                    <w:szCs w:val="24"/>
                  </w:rPr>
                  <w:t>☐</w:t>
                </w:r>
              </w:sdtContent>
            </w:sdt>
            <w:r w:rsidR="005E26FB" w:rsidRPr="004D700B">
              <w:rPr>
                <w:b/>
                <w:color w:val="0F243E"/>
                <w:sz w:val="20"/>
                <w:szCs w:val="24"/>
              </w:rPr>
              <w:t xml:space="preserve"> I confirm that I have completed this form and that the information provided is accurate to the best of my knowledge.</w:t>
            </w:r>
            <w:r w:rsidR="005E26FB" w:rsidRPr="004D700B">
              <w:rPr>
                <w:b/>
                <w:color w:val="0F243E"/>
                <w:sz w:val="20"/>
                <w:szCs w:val="24"/>
              </w:rPr>
              <w:br/>
            </w:r>
            <w:sdt>
              <w:sdtPr>
                <w:rPr>
                  <w:b/>
                  <w:color w:val="0F243E"/>
                  <w:sz w:val="20"/>
                  <w:szCs w:val="24"/>
                </w:rPr>
                <w:id w:val="1815150695"/>
                <w14:checkbox>
                  <w14:checked w14:val="0"/>
                  <w14:checkedState w14:val="2612" w14:font="MS Gothic"/>
                  <w14:uncheckedState w14:val="2610" w14:font="MS Gothic"/>
                </w14:checkbox>
              </w:sdtPr>
              <w:sdtEndPr/>
              <w:sdtContent>
                <w:r w:rsidR="006035CB">
                  <w:rPr>
                    <w:rFonts w:ascii="MS Gothic" w:eastAsia="MS Gothic" w:hAnsi="MS Gothic" w:hint="eastAsia"/>
                    <w:b/>
                    <w:color w:val="0F243E"/>
                    <w:sz w:val="20"/>
                    <w:szCs w:val="24"/>
                  </w:rPr>
                  <w:t>☐</w:t>
                </w:r>
              </w:sdtContent>
            </w:sdt>
            <w:r w:rsidR="005E26FB" w:rsidRPr="004D700B">
              <w:rPr>
                <w:b/>
                <w:color w:val="0F243E"/>
                <w:sz w:val="20"/>
                <w:szCs w:val="24"/>
              </w:rPr>
              <w:t xml:space="preserve"> I confirm that the information in this form has been discussed with the parent/carer and they are aware of the Fair Access Process and Protocol.</w:t>
            </w:r>
          </w:p>
        </w:tc>
      </w:tr>
      <w:tr w:rsidR="005E26FB" w14:paraId="31586DFE" w14:textId="77777777" w:rsidTr="002F2661">
        <w:trPr>
          <w:jc w:val="center"/>
        </w:trPr>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409ED07F" w14:textId="77777777" w:rsidR="005E26FB" w:rsidRDefault="005E26FB" w:rsidP="002F2661">
            <w:pPr>
              <w:spacing w:after="0"/>
            </w:pPr>
            <w:r>
              <w:rPr>
                <w:b/>
                <w:color w:val="0F243E"/>
                <w:sz w:val="17"/>
              </w:rPr>
              <w:t>Name of person completing form *</w:t>
            </w:r>
          </w:p>
        </w:tc>
        <w:tc>
          <w:tcPr>
            <w:tcW w:w="177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50"/>
              <w:id w:val="1323934717"/>
              <w:lock w:val="sdtLocked"/>
            </w:sdtPr>
            <w:sdtEndPr/>
            <w:sdtContent>
              <w:p w14:paraId="27B18190" w14:textId="77777777" w:rsidR="005E26FB" w:rsidRDefault="006E6BC2" w:rsidP="002F2661">
                <w:pPr>
                  <w:spacing w:after="0"/>
                </w:pPr>
                <w:sdt>
                  <w:sdtPr>
                    <w:alias w:val="Information field"/>
                    <w:tag w:val="INFO_FIELD_0043"/>
                    <w:id w:val="1417128362"/>
                    <w:lock w:val="sdtLocked"/>
                  </w:sdtPr>
                  <w:sdtEndPr/>
                  <w:sdtContent>
                    <w:r w:rsidR="005E26FB">
                      <w:rPr>
                        <w:color w:val="666666"/>
                        <w:sz w:val="17"/>
                      </w:rPr>
                      <w:t>Click or tap here to enter text.</w:t>
                    </w:r>
                  </w:sdtContent>
                </w:sdt>
              </w:p>
            </w:sdtContent>
          </w:sdt>
        </w:tc>
        <w:tc>
          <w:tcPr>
            <w:tcW w:w="177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5FC43A97" w14:textId="77777777" w:rsidR="005E26FB" w:rsidRDefault="005E26FB" w:rsidP="002F2661">
            <w:pPr>
              <w:spacing w:after="0"/>
            </w:pPr>
            <w:r>
              <w:rPr>
                <w:b/>
                <w:color w:val="0F243E"/>
                <w:sz w:val="17"/>
              </w:rPr>
              <w:t>Position *</w:t>
            </w:r>
          </w:p>
        </w:tc>
        <w:tc>
          <w:tcPr>
            <w:tcW w:w="177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51"/>
              <w:id w:val="-431129263"/>
              <w:lock w:val="sdtLocked"/>
            </w:sdtPr>
            <w:sdtEndPr/>
            <w:sdtContent>
              <w:p w14:paraId="0608A56D" w14:textId="77777777" w:rsidR="005E26FB" w:rsidRDefault="006E6BC2" w:rsidP="002F2661">
                <w:pPr>
                  <w:spacing w:after="0"/>
                </w:pPr>
                <w:sdt>
                  <w:sdtPr>
                    <w:alias w:val="Information field"/>
                    <w:tag w:val="INFO_FIELD_0044"/>
                    <w:id w:val="2054343109"/>
                    <w:lock w:val="sdtLocked"/>
                  </w:sdtPr>
                  <w:sdtEndPr/>
                  <w:sdtContent>
                    <w:r w:rsidR="005E26FB">
                      <w:rPr>
                        <w:color w:val="666666"/>
                        <w:sz w:val="17"/>
                      </w:rPr>
                      <w:t>Click or tap here to enter text.</w:t>
                    </w:r>
                  </w:sdtContent>
                </w:sdt>
              </w:p>
            </w:sdtContent>
          </w:sdt>
        </w:tc>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14BEEFA9" w14:textId="77777777" w:rsidR="005E26FB" w:rsidRDefault="005E26FB" w:rsidP="002F2661">
            <w:pPr>
              <w:spacing w:after="0"/>
            </w:pPr>
            <w:r>
              <w:rPr>
                <w:b/>
                <w:color w:val="0F243E"/>
                <w:sz w:val="17"/>
              </w:rPr>
              <w:t>Date completed *</w:t>
            </w:r>
          </w:p>
        </w:tc>
        <w:sdt>
          <w:sdtPr>
            <w:id w:val="1614933248"/>
            <w:placeholder>
              <w:docPart w:val="DefaultPlaceholder_-1854013437"/>
            </w:placeholder>
            <w:showingPlcHdr/>
            <w:date>
              <w:dateFormat w:val="dd/MM/yyyy"/>
              <w:lid w:val="en-GB"/>
              <w:storeMappedDataAs w:val="dateTime"/>
              <w:calendar w:val="gregorian"/>
            </w:date>
          </w:sdtPr>
          <w:sdtEndPr/>
          <w:sdtContent>
            <w:tc>
              <w:tcPr>
                <w:tcW w:w="177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7BFCEE8C" w14:textId="400653F6" w:rsidR="005E26FB" w:rsidRDefault="00CA5FFD" w:rsidP="002F2661">
                <w:pPr>
                  <w:spacing w:after="0"/>
                </w:pPr>
                <w:r w:rsidRPr="009F4327">
                  <w:rPr>
                    <w:rStyle w:val="PlaceholderText"/>
                  </w:rPr>
                  <w:t>Click or tap to enter a date.</w:t>
                </w:r>
              </w:p>
            </w:tc>
          </w:sdtContent>
        </w:sdt>
      </w:tr>
      <w:tr w:rsidR="005E26FB" w14:paraId="2ABFEC62" w14:textId="77777777" w:rsidTr="002F2661">
        <w:trPr>
          <w:jc w:val="center"/>
        </w:trPr>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288069F0" w14:textId="77777777" w:rsidR="005E26FB" w:rsidRDefault="005E26FB" w:rsidP="002F2661">
            <w:pPr>
              <w:spacing w:after="0"/>
              <w:rPr>
                <w:b/>
                <w:color w:val="0F243E"/>
                <w:sz w:val="17"/>
              </w:rPr>
            </w:pPr>
            <w:r>
              <w:rPr>
                <w:b/>
                <w:color w:val="0F243E"/>
                <w:sz w:val="17"/>
              </w:rPr>
              <w:t>Email Address</w:t>
            </w:r>
          </w:p>
        </w:tc>
        <w:tc>
          <w:tcPr>
            <w:tcW w:w="8871" w:type="dxa"/>
            <w:gridSpan w:val="5"/>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52"/>
              <w:id w:val="-637884503"/>
              <w:lock w:val="sdtLocked"/>
            </w:sdtPr>
            <w:sdtEndPr/>
            <w:sdtContent>
              <w:p w14:paraId="616CECA9" w14:textId="77777777" w:rsidR="005E26FB" w:rsidRDefault="006E6BC2" w:rsidP="002F2661">
                <w:pPr>
                  <w:spacing w:after="0"/>
                  <w:rPr>
                    <w:color w:val="666666"/>
                    <w:sz w:val="17"/>
                  </w:rPr>
                </w:pPr>
              </w:p>
            </w:sdtContent>
          </w:sdt>
        </w:tc>
      </w:tr>
      <w:tr w:rsidR="005E26FB" w14:paraId="311CD24A" w14:textId="77777777" w:rsidTr="002F2661">
        <w:trPr>
          <w:jc w:val="center"/>
        </w:trPr>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1FDC2F0A" w14:textId="77777777" w:rsidR="005E26FB" w:rsidRDefault="005E26FB" w:rsidP="002F2661">
            <w:pPr>
              <w:spacing w:after="0"/>
              <w:rPr>
                <w:b/>
                <w:color w:val="0F243E"/>
                <w:sz w:val="17"/>
              </w:rPr>
            </w:pPr>
            <w:r>
              <w:rPr>
                <w:b/>
                <w:color w:val="0F243E"/>
                <w:sz w:val="17"/>
              </w:rPr>
              <w:t>Telephone Contact Number</w:t>
            </w:r>
          </w:p>
        </w:tc>
        <w:tc>
          <w:tcPr>
            <w:tcW w:w="8871" w:type="dxa"/>
            <w:gridSpan w:val="5"/>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53"/>
              <w:id w:val="1767498162"/>
              <w:lock w:val="sdtLocked"/>
            </w:sdtPr>
            <w:sdtEndPr/>
            <w:sdtContent>
              <w:p w14:paraId="5D055864" w14:textId="77777777" w:rsidR="005E26FB" w:rsidRDefault="006E6BC2" w:rsidP="002F2661">
                <w:pPr>
                  <w:spacing w:after="0"/>
                  <w:rPr>
                    <w:color w:val="666666"/>
                    <w:sz w:val="17"/>
                  </w:rPr>
                </w:pPr>
              </w:p>
            </w:sdtContent>
          </w:sdt>
        </w:tc>
      </w:tr>
      <w:tr w:rsidR="005E26FB" w14:paraId="03DDEBA0" w14:textId="77777777" w:rsidTr="002F2661">
        <w:trPr>
          <w:jc w:val="center"/>
        </w:trPr>
        <w:tc>
          <w:tcPr>
            <w:tcW w:w="10646" w:type="dxa"/>
            <w:gridSpan w:val="6"/>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39BC322E" w14:textId="77777777" w:rsidR="005E26FB" w:rsidRDefault="005E26FB" w:rsidP="002F2661">
            <w:pPr>
              <w:spacing w:after="0"/>
              <w:jc w:val="center"/>
            </w:pPr>
            <w:r w:rsidRPr="00F1416B">
              <w:rPr>
                <w:b/>
                <w:bCs/>
                <w:sz w:val="28"/>
                <w:szCs w:val="36"/>
              </w:rPr>
              <w:t xml:space="preserve">Copies of all Completed LIFs must be sent to </w:t>
            </w:r>
            <w:hyperlink r:id="rId8" w:history="1">
              <w:r w:rsidRPr="004900B8">
                <w:rPr>
                  <w:rStyle w:val="Hyperlink"/>
                  <w:b/>
                  <w:bCs/>
                  <w:sz w:val="28"/>
                  <w:szCs w:val="36"/>
                </w:rPr>
                <w:t>exclusions@warwickshire.gov.uk</w:t>
              </w:r>
            </w:hyperlink>
          </w:p>
        </w:tc>
      </w:tr>
    </w:tbl>
    <w:p w14:paraId="00FDD485" w14:textId="77777777" w:rsidR="00BA17C9" w:rsidRDefault="00BA17C9"/>
    <w:sectPr w:rsidR="00BA17C9" w:rsidSect="00034616">
      <w:headerReference w:type="default" r:id="rId9"/>
      <w:footerReference w:type="even" r:id="rId10"/>
      <w:footerReference w:type="default" r:id="rId11"/>
      <w:footerReference w:type="first" r:id="rId12"/>
      <w:pgSz w:w="12240" w:h="15840"/>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F92E7" w14:textId="77777777" w:rsidR="006E6BC2" w:rsidRDefault="006E6BC2">
      <w:pPr>
        <w:spacing w:after="0" w:line="240" w:lineRule="auto"/>
      </w:pPr>
      <w:r>
        <w:separator/>
      </w:r>
    </w:p>
  </w:endnote>
  <w:endnote w:type="continuationSeparator" w:id="0">
    <w:p w14:paraId="45597A92" w14:textId="77777777" w:rsidR="006E6BC2" w:rsidRDefault="006E6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C1DA" w14:textId="5A90D5B4" w:rsidR="00416F40" w:rsidRDefault="00416F40">
    <w:pPr>
      <w:pStyle w:val="Footer"/>
    </w:pPr>
    <w:r>
      <w:rPr>
        <w:noProof/>
      </w:rPr>
      <mc:AlternateContent>
        <mc:Choice Requires="wps">
          <w:drawing>
            <wp:anchor distT="0" distB="0" distL="0" distR="0" simplePos="0" relativeHeight="251659264" behindDoc="0" locked="0" layoutInCell="1" allowOverlap="1" wp14:anchorId="016347A4" wp14:editId="23339DAB">
              <wp:simplePos x="635" y="635"/>
              <wp:positionH relativeFrom="page">
                <wp:align>center</wp:align>
              </wp:positionH>
              <wp:positionV relativeFrom="page">
                <wp:align>bottom</wp:align>
              </wp:positionV>
              <wp:extent cx="1076325" cy="361950"/>
              <wp:effectExtent l="0" t="0" r="9525" b="0"/>
              <wp:wrapNone/>
              <wp:docPr id="542857823" name="Text Box 2" descr="OFFICIAL -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325" cy="361950"/>
                      </a:xfrm>
                      <a:prstGeom prst="rect">
                        <a:avLst/>
                      </a:prstGeom>
                      <a:noFill/>
                      <a:ln>
                        <a:noFill/>
                      </a:ln>
                    </wps:spPr>
                    <wps:txbx>
                      <w:txbxContent>
                        <w:p w14:paraId="04C188BD" w14:textId="0FA760A7" w:rsidR="00416F40" w:rsidRPr="00416F40" w:rsidRDefault="00416F40" w:rsidP="00416F40">
                          <w:pPr>
                            <w:spacing w:after="0"/>
                            <w:rPr>
                              <w:rFonts w:cs="Aptos"/>
                              <w:noProof/>
                              <w:color w:val="000000"/>
                              <w:sz w:val="20"/>
                              <w:szCs w:val="20"/>
                            </w:rPr>
                          </w:pPr>
                          <w:r w:rsidRPr="00416F40">
                            <w:rPr>
                              <w:rFonts w:cs="Aptos"/>
                              <w:noProof/>
                              <w:color w:val="000000"/>
                              <w:sz w:val="20"/>
                              <w:szCs w:val="20"/>
                            </w:rPr>
                            <w:t xml:space="preserve">OFFICIAL -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6347A4" id="_x0000_t202" coordsize="21600,21600" o:spt="202" path="m,l,21600r21600,l21600,xe">
              <v:stroke joinstyle="miter"/>
              <v:path gradientshapeok="t" o:connecttype="rect"/>
            </v:shapetype>
            <v:shape id="Text Box 2" o:spid="_x0000_s1026" type="#_x0000_t202" alt="OFFICIAL - Sensitive " style="position:absolute;margin-left:0;margin-top:0;width:84.75pt;height:2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" filled="f" stroked="f">
              <v:textbox style="mso-fit-shape-to-text:t" inset="0,0,0,15pt">
                <w:txbxContent>
                  <w:p w14:paraId="04C188BD" w14:textId="0FA760A7" w:rsidR="00416F40" w:rsidRPr="00416F40" w:rsidRDefault="00416F40" w:rsidP="00416F40">
                    <w:pPr>
                      <w:spacing w:after="0"/>
                      <w:rPr>
                        <w:rFonts w:cs="Aptos"/>
                        <w:noProof/>
                        <w:color w:val="000000"/>
                        <w:sz w:val="20"/>
                        <w:szCs w:val="20"/>
                      </w:rPr>
                    </w:pPr>
                    <w:r w:rsidRPr="00416F40">
                      <w:rPr>
                        <w:rFonts w:cs="Aptos"/>
                        <w:noProof/>
                        <w:color w:val="000000"/>
                        <w:sz w:val="20"/>
                        <w:szCs w:val="20"/>
                      </w:rPr>
                      <w:t xml:space="preserve">OFFICIAL -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C805" w14:textId="5E4832AB" w:rsidR="001E777B" w:rsidRPr="001E777B" w:rsidRDefault="00416F40" w:rsidP="001E777B">
    <w:pPr>
      <w:pStyle w:val="Footer"/>
      <w:jc w:val="center"/>
      <w:rPr>
        <w:color w:val="666666"/>
        <w:sz w:val="16"/>
      </w:rPr>
    </w:pPr>
    <w:r>
      <w:rPr>
        <w:noProof/>
        <w:color w:val="666666"/>
        <w:sz w:val="16"/>
      </w:rPr>
      <mc:AlternateContent>
        <mc:Choice Requires="wps">
          <w:drawing>
            <wp:anchor distT="0" distB="0" distL="0" distR="0" simplePos="0" relativeHeight="251660288" behindDoc="0" locked="0" layoutInCell="1" allowOverlap="1" wp14:anchorId="3A1DDFDA" wp14:editId="26791E32">
              <wp:simplePos x="635" y="635"/>
              <wp:positionH relativeFrom="page">
                <wp:align>center</wp:align>
              </wp:positionH>
              <wp:positionV relativeFrom="page">
                <wp:align>bottom</wp:align>
              </wp:positionV>
              <wp:extent cx="1076325" cy="361950"/>
              <wp:effectExtent l="0" t="0" r="9525" b="0"/>
              <wp:wrapNone/>
              <wp:docPr id="1280177662" name="Text Box 3" descr="OFFICIAL -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325" cy="361950"/>
                      </a:xfrm>
                      <a:prstGeom prst="rect">
                        <a:avLst/>
                      </a:prstGeom>
                      <a:noFill/>
                      <a:ln>
                        <a:noFill/>
                      </a:ln>
                    </wps:spPr>
                    <wps:txbx>
                      <w:txbxContent>
                        <w:p w14:paraId="33236D1F" w14:textId="711DFCD3" w:rsidR="00416F40" w:rsidRPr="00416F40" w:rsidRDefault="00416F40" w:rsidP="00416F40">
                          <w:pPr>
                            <w:spacing w:after="0"/>
                            <w:rPr>
                              <w:rFonts w:cs="Aptos"/>
                              <w:noProof/>
                              <w:color w:val="000000"/>
                              <w:sz w:val="20"/>
                              <w:szCs w:val="20"/>
                            </w:rPr>
                          </w:pPr>
                          <w:r w:rsidRPr="00416F40">
                            <w:rPr>
                              <w:rFonts w:cs="Aptos"/>
                              <w:noProof/>
                              <w:color w:val="000000"/>
                              <w:sz w:val="20"/>
                              <w:szCs w:val="20"/>
                            </w:rPr>
                            <w:t xml:space="preserve">OFFICIAL -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1DDFDA" id="_x0000_t202" coordsize="21600,21600" o:spt="202" path="m,l,21600r21600,l21600,xe">
              <v:stroke joinstyle="miter"/>
              <v:path gradientshapeok="t" o:connecttype="rect"/>
            </v:shapetype>
            <v:shape id="Text Box 3" o:spid="_x0000_s1027" type="#_x0000_t202" alt="OFFICIAL - Sensitive " style="position:absolute;left:0;text-align:left;margin-left:0;margin-top:0;width:84.75pt;height:28.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" filled="f" stroked="f">
              <v:textbox style="mso-fit-shape-to-text:t" inset="0,0,0,15pt">
                <w:txbxContent>
                  <w:p w14:paraId="33236D1F" w14:textId="711DFCD3" w:rsidR="00416F40" w:rsidRPr="00416F40" w:rsidRDefault="00416F40" w:rsidP="00416F40">
                    <w:pPr>
                      <w:spacing w:after="0"/>
                      <w:rPr>
                        <w:rFonts w:cs="Aptos"/>
                        <w:noProof/>
                        <w:color w:val="000000"/>
                        <w:sz w:val="20"/>
                        <w:szCs w:val="20"/>
                      </w:rPr>
                    </w:pPr>
                    <w:r w:rsidRPr="00416F40">
                      <w:rPr>
                        <w:rFonts w:cs="Aptos"/>
                        <w:noProof/>
                        <w:color w:val="000000"/>
                        <w:sz w:val="20"/>
                        <w:szCs w:val="20"/>
                      </w:rPr>
                      <w:t xml:space="preserve">OFFICIAL - Sensitive </w:t>
                    </w:r>
                  </w:p>
                </w:txbxContent>
              </v:textbox>
              <w10:wrap anchorx="page" anchory="page"/>
            </v:shape>
          </w:pict>
        </mc:Fallback>
      </mc:AlternateContent>
    </w:r>
    <w:r w:rsidR="00BA17C9">
      <w:rPr>
        <w:color w:val="666666"/>
        <w:sz w:val="16"/>
      </w:rPr>
      <w:t>Secondary Learner Information Form</w:t>
    </w:r>
    <w:r w:rsidR="001E777B">
      <w:rPr>
        <w:color w:val="666666"/>
        <w:sz w:val="16"/>
      </w:rPr>
      <w:t xml:space="preserve"> – September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7515D" w14:textId="7317CCB0" w:rsidR="00416F40" w:rsidRDefault="00416F40">
    <w:pPr>
      <w:pStyle w:val="Footer"/>
    </w:pPr>
    <w:r>
      <w:rPr>
        <w:noProof/>
      </w:rPr>
      <mc:AlternateContent>
        <mc:Choice Requires="wps">
          <w:drawing>
            <wp:anchor distT="0" distB="0" distL="0" distR="0" simplePos="0" relativeHeight="251658240" behindDoc="0" locked="0" layoutInCell="1" allowOverlap="1" wp14:anchorId="73146A87" wp14:editId="72A8A169">
              <wp:simplePos x="635" y="635"/>
              <wp:positionH relativeFrom="page">
                <wp:align>center</wp:align>
              </wp:positionH>
              <wp:positionV relativeFrom="page">
                <wp:align>bottom</wp:align>
              </wp:positionV>
              <wp:extent cx="1076325" cy="361950"/>
              <wp:effectExtent l="0" t="0" r="9525" b="0"/>
              <wp:wrapNone/>
              <wp:docPr id="700601019" name="Text Box 1" descr="OFFICIAL -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325" cy="361950"/>
                      </a:xfrm>
                      <a:prstGeom prst="rect">
                        <a:avLst/>
                      </a:prstGeom>
                      <a:noFill/>
                      <a:ln>
                        <a:noFill/>
                      </a:ln>
                    </wps:spPr>
                    <wps:txbx>
                      <w:txbxContent>
                        <w:p w14:paraId="1131089A" w14:textId="2123BA23" w:rsidR="00416F40" w:rsidRPr="00416F40" w:rsidRDefault="00416F40" w:rsidP="00416F40">
                          <w:pPr>
                            <w:spacing w:after="0"/>
                            <w:rPr>
                              <w:rFonts w:cs="Aptos"/>
                              <w:noProof/>
                              <w:color w:val="000000"/>
                              <w:sz w:val="20"/>
                              <w:szCs w:val="20"/>
                            </w:rPr>
                          </w:pPr>
                          <w:r w:rsidRPr="00416F40">
                            <w:rPr>
                              <w:rFonts w:cs="Aptos"/>
                              <w:noProof/>
                              <w:color w:val="000000"/>
                              <w:sz w:val="20"/>
                              <w:szCs w:val="20"/>
                            </w:rPr>
                            <w:t xml:space="preserve">OFFICIAL -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146A87" id="_x0000_t202" coordsize="21600,21600" o:spt="202" path="m,l,21600r21600,l21600,xe">
              <v:stroke joinstyle="miter"/>
              <v:path gradientshapeok="t" o:connecttype="rect"/>
            </v:shapetype>
            <v:shape id="Text Box 1" o:spid="_x0000_s1028" type="#_x0000_t202" alt="OFFICIAL - Sensitive " style="position:absolute;margin-left:0;margin-top:0;width:84.75pt;height:28.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" filled="f" stroked="f">
              <v:textbox style="mso-fit-shape-to-text:t" inset="0,0,0,15pt">
                <w:txbxContent>
                  <w:p w14:paraId="1131089A" w14:textId="2123BA23" w:rsidR="00416F40" w:rsidRPr="00416F40" w:rsidRDefault="00416F40" w:rsidP="00416F40">
                    <w:pPr>
                      <w:spacing w:after="0"/>
                      <w:rPr>
                        <w:rFonts w:cs="Aptos"/>
                        <w:noProof/>
                        <w:color w:val="000000"/>
                        <w:sz w:val="20"/>
                        <w:szCs w:val="20"/>
                      </w:rPr>
                    </w:pPr>
                    <w:r w:rsidRPr="00416F40">
                      <w:rPr>
                        <w:rFonts w:cs="Aptos"/>
                        <w:noProof/>
                        <w:color w:val="000000"/>
                        <w:sz w:val="20"/>
                        <w:szCs w:val="20"/>
                      </w:rPr>
                      <w:t xml:space="preserve">OFFICIAL - Sensitive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55462" w14:textId="77777777" w:rsidR="006E6BC2" w:rsidRDefault="006E6BC2">
      <w:pPr>
        <w:spacing w:after="0" w:line="240" w:lineRule="auto"/>
      </w:pPr>
      <w:r>
        <w:separator/>
      </w:r>
    </w:p>
  </w:footnote>
  <w:footnote w:type="continuationSeparator" w:id="0">
    <w:p w14:paraId="5B079AD4" w14:textId="77777777" w:rsidR="006E6BC2" w:rsidRDefault="006E6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n-GB"/>
      </w:rPr>
      <w:id w:val="-180896535"/>
      <w:docPartObj>
        <w:docPartGallery w:val="Page Numbers (Top of Page)"/>
        <w:docPartUnique/>
      </w:docPartObj>
    </w:sdtPr>
    <w:sdtEndPr>
      <w:rPr>
        <w:b/>
        <w:bCs/>
        <w:color w:val="auto"/>
        <w:spacing w:val="0"/>
        <w:lang w:val="en-US"/>
      </w:rPr>
    </w:sdtEndPr>
    <w:sdtContent>
      <w:p w14:paraId="48BE43BD" w14:textId="1F90370B" w:rsidR="00CB5B14" w:rsidRDefault="00CB5B14">
        <w:pPr>
          <w:pStyle w:val="Header"/>
          <w:pBdr>
            <w:bottom w:val="single" w:sz="4" w:space="1" w:color="D9D9D9" w:themeColor="background1" w:themeShade="D9"/>
          </w:pBdr>
          <w:jc w:val="right"/>
          <w:rPr>
            <w:b/>
            <w:bCs/>
          </w:rPr>
        </w:pPr>
        <w:r>
          <w:rPr>
            <w:color w:val="7F7F7F" w:themeColor="background1" w:themeShade="7F"/>
            <w:spacing w:val="60"/>
            <w:lang w:val="en-GB"/>
          </w:rPr>
          <w:t>Page</w:t>
        </w:r>
        <w:r>
          <w:rPr>
            <w:lang w:val="en-GB"/>
          </w:rPr>
          <w:t xml:space="preserve"> | </w:t>
        </w:r>
        <w:r>
          <w:fldChar w:fldCharType="begin"/>
        </w:r>
        <w:r>
          <w:instrText>PAGE   \* MERGEFORMAT</w:instrText>
        </w:r>
        <w:r>
          <w:fldChar w:fldCharType="separate"/>
        </w:r>
        <w:r>
          <w:rPr>
            <w:b/>
            <w:bCs/>
            <w:lang w:val="en-GB"/>
          </w:rPr>
          <w:t>2</w:t>
        </w:r>
        <w:r>
          <w:rPr>
            <w:b/>
            <w:bCs/>
          </w:rPr>
          <w:fldChar w:fldCharType="end"/>
        </w:r>
      </w:p>
    </w:sdtContent>
  </w:sdt>
  <w:p w14:paraId="4EA2EE90" w14:textId="77777777" w:rsidR="00CB5B14" w:rsidRDefault="00CB5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0131A"/>
    <w:multiLevelType w:val="hybridMultilevel"/>
    <w:tmpl w:val="07C6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976ADE"/>
    <w:multiLevelType w:val="hybridMultilevel"/>
    <w:tmpl w:val="0DF60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7A0196"/>
    <w:multiLevelType w:val="hybridMultilevel"/>
    <w:tmpl w:val="F6860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2005532">
    <w:abstractNumId w:val="8"/>
  </w:num>
  <w:num w:numId="2" w16cid:durableId="646512696">
    <w:abstractNumId w:val="6"/>
  </w:num>
  <w:num w:numId="3" w16cid:durableId="547574441">
    <w:abstractNumId w:val="5"/>
  </w:num>
  <w:num w:numId="4" w16cid:durableId="1611861221">
    <w:abstractNumId w:val="4"/>
  </w:num>
  <w:num w:numId="5" w16cid:durableId="456070657">
    <w:abstractNumId w:val="7"/>
  </w:num>
  <w:num w:numId="6" w16cid:durableId="1129007499">
    <w:abstractNumId w:val="3"/>
  </w:num>
  <w:num w:numId="7" w16cid:durableId="1883403961">
    <w:abstractNumId w:val="2"/>
  </w:num>
  <w:num w:numId="8" w16cid:durableId="1904026920">
    <w:abstractNumId w:val="1"/>
  </w:num>
  <w:num w:numId="9" w16cid:durableId="1229923355">
    <w:abstractNumId w:val="0"/>
  </w:num>
  <w:num w:numId="10" w16cid:durableId="1789011955">
    <w:abstractNumId w:val="11"/>
  </w:num>
  <w:num w:numId="11" w16cid:durableId="591397323">
    <w:abstractNumId w:val="9"/>
  </w:num>
  <w:num w:numId="12" w16cid:durableId="7823058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CD8"/>
    <w:rsid w:val="00015623"/>
    <w:rsid w:val="00034616"/>
    <w:rsid w:val="0006063C"/>
    <w:rsid w:val="00102D69"/>
    <w:rsid w:val="00124EC7"/>
    <w:rsid w:val="00130968"/>
    <w:rsid w:val="0015074B"/>
    <w:rsid w:val="00196421"/>
    <w:rsid w:val="001C282D"/>
    <w:rsid w:val="001E777B"/>
    <w:rsid w:val="00204280"/>
    <w:rsid w:val="0029639D"/>
    <w:rsid w:val="002C22C7"/>
    <w:rsid w:val="002E31CB"/>
    <w:rsid w:val="00326F90"/>
    <w:rsid w:val="00362676"/>
    <w:rsid w:val="00394172"/>
    <w:rsid w:val="003977E1"/>
    <w:rsid w:val="00401BF1"/>
    <w:rsid w:val="00416F40"/>
    <w:rsid w:val="00451F77"/>
    <w:rsid w:val="004A7120"/>
    <w:rsid w:val="004B68A1"/>
    <w:rsid w:val="004C4521"/>
    <w:rsid w:val="00537C84"/>
    <w:rsid w:val="005735F8"/>
    <w:rsid w:val="00592061"/>
    <w:rsid w:val="005A1DBC"/>
    <w:rsid w:val="005D07F1"/>
    <w:rsid w:val="005E26FB"/>
    <w:rsid w:val="006011ED"/>
    <w:rsid w:val="006035CB"/>
    <w:rsid w:val="006343CD"/>
    <w:rsid w:val="00635EFD"/>
    <w:rsid w:val="00640373"/>
    <w:rsid w:val="00654E73"/>
    <w:rsid w:val="00670C1B"/>
    <w:rsid w:val="00686FE5"/>
    <w:rsid w:val="00694B11"/>
    <w:rsid w:val="006A753F"/>
    <w:rsid w:val="006C30D4"/>
    <w:rsid w:val="006D7ED7"/>
    <w:rsid w:val="006E6BC2"/>
    <w:rsid w:val="0071325E"/>
    <w:rsid w:val="00722F56"/>
    <w:rsid w:val="0078660F"/>
    <w:rsid w:val="007B75A6"/>
    <w:rsid w:val="00804FE9"/>
    <w:rsid w:val="008061DB"/>
    <w:rsid w:val="008071AE"/>
    <w:rsid w:val="00863C79"/>
    <w:rsid w:val="00895026"/>
    <w:rsid w:val="008A1F72"/>
    <w:rsid w:val="008C3A1A"/>
    <w:rsid w:val="008F392C"/>
    <w:rsid w:val="00974176"/>
    <w:rsid w:val="00976F57"/>
    <w:rsid w:val="009836D4"/>
    <w:rsid w:val="0099176C"/>
    <w:rsid w:val="009C1CDD"/>
    <w:rsid w:val="009F10C4"/>
    <w:rsid w:val="00A02439"/>
    <w:rsid w:val="00A31125"/>
    <w:rsid w:val="00AA1D8D"/>
    <w:rsid w:val="00AB508C"/>
    <w:rsid w:val="00AC6E51"/>
    <w:rsid w:val="00AD3AC2"/>
    <w:rsid w:val="00AD462D"/>
    <w:rsid w:val="00AD7013"/>
    <w:rsid w:val="00B1285F"/>
    <w:rsid w:val="00B4412B"/>
    <w:rsid w:val="00B47730"/>
    <w:rsid w:val="00B71AB4"/>
    <w:rsid w:val="00BA0467"/>
    <w:rsid w:val="00BA17C9"/>
    <w:rsid w:val="00BD4364"/>
    <w:rsid w:val="00C04DFA"/>
    <w:rsid w:val="00C55329"/>
    <w:rsid w:val="00C72336"/>
    <w:rsid w:val="00C91681"/>
    <w:rsid w:val="00CA5FFD"/>
    <w:rsid w:val="00CB0664"/>
    <w:rsid w:val="00CB5B14"/>
    <w:rsid w:val="00CC5D9C"/>
    <w:rsid w:val="00D3631E"/>
    <w:rsid w:val="00D45481"/>
    <w:rsid w:val="00D860E8"/>
    <w:rsid w:val="00E202A0"/>
    <w:rsid w:val="00EB3099"/>
    <w:rsid w:val="00EC3A21"/>
    <w:rsid w:val="00F1416B"/>
    <w:rsid w:val="00F25E64"/>
    <w:rsid w:val="00F26206"/>
    <w:rsid w:val="00F97335"/>
    <w:rsid w:val="00FB7253"/>
    <w:rsid w:val="00FC3769"/>
    <w:rsid w:val="00FC693F"/>
    <w:rsid w:val="0CB8D022"/>
    <w:rsid w:val="64120399"/>
    <w:rsid w:val="7A8779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DCAE0FC-1057-4CBA-9A3F-F99BCCAC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1416B"/>
    <w:rPr>
      <w:color w:val="0000FF" w:themeColor="hyperlink"/>
      <w:u w:val="single"/>
    </w:rPr>
  </w:style>
  <w:style w:type="character" w:styleId="UnresolvedMention">
    <w:name w:val="Unresolved Mention"/>
    <w:basedOn w:val="DefaultParagraphFont"/>
    <w:uiPriority w:val="99"/>
    <w:semiHidden/>
    <w:unhideWhenUsed/>
    <w:rsid w:val="00F1416B"/>
    <w:rPr>
      <w:color w:val="605E5C"/>
      <w:shd w:val="clear" w:color="auto" w:fill="E1DFDD"/>
    </w:rPr>
  </w:style>
  <w:style w:type="character" w:styleId="PlaceholderText">
    <w:name w:val="Placeholder Text"/>
    <w:basedOn w:val="DefaultParagraphFont"/>
    <w:uiPriority w:val="99"/>
    <w:semiHidden/>
    <w:rsid w:val="00D860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clusions@warwickshire.gov.uk"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82B9321F-3FEE-4C66-9428-2E3078012401}"/>
      </w:docPartPr>
      <w:docPartBody>
        <w:p w:rsidR="00381257" w:rsidRDefault="0096654C">
          <w:r w:rsidRPr="009F432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4C"/>
    <w:rsid w:val="00102D69"/>
    <w:rsid w:val="00236A21"/>
    <w:rsid w:val="00381257"/>
    <w:rsid w:val="006011ED"/>
    <w:rsid w:val="006B0EF3"/>
    <w:rsid w:val="0096654C"/>
    <w:rsid w:val="00AD3AC2"/>
    <w:rsid w:val="00AD7013"/>
    <w:rsid w:val="00CD4B3E"/>
    <w:rsid w:val="00F95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654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ervice Document" ma:contentTypeID="0x010100C50F05A7ED30F54294ADC2B50AFA98D1007401A7997FEAC246A665D993F052148C" ma:contentTypeVersion="18" ma:contentTypeDescription="Custom service document" ma:contentTypeScope="" ma:versionID="ef602bb177a9fc578c54f7151fea196a">
  <xsd:schema xmlns:xsd="http://www.w3.org/2001/XMLSchema" xmlns:xs="http://www.w3.org/2001/XMLSchema" xmlns:p="http://schemas.microsoft.com/office/2006/metadata/properties" xmlns:ns2="78a9e8ab-f1c3-4d40-985a-93fd8ee92998" xmlns:ns3="0effdf57-8945-4ab5-a2a1-b358091f1326" targetNamespace="http://schemas.microsoft.com/office/2006/metadata/properties" ma:root="true" ma:fieldsID="51f784a8bba6c8519af9acf13adcd8ed" ns2:_="" ns3:_="">
    <xsd:import namespace="78a9e8ab-f1c3-4d40-985a-93fd8ee92998"/>
    <xsd:import namespace="0effdf57-8945-4ab5-a2a1-b358091f1326"/>
    <xsd:element name="properties">
      <xsd:complexType>
        <xsd:sequence>
          <xsd:element name="documentManagement">
            <xsd:complexType>
              <xsd:all>
                <xsd:element ref="ns2:_dlc_DocId" minOccurs="0"/>
                <xsd:element ref="ns2:_dlc_DocIdUrl" minOccurs="0"/>
                <xsd:element ref="ns2:_dlc_DocIdPersistId" minOccurs="0"/>
                <xsd:element ref="ns2:Retention" minOccurs="0"/>
                <xsd:element ref="ns2:DocumentStatus"/>
                <xsd:element ref="ns2:IsPublicDocument" minOccurs="0"/>
                <xsd:element ref="ns2:PublicDocumentUrl" minOccurs="0"/>
                <xsd:element ref="ns2:DisposalDate" minOccurs="0"/>
                <xsd:element ref="ns2:ffccade9da8a475ab8f1c108c3e23718" minOccurs="0"/>
                <xsd:element ref="ns2:TaxCatchAll" minOccurs="0"/>
                <xsd:element ref="ns2:TaxCatchAllLabel" minOccurs="0"/>
                <xsd:element ref="ns2:kedb2ff0ca1e408a99ab642b77c963a5" minOccurs="0"/>
                <xsd:element ref="ns2:m6f1b19d255b4c43ac68d7531f76a7f7" minOccurs="0"/>
                <xsd:element ref="ns2:gfbd317b6d45488ba6923c9499396db1" minOccurs="0"/>
                <xsd:element ref="ns2:l9b9e22c36cb44fca76c18eb4ce001f3" minOccurs="0"/>
                <xsd:element ref="ns2:f36226996675478285decb82353bbd3c"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9e8ab-f1c3-4d40-985a-93fd8ee929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etention" ma:index="11" nillable="true" ma:displayName="Retention" ma:default="2" ma:format="Dropdown" ma:internalName="Retention">
      <xsd:simpleType>
        <xsd:restriction base="dms:Choice">
          <xsd:enumeration value="2"/>
          <xsd:enumeration value="4"/>
          <xsd:enumeration value="10"/>
          <xsd:enumeration value="14"/>
          <xsd:enumeration value="50"/>
          <xsd:enumeration value="100"/>
        </xsd:restriction>
      </xsd:simpleType>
    </xsd:element>
    <xsd:element name="DocumentStatus" ma:index="12" ma:displayName="Document Status" ma:default="Active" ma:format="Dropdown" ma:internalName="DocumentStatus">
      <xsd:simpleType>
        <xsd:restriction base="dms:Choice">
          <xsd:enumeration value="Active"/>
          <xsd:enumeration value="Archive"/>
        </xsd:restriction>
      </xsd:simpleType>
    </xsd:element>
    <xsd:element name="IsPublicDocument" ma:index="13" nillable="true" ma:displayName="Is Public Document" ma:default="0" ma:internalName="IsPublicDocument">
      <xsd:simpleType>
        <xsd:restriction base="dms:Boolean"/>
      </xsd:simpleType>
    </xsd:element>
    <xsd:element name="PublicDocumentUrl" ma:index="14" nillable="true" ma:displayName="Public Document Url" ma:format="Hyperlink" ma:internalName="PublicDocumentUrl">
      <xsd:complexType>
        <xsd:complexContent>
          <xsd:extension base="dms:URL">
            <xsd:sequence>
              <xsd:element name="Url" type="dms:ValidUrl" minOccurs="0" nillable="true"/>
              <xsd:element name="Description" type="xsd:string" nillable="true"/>
            </xsd:sequence>
          </xsd:extension>
        </xsd:complexContent>
      </xsd:complexType>
    </xsd:element>
    <xsd:element name="DisposalDate" ma:index="15" nillable="true" ma:displayName="Disposal Date" ma:format="DateOnly" ma:internalName="DisposalDate">
      <xsd:simpleType>
        <xsd:restriction base="dms:DateTime"/>
      </xsd:simpleType>
    </xsd:element>
    <xsd:element name="ffccade9da8a475ab8f1c108c3e23718" ma:index="16" nillable="true" ma:taxonomy="true" ma:internalName="ffccade9da8a475ab8f1c108c3e23718" ma:taxonomyFieldName="WCCKeywords" ma:displayName="WCC Keywords" ma:readOnly="false" ma:default="" ma:fieldId="{ffccade9-da8a-475a-b8f1-c108c3e23718}" ma:taxonomyMulti="true" ma:sspId="3c45229e-f6e3-48e4-a132-9a8ab844bf52" ma:termSetId="568ed3e8-ebec-44f0-8274-1f9935843ef4" ma:anchorId="00000000-0000-0000-0000-000000000000" ma:open="true" ma:isKeyword="false">
      <xsd:complexType>
        <xsd:sequence>
          <xsd:element ref="pc:Terms" minOccurs="0" maxOccurs="1"/>
        </xsd:sequence>
      </xsd:complexType>
    </xsd:element>
    <xsd:element name="TaxCatchAll" ma:index="17" nillable="true" ma:displayName="Taxonomy Catch All Column" ma:hidden="true" ma:list="{02d2cac1-487a-4314-8907-db117cd8f355}" ma:internalName="TaxCatchAll" ma:showField="CatchAllData"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02d2cac1-487a-4314-8907-db117cd8f355}" ma:internalName="TaxCatchAllLabel" ma:readOnly="true" ma:showField="CatchAllDataLabel"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kedb2ff0ca1e408a99ab642b77c963a5" ma:index="20" ma:taxonomy="true" ma:internalName="kedb2ff0ca1e408a99ab642b77c963a5" ma:taxonomyFieldName="DocumentType" ma:displayName="Document Type" ma:default="9;#Standard|960ba701-3380-41b5-9bb0-3b6b58c1499e" ma:fieldId="{4edb2ff0-ca1e-408a-99ab-642b77c963a5}" ma:sspId="3c45229e-f6e3-48e4-a132-9a8ab844bf52" ma:termSetId="4c7cbf5b-2f37-45e9-9505-66c06b484fa9" ma:anchorId="1c0b3c5a-4fe6-493a-a3f8-00d416eaee13" ma:open="false" ma:isKeyword="false">
      <xsd:complexType>
        <xsd:sequence>
          <xsd:element ref="pc:Terms" minOccurs="0" maxOccurs="1"/>
        </xsd:sequence>
      </xsd:complexType>
    </xsd:element>
    <xsd:element name="m6f1b19d255b4c43ac68d7531f76a7f7" ma:index="22" ma:taxonomy="true" ma:internalName="m6f1b19d255b4c43ac68d7531f76a7f7" ma:taxonomyFieldName="ProtectiveMarking" ma:displayName="Protective Marking" ma:default="10;#Internal|8465cde6-4b72-409e-b614-8b2710298596" ma:fieldId="{66f1b19d-255b-4c43-ac68-d7531f76a7f7}" ma:sspId="3c45229e-f6e3-48e4-a132-9a8ab844bf52" ma:termSetId="b85a5083-0c1f-4ed1-96f9-f69f7a74ae76" ma:anchorId="00000000-0000-0000-0000-000000000000" ma:open="true" ma:isKeyword="false">
      <xsd:complexType>
        <xsd:sequence>
          <xsd:element ref="pc:Terms" minOccurs="0" maxOccurs="1"/>
        </xsd:sequence>
      </xsd:complexType>
    </xsd:element>
    <xsd:element name="gfbd317b6d45488ba6923c9499396db1" ma:index="24" nillable="true" ma:taxonomy="true" ma:internalName="gfbd317b6d45488ba6923c9499396db1" ma:taxonomyFieldName="WCCCoverage" ma:displayName="WCC Coverage" ma:default="" ma:fieldId="{0fbd317b-6d45-488b-a692-3c9499396db1}" ma:sspId="3c45229e-f6e3-48e4-a132-9a8ab844bf52" ma:termSetId="36b77bd1-2a0b-4c27-bc94-2ef379a2d059" ma:anchorId="00000000-0000-0000-0000-000000000000" ma:open="false" ma:isKeyword="false">
      <xsd:complexType>
        <xsd:sequence>
          <xsd:element ref="pc:Terms" minOccurs="0" maxOccurs="1"/>
        </xsd:sequence>
      </xsd:complexType>
    </xsd:element>
    <xsd:element name="l9b9e22c36cb44fca76c18eb4ce001f3" ma:index="26" ma:taxonomy="true" ma:internalName="l9b9e22c36cb44fca76c18eb4ce001f3" ma:taxonomyFieldName="WCCLanguage" ma:displayName="WCC Language" ma:default="11;#English|748e06bf-4d1a-4a4c-bcd9-5803f35d29e0" ma:fieldId="{59b9e22c-36cb-44fc-a76c-18eb4ce001f3}" ma:sspId="3c45229e-f6e3-48e4-a132-9a8ab844bf52" ma:termSetId="e2c544b9-e557-4b34-89fc-be38f6be3038" ma:anchorId="00000000-0000-0000-0000-000000000000" ma:open="true" ma:isKeyword="false">
      <xsd:complexType>
        <xsd:sequence>
          <xsd:element ref="pc:Terms" minOccurs="0" maxOccurs="1"/>
        </xsd:sequence>
      </xsd:complexType>
    </xsd:element>
    <xsd:element name="f36226996675478285decb82353bbd3c" ma:index="28" nillable="true" ma:taxonomy="true" ma:internalName="f36226996675478285decb82353bbd3c" ma:taxonomyFieldName="WCCSubject" ma:displayName="WCC Subject" ma:default="" ma:fieldId="{f3622699-6675-4782-85de-cb82353bbd3c}" ma:sspId="3c45229e-f6e3-48e4-a132-9a8ab844bf52" ma:termSetId="52df33d5-23b5-4507-b40a-dd717a04df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ffdf57-8945-4ab5-a2a1-b358091f1326"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36226996675478285decb82353bbd3c xmlns="78a9e8ab-f1c3-4d40-985a-93fd8ee92998">
      <Terms xmlns="http://schemas.microsoft.com/office/infopath/2007/PartnerControls">
        <TermInfo xmlns="http://schemas.microsoft.com/office/infopath/2007/PartnerControls">
          <TermName xmlns="http://schemas.microsoft.com/office/infopath/2007/PartnerControls">Schools</TermName>
          <TermId xmlns="http://schemas.microsoft.com/office/infopath/2007/PartnerControls">59951fdc-414b-4f08-99e8-dbd2ac37cc35</TermId>
        </TermInfo>
      </Terms>
    </f36226996675478285decb82353bbd3c>
    <DisposalDate xmlns="78a9e8ab-f1c3-4d40-985a-93fd8ee92998" xsi:nil="true"/>
    <l9b9e22c36cb44fca76c18eb4ce001f3 xmlns="78a9e8ab-f1c3-4d40-985a-93fd8ee92998">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748e06bf-4d1a-4a4c-bcd9-5803f35d29e0</TermId>
        </TermInfo>
      </Terms>
    </l9b9e22c36cb44fca76c18eb4ce001f3>
    <PublicDocumentUrl xmlns="78a9e8ab-f1c3-4d40-985a-93fd8ee92998">
      <Url xsi:nil="true"/>
      <Description xsi:nil="true"/>
    </PublicDocumentUrl>
    <DocumentStatus xmlns="78a9e8ab-f1c3-4d40-985a-93fd8ee92998">Active</DocumentStatus>
    <gfbd317b6d45488ba6923c9499396db1 xmlns="78a9e8ab-f1c3-4d40-985a-93fd8ee92998">
      <Terms xmlns="http://schemas.microsoft.com/office/infopath/2007/PartnerControls"/>
    </gfbd317b6d45488ba6923c9499396db1>
    <m6f1b19d255b4c43ac68d7531f76a7f7 xmlns="78a9e8ab-f1c3-4d40-985a-93fd8ee92998">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d3c6ebfc-cc52-4ccb-bc46-feaefa0989f8</TermId>
        </TermInfo>
      </Terms>
    </m6f1b19d255b4c43ac68d7531f76a7f7>
    <kedb2ff0ca1e408a99ab642b77c963a5 xmlns="78a9e8ab-f1c3-4d40-985a-93fd8ee92998">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b79b62e4-8458-4ff1-b8ac-04c9a33f254f</TermId>
        </TermInfo>
      </Terms>
    </kedb2ff0ca1e408a99ab642b77c963a5>
    <ffccade9da8a475ab8f1c108c3e23718 xmlns="78a9e8ab-f1c3-4d40-985a-93fd8ee92998">
      <Terms xmlns="http://schemas.microsoft.com/office/infopath/2007/PartnerControls"/>
    </ffccade9da8a475ab8f1c108c3e23718>
    <IsPublicDocument xmlns="78a9e8ab-f1c3-4d40-985a-93fd8ee92998">true</IsPublicDocument>
    <Retention xmlns="78a9e8ab-f1c3-4d40-985a-93fd8ee92998">2</Retention>
    <TaxCatchAll xmlns="78a9e8ab-f1c3-4d40-985a-93fd8ee92998">
      <Value>13</Value>
      <Value>19</Value>
      <Value>11</Value>
      <Value>16</Value>
    </TaxCatchAll>
    <_dlc_DocId xmlns="78a9e8ab-f1c3-4d40-985a-93fd8ee92998">WCCC-555761535-906</_dlc_DocId>
    <_dlc_DocIdUrl xmlns="78a9e8ab-f1c3-4d40-985a-93fd8ee92998">
      <Url>https://warwickshiregovuk.sharepoint.com/sites/edrm-SLP/_layouts/15/DocIdRedir.aspx?ID=WCCC-555761535-906</Url>
      <Description>WCCC-555761535-906</Description>
    </_dlc_DocIdUrl>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4C512B8-DC85-41F7-AB6D-DC74AEEA8DF9}"/>
</file>

<file path=customXml/itemProps3.xml><?xml version="1.0" encoding="utf-8"?>
<ds:datastoreItem xmlns:ds="http://schemas.openxmlformats.org/officeDocument/2006/customXml" ds:itemID="{E7B8E714-F49D-45AE-9C86-A09B2B61CB00}"/>
</file>

<file path=customXml/itemProps4.xml><?xml version="1.0" encoding="utf-8"?>
<ds:datastoreItem xmlns:ds="http://schemas.openxmlformats.org/officeDocument/2006/customXml" ds:itemID="{4278D83C-6285-42AB-BDC5-9CF2A1C958FD}"/>
</file>

<file path=customXml/itemProps5.xml><?xml version="1.0" encoding="utf-8"?>
<ds:datastoreItem xmlns:ds="http://schemas.openxmlformats.org/officeDocument/2006/customXml" ds:itemID="{04122ADA-8522-4AF3-9DCF-04BA4043014A}"/>
</file>

<file path=docProps/app.xml><?xml version="1.0" encoding="utf-8"?>
<Properties xmlns="http://schemas.openxmlformats.org/officeDocument/2006/extended-properties" xmlns:vt="http://schemas.openxmlformats.org/officeDocument/2006/docPropsVTypes">
  <Template>Normal.dotm</Template>
  <TotalTime>0</TotalTime>
  <Pages>7</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Modernised Secondary Learner Information Form</vt:lpstr>
    </vt:vector>
  </TitlesOfParts>
  <Manager/>
  <Company/>
  <LinksUpToDate>false</LinksUpToDate>
  <CharactersWithSpaces>8539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Secondary LIF September 2026</dc:title>
  <dc:subject>Referral form template for schools</dc:subject>
  <dc:creator>Andrew Macfarlane</dc:creator>
  <cp:keywords>LIF, referral, exclusion, fair access, safeguarding, SEND</cp:keywords>
  <dc:description>generated by python-docx</dc:description>
  <cp:lastModifiedBy>Stephen Height</cp:lastModifiedBy>
  <cp:revision>2</cp:revision>
  <dcterms:created xsi:type="dcterms:W3CDTF">2026-08-21T10:24:00Z</dcterms:created>
  <dcterms:modified xsi:type="dcterms:W3CDTF">2026-08-21T10:24:00Z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29c252bb,205b5a5f,4c4df5fe</vt:lpwstr>
  </property>
  <property fmtid="{D5CDD505-2E9C-101B-9397-08002B2CF9AE}" pid="3" name="ClassificationContentMarkingFooterFontProps">
    <vt:lpwstr>#000000,10,Aptos</vt:lpwstr>
  </property>
  <property fmtid="{D5CDD505-2E9C-101B-9397-08002B2CF9AE}" pid="4" name="ClassificationContentMarkingFooterText">
    <vt:lpwstr>OFFICIAL - Sensitive </vt:lpwstr>
  </property>
  <property fmtid="{D5CDD505-2E9C-101B-9397-08002B2CF9AE}" pid="5" name="MSIP_Label_5a6b19e8-2c77-4a55-a785-fc370c1920f6_Enabled">
    <vt:lpwstr>true</vt:lpwstr>
  </property>
  <property fmtid="{D5CDD505-2E9C-101B-9397-08002B2CF9AE}" pid="6" name="MSIP_Label_5a6b19e8-2c77-4a55-a785-fc370c1920f6_SetDate">
    <vt:lpwstr>2026-08-14T11:02:33Z</vt:lpwstr>
  </property>
  <property fmtid="{D5CDD505-2E9C-101B-9397-08002B2CF9AE}" pid="7" name="MSIP_Label_5a6b19e8-2c77-4a55-a785-fc370c1920f6_Method">
    <vt:lpwstr>Privileged</vt:lpwstr>
  </property>
  <property fmtid="{D5CDD505-2E9C-101B-9397-08002B2CF9AE}" pid="8" name="MSIP_Label_5a6b19e8-2c77-4a55-a785-fc370c1920f6_Name">
    <vt:lpwstr>OFFICIAL - Sensitive</vt:lpwstr>
  </property>
  <property fmtid="{D5CDD505-2E9C-101B-9397-08002B2CF9AE}" pid="9" name="MSIP_Label_5a6b19e8-2c77-4a55-a785-fc370c1920f6_SiteId">
    <vt:lpwstr>88b0aa06-5927-4bbb-a893-89cc2713ac82</vt:lpwstr>
  </property>
  <property fmtid="{D5CDD505-2E9C-101B-9397-08002B2CF9AE}" pid="10" name="MSIP_Label_5a6b19e8-2c77-4a55-a785-fc370c1920f6_ActionId">
    <vt:lpwstr>ab24d6c0-b5eb-44ad-8a7d-b8ec6ad2e3ac</vt:lpwstr>
  </property>
  <property fmtid="{D5CDD505-2E9C-101B-9397-08002B2CF9AE}" pid="11" name="MSIP_Label_5a6b19e8-2c77-4a55-a785-fc370c1920f6_ContentBits">
    <vt:lpwstr>0</vt:lpwstr>
  </property>
  <property fmtid="{D5CDD505-2E9C-101B-9397-08002B2CF9AE}" pid="12" name="ContentTypeId">
    <vt:lpwstr>0x010100C50F05A7ED30F54294ADC2B50AFA98D1007401A7997FEAC246A665D993F052148C</vt:lpwstr>
  </property>
  <property fmtid="{D5CDD505-2E9C-101B-9397-08002B2CF9AE}" pid="13" name="_dlc_DocIdItemGuid">
    <vt:lpwstr>cc589401-be26-4f67-8840-ee4d1ff6ea2b</vt:lpwstr>
  </property>
  <property fmtid="{D5CDD505-2E9C-101B-9397-08002B2CF9AE}" pid="14" name="DocumentType">
    <vt:lpwstr>16;#Form|b79b62e4-8458-4ff1-b8ac-04c9a33f254f</vt:lpwstr>
  </property>
  <property fmtid="{D5CDD505-2E9C-101B-9397-08002B2CF9AE}" pid="15" name="ProtectiveMarking">
    <vt:lpwstr>13;#Public|d3c6ebfc-cc52-4ccb-bc46-feaefa0989f8</vt:lpwstr>
  </property>
  <property fmtid="{D5CDD505-2E9C-101B-9397-08002B2CF9AE}" pid="16" name="WCCLanguage">
    <vt:lpwstr>11;#English|748e06bf-4d1a-4a4c-bcd9-5803f35d29e0</vt:lpwstr>
  </property>
  <property fmtid="{D5CDD505-2E9C-101B-9397-08002B2CF9AE}" pid="17" name="WCCCoverage">
    <vt:lpwstr/>
  </property>
  <property fmtid="{D5CDD505-2E9C-101B-9397-08002B2CF9AE}" pid="18" name="WCCKeywords">
    <vt:lpwstr/>
  </property>
  <property fmtid="{D5CDD505-2E9C-101B-9397-08002B2CF9AE}" pid="19" name="WCCSubject">
    <vt:lpwstr>19;#Schools|59951fdc-414b-4f08-99e8-dbd2ac37cc35</vt:lpwstr>
  </property>
</Properties>
</file>