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F5204" w14:textId="77777777" w:rsidR="00A031F1" w:rsidRDefault="00CA29C7">
      <w:pPr>
        <w:jc w:val="center"/>
      </w:pPr>
      <w:r>
        <w:rPr>
          <w:b/>
          <w:color w:val="0F243E"/>
          <w:sz w:val="40"/>
        </w:rPr>
        <w:t>Parent / Carer and Pupil Views Form</w:t>
      </w:r>
    </w:p>
    <w:p w14:paraId="30D40AF9" w14:textId="77777777" w:rsidR="00A031F1" w:rsidRDefault="00CA29C7">
      <w:pPr>
        <w:jc w:val="center"/>
      </w:pPr>
      <w:r>
        <w:rPr>
          <w:b/>
          <w:color w:val="1F4E79"/>
          <w:sz w:val="22"/>
        </w:rPr>
        <w:t>Information to support Fair Access Panel placement planning</w:t>
      </w:r>
    </w:p>
    <w:tbl>
      <w:tblPr>
        <w:tblW w:w="0" w:type="auto"/>
        <w:jc w:val="center"/>
        <w:tblLook w:val="04A0" w:firstRow="1" w:lastRow="0" w:firstColumn="1" w:lastColumn="0" w:noHBand="0" w:noVBand="1"/>
      </w:tblPr>
      <w:tblGrid>
        <w:gridCol w:w="10646"/>
      </w:tblGrid>
      <w:tr w:rsidR="00A031F1" w14:paraId="1F01B599"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EAF3F8"/>
            <w:tcMar>
              <w:top w:w="90" w:type="dxa"/>
              <w:left w:w="100" w:type="dxa"/>
              <w:bottom w:w="90" w:type="dxa"/>
              <w:right w:w="100" w:type="dxa"/>
            </w:tcMar>
            <w:vAlign w:val="center"/>
          </w:tcPr>
          <w:p w14:paraId="6E9C4990" w14:textId="77777777" w:rsidR="00A031F1" w:rsidRDefault="00CA29C7">
            <w:pPr>
              <w:spacing w:after="0"/>
            </w:pPr>
            <w:r>
              <w:rPr>
                <w:b/>
                <w:color w:val="0F243E"/>
              </w:rPr>
              <w:t>This form captures the views of the child / young person and their parent or carer. The information will be used to support Fair Access Panel discussions and help any receiving school understand what matters to the child, what has helped previously, and what support may be needed for a positive transition.</w:t>
            </w:r>
          </w:p>
        </w:tc>
      </w:tr>
    </w:tbl>
    <w:p w14:paraId="672A6659" w14:textId="77777777" w:rsidR="00A031F1" w:rsidRDefault="00A031F1"/>
    <w:p w14:paraId="7F6EE4F7" w14:textId="77777777" w:rsidR="00A031F1" w:rsidRDefault="00CA29C7">
      <w:pPr>
        <w:spacing w:before="160" w:after="60"/>
      </w:pPr>
      <w:r>
        <w:rPr>
          <w:b/>
          <w:color w:val="1F4E79"/>
          <w:sz w:val="26"/>
        </w:rPr>
        <w:t>1. Child / Young Person Details</w:t>
      </w:r>
    </w:p>
    <w:p w14:paraId="51B642A8" w14:textId="77777777" w:rsidR="00A031F1" w:rsidRDefault="00CA29C7">
      <w:pPr>
        <w:spacing w:after="80"/>
      </w:pPr>
      <w:r>
        <w:rPr>
          <w:i/>
          <w:color w:val="555555"/>
          <w:sz w:val="17"/>
        </w:rPr>
        <w:t>Fields marked * should be completed before submission.</w:t>
      </w:r>
    </w:p>
    <w:tbl>
      <w:tblPr>
        <w:tblW w:w="0" w:type="auto"/>
        <w:jc w:val="center"/>
        <w:tblLook w:val="04A0" w:firstRow="1" w:lastRow="0" w:firstColumn="1" w:lastColumn="0" w:noHBand="0" w:noVBand="1"/>
      </w:tblPr>
      <w:tblGrid>
        <w:gridCol w:w="1775"/>
        <w:gridCol w:w="1775"/>
        <w:gridCol w:w="1774"/>
        <w:gridCol w:w="1774"/>
        <w:gridCol w:w="1774"/>
        <w:gridCol w:w="1774"/>
      </w:tblGrid>
      <w:tr w:rsidR="00A031F1" w14:paraId="7CF5195E" w14:textId="77777777">
        <w:trPr>
          <w:jc w:val="center"/>
        </w:trPr>
        <w:tc>
          <w:tcPr>
            <w:tcW w:w="177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286B8B9" w14:textId="77777777" w:rsidR="00A031F1" w:rsidRDefault="00CA29C7">
            <w:pPr>
              <w:spacing w:after="0"/>
            </w:pPr>
            <w:r>
              <w:rPr>
                <w:b/>
                <w:color w:val="0F243E"/>
                <w:sz w:val="17"/>
              </w:rPr>
              <w:t>Name of child / young person *</w:t>
            </w:r>
          </w:p>
        </w:tc>
        <w:tc>
          <w:tcPr>
            <w:tcW w:w="177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1"/>
              <w:id w:val="-169183026"/>
              <w:lock w:val="sdtLocked"/>
            </w:sdtPr>
            <w:sdtEndPr/>
            <w:sdtContent>
              <w:p w14:paraId="4C3E277F" w14:textId="77777777" w:rsidR="00A031F1" w:rsidRDefault="00A944E2">
                <w:pPr>
                  <w:spacing w:after="0"/>
                </w:pPr>
                <w:sdt>
                  <w:sdtPr>
                    <w:alias w:val="Information field"/>
                    <w:tag w:val="INFO_FIELD_0001"/>
                    <w:id w:val="1862473347"/>
                    <w:lock w:val="sdtLocked"/>
                  </w:sdtPr>
                  <w:sdtEndPr/>
                  <w:sdtContent>
                    <w:r w:rsidR="00CA29C7">
                      <w:rPr>
                        <w:color w:val="666666"/>
                        <w:sz w:val="17"/>
                      </w:rPr>
                      <w:t>Click or tap here to enter text.</w:t>
                    </w:r>
                  </w:sdtContent>
                </w:sdt>
              </w:p>
            </w:sdtContent>
          </w:sdt>
        </w:tc>
        <w:tc>
          <w:tcPr>
            <w:tcW w:w="177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93BFCD0" w14:textId="792FFBBE" w:rsidR="00A031F1" w:rsidRDefault="007A47C1">
            <w:pPr>
              <w:spacing w:after="0"/>
            </w:pPr>
            <w:r>
              <w:rPr>
                <w:b/>
                <w:color w:val="0F243E"/>
                <w:sz w:val="17"/>
              </w:rPr>
              <w:t>M</w:t>
            </w:r>
            <w:r w:rsidR="00CA29C7">
              <w:rPr>
                <w:b/>
                <w:color w:val="0F243E"/>
                <w:sz w:val="17"/>
              </w:rPr>
              <w:t>ost recent school</w:t>
            </w:r>
          </w:p>
        </w:tc>
        <w:tc>
          <w:tcPr>
            <w:tcW w:w="177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2"/>
              <w:id w:val="-121306231"/>
              <w:lock w:val="sdtLocked"/>
            </w:sdtPr>
            <w:sdtEndPr/>
            <w:sdtContent>
              <w:p w14:paraId="4F14D7C8" w14:textId="77777777" w:rsidR="00A031F1" w:rsidRDefault="00A944E2">
                <w:pPr>
                  <w:spacing w:after="0"/>
                </w:pPr>
                <w:sdt>
                  <w:sdtPr>
                    <w:alias w:val="Information field"/>
                    <w:tag w:val="INFO_FIELD_0002"/>
                    <w:id w:val="-879084445"/>
                    <w:lock w:val="sdtLocked"/>
                  </w:sdtPr>
                  <w:sdtEndPr/>
                  <w:sdtContent>
                    <w:r w:rsidR="00CA29C7">
                      <w:rPr>
                        <w:color w:val="666666"/>
                        <w:sz w:val="17"/>
                      </w:rPr>
                      <w:t>Click or tap here to enter text.</w:t>
                    </w:r>
                  </w:sdtContent>
                </w:sdt>
              </w:p>
            </w:sdtContent>
          </w:sdt>
        </w:tc>
        <w:tc>
          <w:tcPr>
            <w:tcW w:w="177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937BC18" w14:textId="77777777" w:rsidR="00A031F1" w:rsidRDefault="00CA29C7">
            <w:pPr>
              <w:spacing w:after="0"/>
            </w:pPr>
            <w:r>
              <w:rPr>
                <w:b/>
                <w:color w:val="0F243E"/>
                <w:sz w:val="17"/>
              </w:rPr>
              <w:t>Date of birth</w:t>
            </w:r>
          </w:p>
        </w:tc>
        <w:tc>
          <w:tcPr>
            <w:tcW w:w="177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3"/>
              <w:id w:val="1794088183"/>
              <w:lock w:val="sdtLocked"/>
            </w:sdtPr>
            <w:sdtEndPr/>
            <w:sdtContent>
              <w:p w14:paraId="5C47E75D" w14:textId="77777777" w:rsidR="00A031F1" w:rsidRDefault="00A944E2">
                <w:pPr>
                  <w:spacing w:after="0"/>
                </w:pPr>
                <w:sdt>
                  <w:sdtPr>
                    <w:alias w:val="Information field"/>
                    <w:tag w:val="INFO_FIELD_0003"/>
                    <w:id w:val="-376544298"/>
                    <w:lock w:val="sdtLocked"/>
                  </w:sdtPr>
                  <w:sdtEndPr/>
                  <w:sdtContent>
                    <w:r w:rsidR="00CA29C7">
                      <w:rPr>
                        <w:color w:val="666666"/>
                        <w:sz w:val="17"/>
                      </w:rPr>
                      <w:t>Click or tap to enter date</w:t>
                    </w:r>
                  </w:sdtContent>
                </w:sdt>
              </w:p>
            </w:sdtContent>
          </w:sdt>
        </w:tc>
      </w:tr>
    </w:tbl>
    <w:p w14:paraId="0A37501D" w14:textId="77777777" w:rsidR="00A031F1" w:rsidRDefault="00A031F1"/>
    <w:tbl>
      <w:tblPr>
        <w:tblW w:w="0" w:type="auto"/>
        <w:jc w:val="center"/>
        <w:tblLook w:val="04A0" w:firstRow="1" w:lastRow="0" w:firstColumn="1" w:lastColumn="0" w:noHBand="0" w:noVBand="1"/>
      </w:tblPr>
      <w:tblGrid>
        <w:gridCol w:w="2662"/>
        <w:gridCol w:w="2661"/>
        <w:gridCol w:w="2662"/>
        <w:gridCol w:w="2661"/>
      </w:tblGrid>
      <w:tr w:rsidR="00797261" w14:paraId="51136396" w14:textId="77777777" w:rsidTr="00385AE4">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8A67726" w14:textId="50F25284" w:rsidR="00797261" w:rsidRDefault="00797261" w:rsidP="00385AE4">
            <w:pPr>
              <w:spacing w:after="0"/>
            </w:pPr>
            <w:r>
              <w:rPr>
                <w:b/>
                <w:color w:val="0F243E"/>
                <w:sz w:val="17"/>
              </w:rPr>
              <w:t>Parent</w:t>
            </w:r>
            <w:r w:rsidR="003C785F">
              <w:rPr>
                <w:b/>
                <w:color w:val="0F243E"/>
                <w:sz w:val="17"/>
              </w:rPr>
              <w:t>/</w:t>
            </w:r>
            <w:r>
              <w:rPr>
                <w:b/>
                <w:color w:val="0F243E"/>
                <w:sz w:val="17"/>
              </w:rPr>
              <w:t>Carer Name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4"/>
              <w:id w:val="864091271"/>
              <w:lock w:val="sdtLocked"/>
            </w:sdtPr>
            <w:sdtEndPr/>
            <w:sdtContent>
              <w:p w14:paraId="0535C047" w14:textId="77777777" w:rsidR="00797261" w:rsidRDefault="00A944E2" w:rsidP="00385AE4">
                <w:pPr>
                  <w:spacing w:after="0"/>
                </w:pPr>
                <w:sdt>
                  <w:sdtPr>
                    <w:alias w:val="Information field"/>
                    <w:tag w:val="INFO_FIELD_0004"/>
                    <w:id w:val="535936310"/>
                    <w:lock w:val="sdtLocked"/>
                  </w:sdtPr>
                  <w:sdtEndPr/>
                  <w:sdtContent>
                    <w:r w:rsidR="00797261">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A1E249A" w14:textId="77777777" w:rsidR="00797261" w:rsidRDefault="00797261" w:rsidP="00385AE4">
            <w:pPr>
              <w:spacing w:after="0"/>
            </w:pPr>
            <w:r>
              <w:rPr>
                <w:b/>
                <w:color w:val="0F243E"/>
                <w:sz w:val="17"/>
              </w:rPr>
              <w:t>Relationship to child / young person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5"/>
              <w:id w:val="1177462599"/>
              <w:lock w:val="sdtLocked"/>
            </w:sdtPr>
            <w:sdtEndPr/>
            <w:sdtContent>
              <w:p w14:paraId="716F2CB7" w14:textId="77777777" w:rsidR="00797261" w:rsidRDefault="00A944E2" w:rsidP="00385AE4">
                <w:pPr>
                  <w:spacing w:after="0"/>
                </w:pPr>
                <w:sdt>
                  <w:sdtPr>
                    <w:alias w:val="Information field"/>
                    <w:tag w:val="INFO_FIELD_0005"/>
                    <w:id w:val="902646272"/>
                    <w:lock w:val="sdtLocked"/>
                  </w:sdtPr>
                  <w:sdtEndPr/>
                  <w:sdtContent>
                    <w:r w:rsidR="00797261">
                      <w:rPr>
                        <w:color w:val="666666"/>
                        <w:sz w:val="17"/>
                      </w:rPr>
                      <w:t>Click or tap here to enter text.</w:t>
                    </w:r>
                  </w:sdtContent>
                </w:sdt>
              </w:p>
            </w:sdtContent>
          </w:sdt>
        </w:tc>
      </w:tr>
      <w:tr w:rsidR="00797261" w14:paraId="6B2A4887" w14:textId="77777777" w:rsidTr="00E93E7F">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FE05C1D" w14:textId="675FB6A8" w:rsidR="00797261" w:rsidRDefault="00797261" w:rsidP="00385AE4">
            <w:pPr>
              <w:spacing w:after="0"/>
            </w:pPr>
            <w:r>
              <w:rPr>
                <w:b/>
                <w:color w:val="0F243E"/>
                <w:sz w:val="17"/>
              </w:rPr>
              <w:t>Telephone number *</w:t>
            </w:r>
          </w:p>
        </w:tc>
        <w:tc>
          <w:tcPr>
            <w:tcW w:w="7984" w:type="dxa"/>
            <w:gridSpan w:val="3"/>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6"/>
              <w:id w:val="816541563"/>
              <w:lock w:val="sdtLocked"/>
            </w:sdtPr>
            <w:sdtEndPr/>
            <w:sdtContent>
              <w:p w14:paraId="3644096C" w14:textId="77777777" w:rsidR="00797261" w:rsidRDefault="00A944E2" w:rsidP="00385AE4">
                <w:pPr>
                  <w:spacing w:after="0"/>
                </w:pPr>
                <w:sdt>
                  <w:sdtPr>
                    <w:alias w:val="Information field"/>
                    <w:tag w:val="INFO_FIELD_0006"/>
                    <w:id w:val="-1251801382"/>
                    <w:lock w:val="sdtLocked"/>
                  </w:sdtPr>
                  <w:sdtEndPr/>
                  <w:sdtContent>
                    <w:r w:rsidR="00797261">
                      <w:rPr>
                        <w:color w:val="666666"/>
                        <w:sz w:val="17"/>
                      </w:rPr>
                      <w:t>Click or tap here to enter text.</w:t>
                    </w:r>
                  </w:sdtContent>
                </w:sdt>
              </w:p>
            </w:sdtContent>
          </w:sdt>
        </w:tc>
      </w:tr>
      <w:tr w:rsidR="00797261" w14:paraId="44996AF7" w14:textId="77777777" w:rsidTr="00385AE4">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02D4A25" w14:textId="77777777" w:rsidR="00797261" w:rsidRDefault="00797261" w:rsidP="00385AE4">
            <w:pPr>
              <w:spacing w:after="0"/>
            </w:pPr>
            <w:r>
              <w:rPr>
                <w:b/>
                <w:color w:val="0F243E"/>
                <w:sz w:val="17"/>
              </w:rPr>
              <w:t>Email address</w:t>
            </w:r>
          </w:p>
        </w:tc>
        <w:tc>
          <w:tcPr>
            <w:tcW w:w="7984" w:type="dxa"/>
            <w:gridSpan w:val="3"/>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7"/>
              <w:id w:val="-161393773"/>
              <w:lock w:val="sdtLocked"/>
            </w:sdtPr>
            <w:sdtEndPr/>
            <w:sdtContent>
              <w:p w14:paraId="748244E1" w14:textId="77777777" w:rsidR="00797261" w:rsidRDefault="00A944E2" w:rsidP="00385AE4">
                <w:pPr>
                  <w:spacing w:after="0"/>
                </w:pPr>
                <w:sdt>
                  <w:sdtPr>
                    <w:alias w:val="Information field"/>
                    <w:tag w:val="INFO_FIELD_0007"/>
                    <w:id w:val="146331482"/>
                    <w:lock w:val="sdtLocked"/>
                  </w:sdtPr>
                  <w:sdtEndPr/>
                  <w:sdtContent>
                    <w:r w:rsidR="00797261">
                      <w:rPr>
                        <w:color w:val="666666"/>
                        <w:sz w:val="17"/>
                      </w:rPr>
                      <w:t>Click or tap here to enter text.</w:t>
                    </w:r>
                  </w:sdtContent>
                </w:sdt>
              </w:p>
            </w:sdtContent>
          </w:sdt>
        </w:tc>
      </w:tr>
    </w:tbl>
    <w:p w14:paraId="3C2E5603" w14:textId="77777777" w:rsidR="00797261" w:rsidRDefault="00797261"/>
    <w:p w14:paraId="3283CF1A" w14:textId="77777777" w:rsidR="00A031F1" w:rsidRDefault="00CA29C7">
      <w:pPr>
        <w:spacing w:before="160" w:after="60"/>
      </w:pPr>
      <w:r>
        <w:rPr>
          <w:b/>
          <w:color w:val="1F4E79"/>
          <w:sz w:val="26"/>
        </w:rPr>
        <w:t>2. Pupil Views</w:t>
      </w:r>
    </w:p>
    <w:p w14:paraId="16805FFC" w14:textId="77777777" w:rsidR="00A031F1" w:rsidRDefault="00CA29C7">
      <w:pPr>
        <w:spacing w:after="80"/>
      </w:pPr>
      <w:r>
        <w:rPr>
          <w:i/>
          <w:color w:val="555555"/>
          <w:sz w:val="17"/>
        </w:rPr>
        <w:t>These questions should be completed with the child / young person wherever possible. The wording can be adapted to support age, communication needs or accessibility.</w:t>
      </w:r>
    </w:p>
    <w:tbl>
      <w:tblPr>
        <w:tblW w:w="0" w:type="auto"/>
        <w:jc w:val="center"/>
        <w:tblLook w:val="04A0" w:firstRow="1" w:lastRow="0" w:firstColumn="1" w:lastColumn="0" w:noHBand="0" w:noVBand="1"/>
      </w:tblPr>
      <w:tblGrid>
        <w:gridCol w:w="10646"/>
      </w:tblGrid>
      <w:tr w:rsidR="00A031F1" w14:paraId="1B8D1C36"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1C892E17" w14:textId="77777777" w:rsidR="00A031F1" w:rsidRDefault="00CA29C7">
            <w:pPr>
              <w:spacing w:after="0"/>
            </w:pPr>
            <w:r>
              <w:rPr>
                <w:b/>
                <w:color w:val="0F243E"/>
              </w:rPr>
              <w:t>How would you describe your experience of school so far? *</w:t>
            </w:r>
            <w:r>
              <w:rPr>
                <w:i/>
                <w:color w:val="555555"/>
                <w:sz w:val="16"/>
              </w:rPr>
              <w:br/>
              <w:t>This can include what has gone well, what has been difficult, and anything the child / young person wants adults to understand.</w:t>
            </w:r>
          </w:p>
        </w:tc>
      </w:tr>
      <w:tr w:rsidR="00A031F1" w14:paraId="5362E849"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8"/>
              <w:id w:val="840124604"/>
              <w:lock w:val="sdtLocked"/>
            </w:sdtPr>
            <w:sdtEndPr/>
            <w:sdtContent>
              <w:p w14:paraId="5B951852" w14:textId="1FD12506" w:rsidR="00A031F1" w:rsidRDefault="00A944E2">
                <w:pPr>
                  <w:spacing w:after="0"/>
                </w:pPr>
                <w:sdt>
                  <w:sdtPr>
                    <w:alias w:val="Information field"/>
                    <w:tag w:val="INFO_FIELD_0008"/>
                    <w:id w:val="2118259663"/>
                    <w:lock w:val="sdtLocked"/>
                  </w:sdtPr>
                  <w:sdtEndPr/>
                  <w:sdtContent>
                    <w:r w:rsidR="00CA29C7">
                      <w:rPr>
                        <w:color w:val="777777"/>
                      </w:rPr>
                      <w:t>Click or tap here to enter text.</w:t>
                    </w:r>
                  </w:sdtContent>
                </w:sdt>
                <w:r w:rsidR="00CA29C7">
                  <w:rPr>
                    <w:color w:val="777777"/>
                  </w:rPr>
                  <w:br/>
                </w:r>
                <w:r w:rsidR="00CA29C7">
                  <w:rPr>
                    <w:color w:val="777777"/>
                  </w:rPr>
                  <w:br/>
                </w:r>
              </w:p>
            </w:sdtContent>
          </w:sdt>
        </w:tc>
      </w:tr>
    </w:tbl>
    <w:p w14:paraId="5DAB6C7B" w14:textId="77777777" w:rsidR="00A031F1" w:rsidRDefault="00A031F1"/>
    <w:tbl>
      <w:tblPr>
        <w:tblW w:w="0" w:type="auto"/>
        <w:jc w:val="center"/>
        <w:tblLook w:val="04A0" w:firstRow="1" w:lastRow="0" w:firstColumn="1" w:lastColumn="0" w:noHBand="0" w:noVBand="1"/>
      </w:tblPr>
      <w:tblGrid>
        <w:gridCol w:w="10646"/>
      </w:tblGrid>
      <w:tr w:rsidR="00A031F1" w14:paraId="489938CD"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AFDC83B" w14:textId="77777777" w:rsidR="00A031F1" w:rsidRDefault="00CA29C7">
            <w:pPr>
              <w:spacing w:after="0"/>
            </w:pPr>
            <w:r>
              <w:rPr>
                <w:b/>
                <w:color w:val="0F243E"/>
              </w:rPr>
              <w:t>What do you enjoy most in school or learning? *</w:t>
            </w:r>
            <w:r>
              <w:rPr>
                <w:i/>
                <w:color w:val="555555"/>
                <w:sz w:val="16"/>
              </w:rPr>
              <w:br/>
              <w:t>This could include subjects, activities, clubs, practical learning, social time, trusted adults or anything that helps the child / young person feel more positive about school.</w:t>
            </w:r>
          </w:p>
        </w:tc>
      </w:tr>
      <w:tr w:rsidR="00A031F1" w14:paraId="2946BB5D"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9"/>
              <w:id w:val="-504745588"/>
              <w:lock w:val="sdtLocked"/>
            </w:sdtPr>
            <w:sdtEndPr/>
            <w:sdtContent>
              <w:p w14:paraId="46E69C4A" w14:textId="358612E6" w:rsidR="00A031F1" w:rsidRDefault="00A944E2">
                <w:pPr>
                  <w:spacing w:after="0"/>
                </w:pPr>
                <w:sdt>
                  <w:sdtPr>
                    <w:alias w:val="Information field"/>
                    <w:tag w:val="INFO_FIELD_0009"/>
                    <w:id w:val="-1684125133"/>
                    <w:lock w:val="sdtLocked"/>
                  </w:sdtPr>
                  <w:sdtEndPr/>
                  <w:sdtContent>
                    <w:r w:rsidR="00CA29C7">
                      <w:rPr>
                        <w:color w:val="777777"/>
                      </w:rPr>
                      <w:t>Click or tap here to enter text.</w:t>
                    </w:r>
                  </w:sdtContent>
                </w:sdt>
                <w:r w:rsidR="00CA29C7">
                  <w:rPr>
                    <w:color w:val="777777"/>
                  </w:rPr>
                  <w:br/>
                </w:r>
                <w:r w:rsidR="00CA29C7">
                  <w:rPr>
                    <w:color w:val="777777"/>
                  </w:rPr>
                  <w:br/>
                </w:r>
              </w:p>
            </w:sdtContent>
          </w:sdt>
        </w:tc>
      </w:tr>
    </w:tbl>
    <w:p w14:paraId="02EB378F" w14:textId="77777777" w:rsidR="00A031F1" w:rsidRDefault="00A031F1"/>
    <w:tbl>
      <w:tblPr>
        <w:tblW w:w="0" w:type="auto"/>
        <w:jc w:val="center"/>
        <w:tblLook w:val="04A0" w:firstRow="1" w:lastRow="0" w:firstColumn="1" w:lastColumn="0" w:noHBand="0" w:noVBand="1"/>
      </w:tblPr>
      <w:tblGrid>
        <w:gridCol w:w="10646"/>
      </w:tblGrid>
      <w:tr w:rsidR="00A031F1" w14:paraId="4604B246"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14FB4A9" w14:textId="77777777" w:rsidR="00A031F1" w:rsidRDefault="00CA29C7">
            <w:pPr>
              <w:spacing w:after="0"/>
            </w:pPr>
            <w:r>
              <w:rPr>
                <w:b/>
                <w:color w:val="0F243E"/>
              </w:rPr>
              <w:t>What helps you to attend, learn and manage the school day? *</w:t>
            </w:r>
            <w:r>
              <w:rPr>
                <w:i/>
                <w:color w:val="555555"/>
                <w:sz w:val="16"/>
              </w:rPr>
              <w:br/>
              <w:t>This could include routines, support from adults, movement breaks, quiet spaces, seating plans, lesson structure, trusted relationships, communication, rewards or other support.</w:t>
            </w:r>
          </w:p>
        </w:tc>
      </w:tr>
      <w:tr w:rsidR="00A031F1" w14:paraId="5ED8C455"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30"/>
              <w:id w:val="-99411105"/>
              <w:lock w:val="sdtLocked"/>
            </w:sdtPr>
            <w:sdtEndPr/>
            <w:sdtContent>
              <w:p w14:paraId="6D91FE6C" w14:textId="73E7D487" w:rsidR="00A031F1" w:rsidRDefault="00A944E2">
                <w:pPr>
                  <w:spacing w:after="0"/>
                </w:pPr>
                <w:sdt>
                  <w:sdtPr>
                    <w:alias w:val="Information field"/>
                    <w:tag w:val="INFO_FIELD_0010"/>
                    <w:id w:val="645477495"/>
                    <w:lock w:val="sdtLocked"/>
                  </w:sdtPr>
                  <w:sdtEndPr/>
                  <w:sdtContent>
                    <w:r w:rsidR="00CA29C7">
                      <w:rPr>
                        <w:color w:val="777777"/>
                      </w:rPr>
                      <w:t>Click or tap here to enter text.</w:t>
                    </w:r>
                  </w:sdtContent>
                </w:sdt>
                <w:r w:rsidR="00CA29C7">
                  <w:rPr>
                    <w:color w:val="777777"/>
                  </w:rPr>
                  <w:br/>
                </w:r>
              </w:p>
            </w:sdtContent>
          </w:sdt>
        </w:tc>
      </w:tr>
    </w:tbl>
    <w:p w14:paraId="6A05A809" w14:textId="77777777" w:rsidR="00A031F1" w:rsidRDefault="00A031F1"/>
    <w:tbl>
      <w:tblPr>
        <w:tblW w:w="0" w:type="auto"/>
        <w:jc w:val="center"/>
        <w:tblLook w:val="04A0" w:firstRow="1" w:lastRow="0" w:firstColumn="1" w:lastColumn="0" w:noHBand="0" w:noVBand="1"/>
      </w:tblPr>
      <w:tblGrid>
        <w:gridCol w:w="10646"/>
      </w:tblGrid>
      <w:tr w:rsidR="00A031F1" w14:paraId="02326A0B"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751DDEA" w14:textId="77777777" w:rsidR="00A031F1" w:rsidRDefault="00CA29C7">
            <w:pPr>
              <w:spacing w:after="0"/>
            </w:pPr>
            <w:r>
              <w:rPr>
                <w:b/>
                <w:color w:val="0F243E"/>
              </w:rPr>
              <w:lastRenderedPageBreak/>
              <w:t>What would help things be better for you at your next school? *</w:t>
            </w:r>
            <w:r>
              <w:rPr>
                <w:i/>
                <w:color w:val="555555"/>
                <w:sz w:val="16"/>
              </w:rPr>
              <w:br/>
              <w:t>Please include anything that would help with transition, settling in, feeling safe, making progress, managing worries or accessing lessons.</w:t>
            </w:r>
          </w:p>
        </w:tc>
      </w:tr>
      <w:tr w:rsidR="00A031F1" w14:paraId="72EE5986"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31"/>
              <w:id w:val="376354202"/>
              <w:lock w:val="sdtLocked"/>
            </w:sdtPr>
            <w:sdtEndPr/>
            <w:sdtContent>
              <w:p w14:paraId="01E0A917" w14:textId="738FD279" w:rsidR="00A031F1" w:rsidRDefault="00A944E2">
                <w:pPr>
                  <w:spacing w:after="0"/>
                </w:pPr>
                <w:sdt>
                  <w:sdtPr>
                    <w:alias w:val="Information field"/>
                    <w:tag w:val="INFO_FIELD_0011"/>
                    <w:id w:val="1495066453"/>
                    <w:lock w:val="sdtLocked"/>
                  </w:sdtPr>
                  <w:sdtEndPr/>
                  <w:sdtContent>
                    <w:r w:rsidR="00CA29C7">
                      <w:rPr>
                        <w:color w:val="777777"/>
                      </w:rPr>
                      <w:t>Click or tap here to enter text.</w:t>
                    </w:r>
                  </w:sdtContent>
                </w:sdt>
                <w:r w:rsidR="00CA29C7">
                  <w:rPr>
                    <w:color w:val="777777"/>
                  </w:rPr>
                  <w:br/>
                </w:r>
                <w:r w:rsidR="00CA29C7">
                  <w:rPr>
                    <w:color w:val="777777"/>
                  </w:rPr>
                  <w:br/>
                </w:r>
              </w:p>
            </w:sdtContent>
          </w:sdt>
        </w:tc>
      </w:tr>
    </w:tbl>
    <w:p w14:paraId="5A39BBE3" w14:textId="77777777" w:rsidR="00A031F1" w:rsidRDefault="00A031F1"/>
    <w:tbl>
      <w:tblPr>
        <w:tblW w:w="0" w:type="auto"/>
        <w:jc w:val="center"/>
        <w:tblLook w:val="04A0" w:firstRow="1" w:lastRow="0" w:firstColumn="1" w:lastColumn="0" w:noHBand="0" w:noVBand="1"/>
      </w:tblPr>
      <w:tblGrid>
        <w:gridCol w:w="10646"/>
      </w:tblGrid>
      <w:tr w:rsidR="00A031F1" w14:paraId="0759728F"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EB88F2C" w14:textId="77777777" w:rsidR="00A031F1" w:rsidRDefault="00CA29C7">
            <w:pPr>
              <w:spacing w:after="0"/>
            </w:pPr>
            <w:r>
              <w:rPr>
                <w:b/>
                <w:color w:val="0F243E"/>
              </w:rPr>
              <w:t>What are your hopes, interests or aspirations for the future?</w:t>
            </w:r>
            <w:r>
              <w:rPr>
                <w:i/>
                <w:color w:val="555555"/>
                <w:sz w:val="16"/>
              </w:rPr>
              <w:br/>
              <w:t>This may include future jobs, college, apprenticeships, interests, talents or personal goals.</w:t>
            </w:r>
          </w:p>
        </w:tc>
      </w:tr>
      <w:tr w:rsidR="00A031F1" w14:paraId="4F06CB8D"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32"/>
              <w:id w:val="-1150746612"/>
              <w:lock w:val="sdtLocked"/>
            </w:sdtPr>
            <w:sdtEndPr/>
            <w:sdtContent>
              <w:p w14:paraId="03CDB35D" w14:textId="77777777" w:rsidR="00A031F1" w:rsidRDefault="00A944E2">
                <w:pPr>
                  <w:spacing w:after="0"/>
                </w:pPr>
                <w:sdt>
                  <w:sdtPr>
                    <w:alias w:val="Information field"/>
                    <w:tag w:val="INFO_FIELD_0012"/>
                    <w:id w:val="905339204"/>
                    <w:lock w:val="sdtLocked"/>
                  </w:sdtPr>
                  <w:sdtEndPr/>
                  <w:sdtContent>
                    <w:r w:rsidR="00CA29C7">
                      <w:rPr>
                        <w:color w:val="777777"/>
                      </w:rPr>
                      <w:t>Click or tap here to enter text.</w:t>
                    </w:r>
                  </w:sdtContent>
                </w:sdt>
                <w:r w:rsidR="00CA29C7">
                  <w:rPr>
                    <w:color w:val="777777"/>
                  </w:rPr>
                  <w:br/>
                </w:r>
                <w:r w:rsidR="00CA29C7">
                  <w:rPr>
                    <w:color w:val="777777"/>
                  </w:rPr>
                  <w:br/>
                </w:r>
              </w:p>
            </w:sdtContent>
          </w:sdt>
        </w:tc>
      </w:tr>
    </w:tbl>
    <w:p w14:paraId="41C8F396" w14:textId="77777777" w:rsidR="00A031F1" w:rsidRDefault="00A031F1"/>
    <w:p w14:paraId="4CEAD8F1" w14:textId="77777777" w:rsidR="00A031F1" w:rsidRDefault="00CA29C7">
      <w:pPr>
        <w:spacing w:before="160" w:after="60"/>
      </w:pPr>
      <w:r>
        <w:rPr>
          <w:b/>
          <w:color w:val="1F4E79"/>
          <w:sz w:val="26"/>
        </w:rPr>
        <w:t>3. Parent / Carer Views</w:t>
      </w:r>
    </w:p>
    <w:p w14:paraId="570A5FD7" w14:textId="77777777" w:rsidR="00A031F1" w:rsidRDefault="00CA29C7">
      <w:pPr>
        <w:spacing w:after="80"/>
      </w:pPr>
      <w:r>
        <w:rPr>
          <w:i/>
          <w:color w:val="555555"/>
          <w:sz w:val="17"/>
        </w:rPr>
        <w:t>These questions are intended to help the receiving school understand the child / young person from the parent or carer perspective.</w:t>
      </w:r>
    </w:p>
    <w:tbl>
      <w:tblPr>
        <w:tblW w:w="0" w:type="auto"/>
        <w:jc w:val="center"/>
        <w:tblLook w:val="04A0" w:firstRow="1" w:lastRow="0" w:firstColumn="1" w:lastColumn="0" w:noHBand="0" w:noVBand="1"/>
      </w:tblPr>
      <w:tblGrid>
        <w:gridCol w:w="10646"/>
      </w:tblGrid>
      <w:tr w:rsidR="00A031F1" w14:paraId="386BA074"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4CA93B5" w14:textId="0274CB39" w:rsidR="00A031F1" w:rsidRDefault="00CA29C7">
            <w:pPr>
              <w:spacing w:after="0"/>
            </w:pPr>
            <w:r>
              <w:rPr>
                <w:b/>
                <w:color w:val="0F243E"/>
              </w:rPr>
              <w:t>How would you describe your child’s experience of school</w:t>
            </w:r>
            <w:r w:rsidR="003C785F">
              <w:rPr>
                <w:b/>
                <w:color w:val="0F243E"/>
              </w:rPr>
              <w:t>/alternative provision</w:t>
            </w:r>
            <w:r>
              <w:rPr>
                <w:b/>
                <w:color w:val="0F243E"/>
              </w:rPr>
              <w:t xml:space="preserve"> so far? *</w:t>
            </w:r>
            <w:r>
              <w:rPr>
                <w:i/>
                <w:color w:val="555555"/>
                <w:sz w:val="16"/>
              </w:rPr>
              <w:br/>
              <w:t>Please include what has worked well, what has been difficult, and anything that would help a receiving school understand your child’s school history.</w:t>
            </w:r>
          </w:p>
        </w:tc>
      </w:tr>
      <w:tr w:rsidR="00A031F1" w14:paraId="43B9CF38"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33"/>
              <w:id w:val="231199155"/>
              <w:lock w:val="sdtLocked"/>
            </w:sdtPr>
            <w:sdtEndPr/>
            <w:sdtContent>
              <w:p w14:paraId="4AB13C01" w14:textId="77777777" w:rsidR="0025740B" w:rsidRDefault="00A944E2">
                <w:pPr>
                  <w:spacing w:after="0"/>
                  <w:rPr>
                    <w:color w:val="777777"/>
                  </w:rPr>
                </w:pPr>
                <w:sdt>
                  <w:sdtPr>
                    <w:alias w:val="Information field"/>
                    <w:tag w:val="INFO_FIELD_0013"/>
                    <w:id w:val="620655920"/>
                    <w:lock w:val="sdtLocked"/>
                  </w:sdtPr>
                  <w:sdtEndPr/>
                  <w:sdtContent>
                    <w:r w:rsidR="00CA29C7">
                      <w:rPr>
                        <w:color w:val="777777"/>
                      </w:rPr>
                      <w:t>Click or tap here to enter text.</w:t>
                    </w:r>
                  </w:sdtContent>
                </w:sdt>
              </w:p>
              <w:p w14:paraId="5C06BDBB" w14:textId="032C0465" w:rsidR="00A031F1" w:rsidRDefault="00CA29C7">
                <w:pPr>
                  <w:spacing w:after="0"/>
                </w:pPr>
                <w:r>
                  <w:rPr>
                    <w:color w:val="777777"/>
                  </w:rPr>
                  <w:br/>
                </w:r>
              </w:p>
            </w:sdtContent>
          </w:sdt>
        </w:tc>
      </w:tr>
    </w:tbl>
    <w:p w14:paraId="72A3D3EC" w14:textId="77777777" w:rsidR="00A031F1" w:rsidRDefault="00A031F1"/>
    <w:tbl>
      <w:tblPr>
        <w:tblW w:w="0" w:type="auto"/>
        <w:jc w:val="center"/>
        <w:tblLook w:val="04A0" w:firstRow="1" w:lastRow="0" w:firstColumn="1" w:lastColumn="0" w:noHBand="0" w:noVBand="1"/>
      </w:tblPr>
      <w:tblGrid>
        <w:gridCol w:w="10646"/>
      </w:tblGrid>
      <w:tr w:rsidR="00A031F1" w14:paraId="637FFC3F"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B620432" w14:textId="77777777" w:rsidR="00A031F1" w:rsidRDefault="00CA29C7">
            <w:pPr>
              <w:spacing w:after="0"/>
            </w:pPr>
            <w:r>
              <w:rPr>
                <w:b/>
                <w:color w:val="0F243E"/>
              </w:rPr>
              <w:t>What strengths, interests or positive qualities does your child have that a school should know about? *</w:t>
            </w:r>
            <w:r>
              <w:rPr>
                <w:i/>
                <w:color w:val="555555"/>
                <w:sz w:val="16"/>
              </w:rPr>
              <w:br/>
              <w:t>This may include interests, talents, relationships, preferred subjects, motivations, protective factors or positive responses to support.</w:t>
            </w:r>
          </w:p>
        </w:tc>
      </w:tr>
      <w:tr w:rsidR="00A031F1" w14:paraId="593EB56A"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34"/>
              <w:id w:val="443820281"/>
              <w:lock w:val="sdtLocked"/>
            </w:sdtPr>
            <w:sdtEndPr/>
            <w:sdtContent>
              <w:p w14:paraId="723B2F1F" w14:textId="0C57DDBE" w:rsidR="00A031F1" w:rsidRDefault="00A944E2">
                <w:pPr>
                  <w:spacing w:after="0"/>
                </w:pPr>
                <w:sdt>
                  <w:sdtPr>
                    <w:alias w:val="Information field"/>
                    <w:tag w:val="INFO_FIELD_0014"/>
                    <w:id w:val="970948917"/>
                    <w:lock w:val="sdtLocked"/>
                  </w:sdtPr>
                  <w:sdtEndPr/>
                  <w:sdtContent>
                    <w:r w:rsidR="00CA29C7">
                      <w:rPr>
                        <w:color w:val="777777"/>
                      </w:rPr>
                      <w:t>Click or tap here to enter text.</w:t>
                    </w:r>
                  </w:sdtContent>
                </w:sdt>
                <w:r w:rsidR="00CA29C7">
                  <w:rPr>
                    <w:color w:val="777777"/>
                  </w:rPr>
                  <w:br/>
                </w:r>
                <w:r w:rsidR="00CA29C7">
                  <w:rPr>
                    <w:color w:val="777777"/>
                  </w:rPr>
                  <w:br/>
                </w:r>
              </w:p>
            </w:sdtContent>
          </w:sdt>
        </w:tc>
      </w:tr>
    </w:tbl>
    <w:p w14:paraId="0D0B940D" w14:textId="77777777" w:rsidR="00A031F1" w:rsidRDefault="00A031F1"/>
    <w:tbl>
      <w:tblPr>
        <w:tblW w:w="0" w:type="auto"/>
        <w:jc w:val="center"/>
        <w:tblLook w:val="04A0" w:firstRow="1" w:lastRow="0" w:firstColumn="1" w:lastColumn="0" w:noHBand="0" w:noVBand="1"/>
      </w:tblPr>
      <w:tblGrid>
        <w:gridCol w:w="10646"/>
      </w:tblGrid>
      <w:tr w:rsidR="00A031F1" w14:paraId="07BD196B"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64FEB9C" w14:textId="77777777" w:rsidR="00A031F1" w:rsidRDefault="00CA29C7">
            <w:pPr>
              <w:spacing w:after="0"/>
            </w:pPr>
            <w:r>
              <w:rPr>
                <w:b/>
                <w:color w:val="0F243E"/>
              </w:rPr>
              <w:t>What concerns, barriers or challenges would you like the receiving school to understand and support? *</w:t>
            </w:r>
            <w:r>
              <w:rPr>
                <w:i/>
                <w:color w:val="555555"/>
                <w:sz w:val="16"/>
              </w:rPr>
              <w:br/>
              <w:t>Please include any concerns about attendance, learning, friendships, anxiety, behaviour, safety, communication, SEND, emotional wellbeing or transition.</w:t>
            </w:r>
          </w:p>
        </w:tc>
      </w:tr>
      <w:tr w:rsidR="00A031F1" w14:paraId="54E27D6D"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35"/>
              <w:id w:val="925462733"/>
              <w:lock w:val="sdtLocked"/>
            </w:sdtPr>
            <w:sdtEndPr/>
            <w:sdtContent>
              <w:p w14:paraId="26395BFE" w14:textId="0721886B" w:rsidR="00A031F1" w:rsidRDefault="00A944E2">
                <w:pPr>
                  <w:spacing w:after="0"/>
                </w:pPr>
                <w:sdt>
                  <w:sdtPr>
                    <w:alias w:val="Information field"/>
                    <w:tag w:val="INFO_FIELD_0015"/>
                    <w:id w:val="815527187"/>
                    <w:lock w:val="sdtLocked"/>
                  </w:sdtPr>
                  <w:sdtEndPr/>
                  <w:sdtContent>
                    <w:r w:rsidR="00CA29C7">
                      <w:rPr>
                        <w:color w:val="777777"/>
                      </w:rPr>
                      <w:t>Click or tap here to enter text.</w:t>
                    </w:r>
                  </w:sdtContent>
                </w:sdt>
                <w:r w:rsidR="00CA29C7">
                  <w:rPr>
                    <w:color w:val="777777"/>
                  </w:rPr>
                  <w:br/>
                </w:r>
                <w:r w:rsidR="00CA29C7">
                  <w:rPr>
                    <w:color w:val="777777"/>
                  </w:rPr>
                  <w:br/>
                </w:r>
              </w:p>
            </w:sdtContent>
          </w:sdt>
        </w:tc>
      </w:tr>
    </w:tbl>
    <w:p w14:paraId="0E27B00A" w14:textId="77777777" w:rsidR="00A031F1" w:rsidRDefault="00A031F1"/>
    <w:tbl>
      <w:tblPr>
        <w:tblW w:w="0" w:type="auto"/>
        <w:jc w:val="center"/>
        <w:tblLook w:val="04A0" w:firstRow="1" w:lastRow="0" w:firstColumn="1" w:lastColumn="0" w:noHBand="0" w:noVBand="1"/>
      </w:tblPr>
      <w:tblGrid>
        <w:gridCol w:w="10646"/>
      </w:tblGrid>
      <w:tr w:rsidR="00A031F1" w14:paraId="19C64E52"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E8E3208" w14:textId="77777777" w:rsidR="00A031F1" w:rsidRDefault="00CA29C7">
            <w:pPr>
              <w:spacing w:after="0"/>
            </w:pPr>
            <w:r>
              <w:rPr>
                <w:b/>
                <w:color w:val="0F243E"/>
              </w:rPr>
              <w:t>What support or adjustments would help your child settle, attend and make progress at their next school? *</w:t>
            </w:r>
            <w:r>
              <w:rPr>
                <w:i/>
                <w:color w:val="555555"/>
                <w:sz w:val="16"/>
              </w:rPr>
              <w:br/>
              <w:t>Please include practical strategies that have helped before and any reasonable adjustments or transition arrangements that may support a successful start.</w:t>
            </w:r>
          </w:p>
        </w:tc>
      </w:tr>
      <w:tr w:rsidR="00A031F1" w14:paraId="473EC3D1"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36"/>
              <w:id w:val="-432125987"/>
              <w:lock w:val="sdtLocked"/>
            </w:sdtPr>
            <w:sdtEndPr/>
            <w:sdtContent>
              <w:p w14:paraId="10643D94" w14:textId="0B33FBC0" w:rsidR="00A031F1" w:rsidRDefault="00A944E2">
                <w:pPr>
                  <w:spacing w:after="0"/>
                </w:pPr>
                <w:sdt>
                  <w:sdtPr>
                    <w:alias w:val="Information field"/>
                    <w:tag w:val="INFO_FIELD_0016"/>
                    <w:id w:val="-1220586182"/>
                    <w:lock w:val="sdtLocked"/>
                  </w:sdtPr>
                  <w:sdtEndPr/>
                  <w:sdtContent>
                    <w:r w:rsidR="00CA29C7">
                      <w:rPr>
                        <w:color w:val="777777"/>
                      </w:rPr>
                      <w:t>Click or tap here to enter text.</w:t>
                    </w:r>
                  </w:sdtContent>
                </w:sdt>
                <w:r w:rsidR="00CA29C7">
                  <w:rPr>
                    <w:color w:val="777777"/>
                  </w:rPr>
                  <w:br/>
                </w:r>
                <w:r w:rsidR="00CA29C7">
                  <w:rPr>
                    <w:color w:val="777777"/>
                  </w:rPr>
                  <w:br/>
                </w:r>
              </w:p>
            </w:sdtContent>
          </w:sdt>
        </w:tc>
      </w:tr>
    </w:tbl>
    <w:p w14:paraId="60061E4C" w14:textId="77777777" w:rsidR="00A031F1" w:rsidRDefault="00A031F1"/>
    <w:tbl>
      <w:tblPr>
        <w:tblW w:w="0" w:type="auto"/>
        <w:jc w:val="center"/>
        <w:tblLook w:val="04A0" w:firstRow="1" w:lastRow="0" w:firstColumn="1" w:lastColumn="0" w:noHBand="0" w:noVBand="1"/>
      </w:tblPr>
      <w:tblGrid>
        <w:gridCol w:w="10646"/>
      </w:tblGrid>
      <w:tr w:rsidR="00A031F1" w14:paraId="761231CF"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B230ADF" w14:textId="5BA2837C" w:rsidR="00A031F1" w:rsidRDefault="00CA29C7">
            <w:pPr>
              <w:spacing w:after="0"/>
            </w:pPr>
            <w:r>
              <w:rPr>
                <w:b/>
                <w:color w:val="0F243E"/>
              </w:rPr>
              <w:lastRenderedPageBreak/>
              <w:t>Is there a school you would prefer</w:t>
            </w:r>
            <w:r w:rsidR="00476644">
              <w:rPr>
                <w:b/>
                <w:color w:val="0F243E"/>
              </w:rPr>
              <w:t>/not prefer</w:t>
            </w:r>
            <w:r>
              <w:rPr>
                <w:b/>
                <w:color w:val="0F243E"/>
              </w:rPr>
              <w:t xml:space="preserve"> your child to be placed at</w:t>
            </w:r>
            <w:r w:rsidR="00476644">
              <w:rPr>
                <w:b/>
                <w:color w:val="0F243E"/>
              </w:rPr>
              <w:t>? Please give clear specific reasons</w:t>
            </w:r>
            <w:r>
              <w:rPr>
                <w:b/>
                <w:color w:val="0F243E"/>
              </w:rPr>
              <w:t xml:space="preserve"> or any school context that you feel should be considered</w:t>
            </w:r>
            <w:r w:rsidR="00476644">
              <w:rPr>
                <w:b/>
                <w:color w:val="0F243E"/>
              </w:rPr>
              <w:t>.</w:t>
            </w:r>
            <w:r>
              <w:rPr>
                <w:i/>
                <w:color w:val="555555"/>
                <w:sz w:val="16"/>
              </w:rPr>
              <w:br/>
            </w:r>
            <w:r w:rsidRPr="00476644">
              <w:rPr>
                <w:b/>
                <w:bCs/>
                <w:i/>
                <w:sz w:val="16"/>
                <w:highlight w:val="yellow"/>
              </w:rPr>
              <w:t>Your views are important and will be taken into account, but a school preference cannot be guaranteed through the Fair Access Panel process.</w:t>
            </w:r>
          </w:p>
        </w:tc>
      </w:tr>
      <w:tr w:rsidR="00A031F1" w14:paraId="4E79EA04"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37"/>
              <w:id w:val="-1871824191"/>
              <w:lock w:val="sdtLocked"/>
            </w:sdtPr>
            <w:sdtEndPr/>
            <w:sdtContent>
              <w:p w14:paraId="0825EB79" w14:textId="77777777" w:rsidR="00A031F1" w:rsidRDefault="00A944E2">
                <w:pPr>
                  <w:spacing w:after="0"/>
                </w:pPr>
                <w:sdt>
                  <w:sdtPr>
                    <w:alias w:val="Information field"/>
                    <w:tag w:val="INFO_FIELD_0017"/>
                    <w:id w:val="969712811"/>
                    <w:lock w:val="sdtLocked"/>
                  </w:sdtPr>
                  <w:sdtEndPr/>
                  <w:sdtContent>
                    <w:r w:rsidR="00CA29C7">
                      <w:rPr>
                        <w:color w:val="777777"/>
                      </w:rPr>
                      <w:t>Click or tap here to enter text.</w:t>
                    </w:r>
                  </w:sdtContent>
                </w:sdt>
                <w:r w:rsidR="00CA29C7">
                  <w:rPr>
                    <w:color w:val="777777"/>
                  </w:rPr>
                  <w:br/>
                </w:r>
                <w:r w:rsidR="00CA29C7">
                  <w:rPr>
                    <w:color w:val="777777"/>
                  </w:rPr>
                  <w:br/>
                </w:r>
                <w:r w:rsidR="00CA29C7">
                  <w:rPr>
                    <w:color w:val="777777"/>
                  </w:rPr>
                  <w:br/>
                </w:r>
              </w:p>
            </w:sdtContent>
          </w:sdt>
        </w:tc>
      </w:tr>
    </w:tbl>
    <w:p w14:paraId="44EAFD9C" w14:textId="77777777" w:rsidR="00A031F1" w:rsidRDefault="00A031F1"/>
    <w:p w14:paraId="1C3A1766" w14:textId="77777777" w:rsidR="00A031F1" w:rsidRDefault="00CA29C7">
      <w:pPr>
        <w:spacing w:before="160" w:after="60"/>
      </w:pPr>
      <w:r>
        <w:rPr>
          <w:b/>
          <w:color w:val="1F4E79"/>
          <w:sz w:val="26"/>
        </w:rPr>
        <w:t>4. Additional Information for Placement Planning</w:t>
      </w:r>
    </w:p>
    <w:tbl>
      <w:tblPr>
        <w:tblW w:w="0" w:type="auto"/>
        <w:jc w:val="center"/>
        <w:tblLook w:val="04A0" w:firstRow="1" w:lastRow="0" w:firstColumn="1" w:lastColumn="0" w:noHBand="0" w:noVBand="1"/>
      </w:tblPr>
      <w:tblGrid>
        <w:gridCol w:w="10646"/>
      </w:tblGrid>
      <w:tr w:rsidR="00A031F1" w14:paraId="6AB18D42"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6B4E88D" w14:textId="77777777" w:rsidR="00A031F1" w:rsidRDefault="00CA29C7">
            <w:pPr>
              <w:spacing w:after="0"/>
            </w:pPr>
            <w:r>
              <w:rPr>
                <w:b/>
                <w:color w:val="0F243E"/>
              </w:rPr>
              <w:t>Is there anything else you would like the Fair Access Panel or receiving school to understand?</w:t>
            </w:r>
            <w:r>
              <w:rPr>
                <w:i/>
                <w:color w:val="555555"/>
                <w:sz w:val="16"/>
              </w:rPr>
              <w:br/>
              <w:t>Please include any additional information that may support safe, sensitive and successful placement planning.</w:t>
            </w:r>
          </w:p>
        </w:tc>
      </w:tr>
      <w:tr w:rsidR="00A031F1" w14:paraId="59E437EE"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38"/>
              <w:id w:val="-952177702"/>
              <w:lock w:val="sdtLocked"/>
            </w:sdtPr>
            <w:sdtEndPr/>
            <w:sdtContent>
              <w:p w14:paraId="0B521261" w14:textId="77777777" w:rsidR="00A031F1" w:rsidRDefault="00A944E2">
                <w:pPr>
                  <w:spacing w:after="0"/>
                </w:pPr>
                <w:sdt>
                  <w:sdtPr>
                    <w:alias w:val="Information field"/>
                    <w:tag w:val="INFO_FIELD_0018"/>
                    <w:id w:val="1657877902"/>
                    <w:lock w:val="sdtLocked"/>
                  </w:sdtPr>
                  <w:sdtEndPr/>
                  <w:sdtContent>
                    <w:r w:rsidR="00CA29C7">
                      <w:rPr>
                        <w:color w:val="777777"/>
                      </w:rPr>
                      <w:t>Click or tap here to enter text.</w:t>
                    </w:r>
                  </w:sdtContent>
                </w:sdt>
                <w:r w:rsidR="00CA29C7">
                  <w:rPr>
                    <w:color w:val="777777"/>
                  </w:rPr>
                  <w:br/>
                </w:r>
                <w:r w:rsidR="00CA29C7">
                  <w:rPr>
                    <w:color w:val="777777"/>
                  </w:rPr>
                  <w:br/>
                </w:r>
                <w:r w:rsidR="00CA29C7">
                  <w:rPr>
                    <w:color w:val="777777"/>
                  </w:rPr>
                  <w:br/>
                </w:r>
              </w:p>
            </w:sdtContent>
          </w:sdt>
        </w:tc>
      </w:tr>
    </w:tbl>
    <w:p w14:paraId="4B94D5A5" w14:textId="77777777" w:rsidR="00A031F1" w:rsidRDefault="00A031F1"/>
    <w:tbl>
      <w:tblPr>
        <w:tblW w:w="0" w:type="auto"/>
        <w:jc w:val="center"/>
        <w:tblLook w:val="04A0" w:firstRow="1" w:lastRow="0" w:firstColumn="1" w:lastColumn="0" w:noHBand="0" w:noVBand="1"/>
      </w:tblPr>
      <w:tblGrid>
        <w:gridCol w:w="1775"/>
        <w:gridCol w:w="3548"/>
        <w:gridCol w:w="1774"/>
        <w:gridCol w:w="3549"/>
      </w:tblGrid>
      <w:tr w:rsidR="00F05A68" w14:paraId="38061508" w14:textId="77777777" w:rsidTr="00E858AC">
        <w:trPr>
          <w:jc w:val="center"/>
        </w:trPr>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73966E0D" w14:textId="77777777" w:rsidR="00F05A68" w:rsidRDefault="00F05A68" w:rsidP="00F05A68">
            <w:pPr>
              <w:spacing w:after="0"/>
            </w:pPr>
            <w:r>
              <w:rPr>
                <w:b/>
                <w:color w:val="0F243E"/>
                <w:sz w:val="17"/>
              </w:rPr>
              <w:t>Name of person completing form *</w:t>
            </w:r>
          </w:p>
        </w:tc>
        <w:tc>
          <w:tcPr>
            <w:tcW w:w="3548"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39"/>
              <w:id w:val="612106568"/>
              <w:lock w:val="sdtLocked"/>
            </w:sdtPr>
            <w:sdtEndPr/>
            <w:sdtContent>
              <w:p w14:paraId="07D45555" w14:textId="62DC98EB" w:rsidR="00F05A68" w:rsidRDefault="00A944E2" w:rsidP="00F05A68">
                <w:pPr>
                  <w:spacing w:after="0"/>
                </w:pPr>
                <w:sdt>
                  <w:sdtPr>
                    <w:alias w:val="Information field"/>
                    <w:tag w:val="INFO_FIELD_0019"/>
                    <w:id w:val="1944956647"/>
                    <w:lock w:val="sdtLocked"/>
                  </w:sdtPr>
                  <w:sdtEndPr/>
                  <w:sdtContent>
                    <w:r w:rsidR="00F05A68">
                      <w:rPr>
                        <w:color w:val="666666"/>
                        <w:sz w:val="17"/>
                      </w:rPr>
                      <w:t>Click or tap here to enter text.</w:t>
                    </w:r>
                  </w:sdtContent>
                </w:sdt>
              </w:p>
            </w:sdtContent>
          </w:sdt>
        </w:tc>
        <w:tc>
          <w:tcPr>
            <w:tcW w:w="177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77DA498F" w14:textId="79609777" w:rsidR="00F05A68" w:rsidRDefault="00F05A68" w:rsidP="00F05A68">
            <w:pPr>
              <w:spacing w:after="0"/>
            </w:pPr>
            <w:r>
              <w:rPr>
                <w:b/>
                <w:color w:val="0F243E"/>
                <w:sz w:val="17"/>
              </w:rPr>
              <w:t>Relationship to child *</w:t>
            </w:r>
          </w:p>
        </w:tc>
        <w:tc>
          <w:tcPr>
            <w:tcW w:w="3549"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0"/>
              <w:id w:val="1299496583"/>
              <w:lock w:val="sdtLocked"/>
            </w:sdtPr>
            <w:sdtEndPr/>
            <w:sdtContent>
              <w:p w14:paraId="4B9897D8" w14:textId="6533313B" w:rsidR="00F05A68" w:rsidRDefault="00A944E2" w:rsidP="00F05A68">
                <w:pPr>
                  <w:spacing w:after="0"/>
                </w:pPr>
                <w:sdt>
                  <w:sdtPr>
                    <w:alias w:val="Information field"/>
                    <w:tag w:val="INFO_FIELD_0020"/>
                    <w:id w:val="1771732808"/>
                    <w:lock w:val="sdtLocked"/>
                  </w:sdtPr>
                  <w:sdtEndPr/>
                  <w:sdtContent>
                    <w:r w:rsidR="00F05A68">
                      <w:rPr>
                        <w:color w:val="666666"/>
                        <w:sz w:val="17"/>
                      </w:rPr>
                      <w:t>Click or tap here to enter text.</w:t>
                    </w:r>
                  </w:sdtContent>
                </w:sdt>
              </w:p>
            </w:sdtContent>
          </w:sdt>
        </w:tc>
      </w:tr>
      <w:tr w:rsidR="00F05A68" w14:paraId="175988CF" w14:textId="77777777" w:rsidTr="00385AE4">
        <w:trPr>
          <w:jc w:val="center"/>
        </w:trPr>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5C61AC65" w14:textId="7D8D4DD9" w:rsidR="00F05A68" w:rsidRDefault="00F05A68" w:rsidP="00385AE4">
            <w:pPr>
              <w:spacing w:after="0"/>
              <w:rPr>
                <w:b/>
                <w:color w:val="0F243E"/>
                <w:sz w:val="17"/>
              </w:rPr>
            </w:pPr>
            <w:r>
              <w:rPr>
                <w:b/>
                <w:color w:val="0F243E"/>
                <w:sz w:val="17"/>
              </w:rPr>
              <w:t>Signed</w:t>
            </w:r>
          </w:p>
        </w:tc>
        <w:tc>
          <w:tcPr>
            <w:tcW w:w="8871" w:type="dxa"/>
            <w:gridSpan w:val="3"/>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1"/>
              <w:id w:val="-1741558471"/>
              <w:lock w:val="sdtLocked"/>
            </w:sdtPr>
            <w:sdtEndPr/>
            <w:sdtContent>
              <w:p w14:paraId="2A1F8C63" w14:textId="77777777" w:rsidR="00F05A68" w:rsidRDefault="00A944E2" w:rsidP="00385AE4">
                <w:pPr>
                  <w:spacing w:after="0"/>
                  <w:rPr>
                    <w:color w:val="666666"/>
                    <w:sz w:val="17"/>
                  </w:rPr>
                </w:pPr>
              </w:p>
            </w:sdtContent>
          </w:sdt>
        </w:tc>
      </w:tr>
      <w:tr w:rsidR="00F05A68" w14:paraId="1F035E84" w14:textId="77777777" w:rsidTr="00385AE4">
        <w:trPr>
          <w:jc w:val="center"/>
        </w:trPr>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60E234AE" w14:textId="1422E2EF" w:rsidR="00F05A68" w:rsidRDefault="00F05A68" w:rsidP="00385AE4">
            <w:pPr>
              <w:spacing w:after="0"/>
              <w:rPr>
                <w:b/>
                <w:color w:val="0F243E"/>
                <w:sz w:val="17"/>
              </w:rPr>
            </w:pPr>
            <w:r>
              <w:rPr>
                <w:b/>
                <w:color w:val="0F243E"/>
                <w:sz w:val="17"/>
              </w:rPr>
              <w:t>Date</w:t>
            </w:r>
          </w:p>
        </w:tc>
        <w:sdt>
          <w:sdtPr>
            <w:rPr>
              <w:color w:val="666666"/>
              <w:sz w:val="17"/>
            </w:rPr>
            <w:id w:val="-428352521"/>
            <w:placeholder>
              <w:docPart w:val="DefaultPlaceholder_-1854013437"/>
            </w:placeholder>
            <w:showingPlcHdr/>
            <w:date>
              <w:dateFormat w:val="dd/MM/yyyy"/>
              <w:lid w:val="en-GB"/>
              <w:storeMappedDataAs w:val="dateTime"/>
              <w:calendar w:val="gregorian"/>
            </w:date>
          </w:sdtPr>
          <w:sdtEndPr/>
          <w:sdtContent>
            <w:tc>
              <w:tcPr>
                <w:tcW w:w="8871" w:type="dxa"/>
                <w:gridSpan w:val="3"/>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610BDBFD" w14:textId="6A1C56E4" w:rsidR="00F05A68" w:rsidRDefault="00A86507" w:rsidP="00385AE4">
                <w:pPr>
                  <w:spacing w:after="0"/>
                  <w:rPr>
                    <w:color w:val="666666"/>
                    <w:sz w:val="17"/>
                  </w:rPr>
                </w:pPr>
                <w:r w:rsidRPr="00C4433B">
                  <w:rPr>
                    <w:rStyle w:val="PlaceholderText"/>
                  </w:rPr>
                  <w:t>Click or tap to enter a date.</w:t>
                </w:r>
              </w:p>
            </w:tc>
          </w:sdtContent>
        </w:sdt>
      </w:tr>
    </w:tbl>
    <w:p w14:paraId="3656B9AB" w14:textId="77777777" w:rsidR="00A031F1" w:rsidRDefault="00A031F1"/>
    <w:sectPr w:rsidR="00A031F1" w:rsidSect="00034616">
      <w:footerReference w:type="default" r:id="rId8"/>
      <w:pgSz w:w="12240" w:h="15840"/>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F3069" w14:textId="77777777" w:rsidR="00A944E2" w:rsidRDefault="00A944E2">
      <w:pPr>
        <w:spacing w:after="0" w:line="240" w:lineRule="auto"/>
      </w:pPr>
      <w:r>
        <w:separator/>
      </w:r>
    </w:p>
  </w:endnote>
  <w:endnote w:type="continuationSeparator" w:id="0">
    <w:p w14:paraId="786FEEE6" w14:textId="77777777" w:rsidR="00A944E2" w:rsidRDefault="00A9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BA7B" w14:textId="77777777" w:rsidR="00A86507" w:rsidRDefault="00CA29C7">
    <w:pPr>
      <w:pStyle w:val="Footer"/>
      <w:jc w:val="center"/>
      <w:rPr>
        <w:color w:val="666666"/>
        <w:sz w:val="16"/>
      </w:rPr>
    </w:pPr>
    <w:r>
      <w:rPr>
        <w:color w:val="666666"/>
        <w:sz w:val="16"/>
      </w:rPr>
      <w:t xml:space="preserve">OFFICIAL - Sensitive </w:t>
    </w:r>
  </w:p>
  <w:p w14:paraId="6E77B6A4" w14:textId="14FDE8C0" w:rsidR="00A031F1" w:rsidRDefault="00CA29C7">
    <w:pPr>
      <w:pStyle w:val="Footer"/>
      <w:jc w:val="center"/>
    </w:pPr>
    <w:r>
      <w:rPr>
        <w:color w:val="666666"/>
        <w:sz w:val="16"/>
      </w:rPr>
      <w:t>Parent / Carer and Pupil Views Form –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BBDA1" w14:textId="77777777" w:rsidR="00A944E2" w:rsidRDefault="00A944E2">
      <w:pPr>
        <w:spacing w:after="0" w:line="240" w:lineRule="auto"/>
      </w:pPr>
      <w:r>
        <w:separator/>
      </w:r>
    </w:p>
  </w:footnote>
  <w:footnote w:type="continuationSeparator" w:id="0">
    <w:p w14:paraId="13CDB0C7" w14:textId="77777777" w:rsidR="00A944E2" w:rsidRDefault="00A944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05831714">
    <w:abstractNumId w:val="8"/>
  </w:num>
  <w:num w:numId="2" w16cid:durableId="236013613">
    <w:abstractNumId w:val="6"/>
  </w:num>
  <w:num w:numId="3" w16cid:durableId="938947066">
    <w:abstractNumId w:val="5"/>
  </w:num>
  <w:num w:numId="4" w16cid:durableId="856697960">
    <w:abstractNumId w:val="4"/>
  </w:num>
  <w:num w:numId="5" w16cid:durableId="1219711045">
    <w:abstractNumId w:val="7"/>
  </w:num>
  <w:num w:numId="6" w16cid:durableId="1783838801">
    <w:abstractNumId w:val="3"/>
  </w:num>
  <w:num w:numId="7" w16cid:durableId="818812469">
    <w:abstractNumId w:val="2"/>
  </w:num>
  <w:num w:numId="8" w16cid:durableId="1768572753">
    <w:abstractNumId w:val="1"/>
  </w:num>
  <w:num w:numId="9" w16cid:durableId="113675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2746"/>
    <w:rsid w:val="0015074B"/>
    <w:rsid w:val="00173C44"/>
    <w:rsid w:val="00187AB0"/>
    <w:rsid w:val="0023465D"/>
    <w:rsid w:val="0025740B"/>
    <w:rsid w:val="0029639D"/>
    <w:rsid w:val="00326F90"/>
    <w:rsid w:val="003A1CBD"/>
    <w:rsid w:val="003C785F"/>
    <w:rsid w:val="00476644"/>
    <w:rsid w:val="004F7AE9"/>
    <w:rsid w:val="00656D7D"/>
    <w:rsid w:val="00797261"/>
    <w:rsid w:val="007A47C1"/>
    <w:rsid w:val="009C5984"/>
    <w:rsid w:val="00A031F1"/>
    <w:rsid w:val="00A14C7E"/>
    <w:rsid w:val="00A86507"/>
    <w:rsid w:val="00A944E2"/>
    <w:rsid w:val="00AA0688"/>
    <w:rsid w:val="00AA1D8D"/>
    <w:rsid w:val="00B1754F"/>
    <w:rsid w:val="00B30714"/>
    <w:rsid w:val="00B47730"/>
    <w:rsid w:val="00CA29C7"/>
    <w:rsid w:val="00CB0664"/>
    <w:rsid w:val="00F05A68"/>
    <w:rsid w:val="00F30D2D"/>
    <w:rsid w:val="00FC693F"/>
    <w:rsid w:val="30465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E97AC54-8486-4418-B933-A040FA58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A8650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A09507FC-6957-45AD-9DF2-B02057A0B65F}"/>
      </w:docPartPr>
      <w:docPartBody>
        <w:p w:rsidR="00BF6AAC" w:rsidRDefault="00F43466">
          <w:r w:rsidRPr="00C4433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466"/>
    <w:rsid w:val="00187AB0"/>
    <w:rsid w:val="00513C9E"/>
    <w:rsid w:val="00AA0688"/>
    <w:rsid w:val="00BF6AAC"/>
    <w:rsid w:val="00F43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46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ervice Document" ma:contentTypeID="0x010100C50F05A7ED30F54294ADC2B50AFA98D1007401A7997FEAC246A665D993F052148C" ma:contentTypeVersion="18" ma:contentTypeDescription="Custom service document" ma:contentTypeScope="" ma:versionID="ef602bb177a9fc578c54f7151fea196a">
  <xsd:schema xmlns:xsd="http://www.w3.org/2001/XMLSchema" xmlns:xs="http://www.w3.org/2001/XMLSchema" xmlns:p="http://schemas.microsoft.com/office/2006/metadata/properties" xmlns:ns2="78a9e8ab-f1c3-4d40-985a-93fd8ee92998" xmlns:ns3="0effdf57-8945-4ab5-a2a1-b358091f1326" targetNamespace="http://schemas.microsoft.com/office/2006/metadata/properties" ma:root="true" ma:fieldsID="51f784a8bba6c8519af9acf13adcd8ed" ns2:_="" ns3:_="">
    <xsd:import namespace="78a9e8ab-f1c3-4d40-985a-93fd8ee92998"/>
    <xsd:import namespace="0effdf57-8945-4ab5-a2a1-b358091f1326"/>
    <xsd:element name="properties">
      <xsd:complexType>
        <xsd:sequence>
          <xsd:element name="documentManagement">
            <xsd:complexType>
              <xsd:all>
                <xsd:element ref="ns2:_dlc_DocId" minOccurs="0"/>
                <xsd:element ref="ns2:_dlc_DocIdUrl" minOccurs="0"/>
                <xsd:element ref="ns2:_dlc_DocIdPersistId" minOccurs="0"/>
                <xsd:element ref="ns2:Retention" minOccurs="0"/>
                <xsd:element ref="ns2:DocumentStatus"/>
                <xsd:element ref="ns2:IsPublicDocument" minOccurs="0"/>
                <xsd:element ref="ns2:PublicDocumentUrl" minOccurs="0"/>
                <xsd:element ref="ns2:DisposalDate" minOccurs="0"/>
                <xsd:element ref="ns2:ffccade9da8a475ab8f1c108c3e23718" minOccurs="0"/>
                <xsd:element ref="ns2:TaxCatchAll" minOccurs="0"/>
                <xsd:element ref="ns2:TaxCatchAllLabel" minOccurs="0"/>
                <xsd:element ref="ns2:kedb2ff0ca1e408a99ab642b77c963a5" minOccurs="0"/>
                <xsd:element ref="ns2:m6f1b19d255b4c43ac68d7531f76a7f7" minOccurs="0"/>
                <xsd:element ref="ns2:gfbd317b6d45488ba6923c9499396db1" minOccurs="0"/>
                <xsd:element ref="ns2:l9b9e22c36cb44fca76c18eb4ce001f3" minOccurs="0"/>
                <xsd:element ref="ns2:f36226996675478285decb82353bbd3c"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9e8ab-f1c3-4d40-985a-93fd8ee929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etention" ma:index="11" nillable="true" ma:displayName="Retention" ma:default="2" ma:format="Dropdown" ma:internalName="Retention">
      <xsd:simpleType>
        <xsd:restriction base="dms:Choice">
          <xsd:enumeration value="2"/>
          <xsd:enumeration value="4"/>
          <xsd:enumeration value="10"/>
          <xsd:enumeration value="14"/>
          <xsd:enumeration value="50"/>
          <xsd:enumeration value="100"/>
        </xsd:restriction>
      </xsd:simpleType>
    </xsd:element>
    <xsd:element name="DocumentStatus" ma:index="12" ma:displayName="Document Status" ma:default="Active" ma:format="Dropdown" ma:internalName="DocumentStatus">
      <xsd:simpleType>
        <xsd:restriction base="dms:Choice">
          <xsd:enumeration value="Active"/>
          <xsd:enumeration value="Archive"/>
        </xsd:restriction>
      </xsd:simpleType>
    </xsd:element>
    <xsd:element name="IsPublicDocument" ma:index="13" nillable="true" ma:displayName="Is Public Document" ma:default="0" ma:internalName="IsPublicDocument">
      <xsd:simpleType>
        <xsd:restriction base="dms:Boolean"/>
      </xsd:simpleType>
    </xsd:element>
    <xsd:element name="PublicDocumentUrl" ma:index="14" nillable="true" ma:displayName="Public Document Url" ma:format="Hyperlink" ma:internalName="PublicDocumentUrl">
      <xsd:complexType>
        <xsd:complexContent>
          <xsd:extension base="dms:URL">
            <xsd:sequence>
              <xsd:element name="Url" type="dms:ValidUrl" minOccurs="0" nillable="true"/>
              <xsd:element name="Description" type="xsd:string" nillable="true"/>
            </xsd:sequence>
          </xsd:extension>
        </xsd:complexContent>
      </xsd:complexType>
    </xsd:element>
    <xsd:element name="DisposalDate" ma:index="15" nillable="true" ma:displayName="Disposal Date" ma:format="DateOnly" ma:internalName="DisposalDate">
      <xsd:simpleType>
        <xsd:restriction base="dms:DateTime"/>
      </xsd:simpleType>
    </xsd:element>
    <xsd:element name="ffccade9da8a475ab8f1c108c3e23718" ma:index="16" nillable="true" ma:taxonomy="true" ma:internalName="ffccade9da8a475ab8f1c108c3e23718" ma:taxonomyFieldName="WCCKeywords" ma:displayName="WCC Keywords" ma:readOnly="false" ma:default="" ma:fieldId="{ffccade9-da8a-475a-b8f1-c108c3e23718}" ma:taxonomyMulti="true" ma:sspId="3c45229e-f6e3-48e4-a132-9a8ab844bf52" ma:termSetId="568ed3e8-ebec-44f0-8274-1f9935843ef4" ma:anchorId="00000000-0000-0000-0000-000000000000" ma:open="true" ma:isKeyword="false">
      <xsd:complexType>
        <xsd:sequence>
          <xsd:element ref="pc:Terms" minOccurs="0" maxOccurs="1"/>
        </xsd:sequence>
      </xsd:complexType>
    </xsd:element>
    <xsd:element name="TaxCatchAll" ma:index="17" nillable="true" ma:displayName="Taxonomy Catch All Column" ma:hidden="true" ma:list="{02d2cac1-487a-4314-8907-db117cd8f355}" ma:internalName="TaxCatchAll" ma:showField="CatchAllData"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02d2cac1-487a-4314-8907-db117cd8f355}" ma:internalName="TaxCatchAllLabel" ma:readOnly="true" ma:showField="CatchAllDataLabel"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kedb2ff0ca1e408a99ab642b77c963a5" ma:index="20" ma:taxonomy="true" ma:internalName="kedb2ff0ca1e408a99ab642b77c963a5" ma:taxonomyFieldName="DocumentType" ma:displayName="Document Type" ma:default="9;#Standard|960ba701-3380-41b5-9bb0-3b6b58c1499e" ma:fieldId="{4edb2ff0-ca1e-408a-99ab-642b77c963a5}" ma:sspId="3c45229e-f6e3-48e4-a132-9a8ab844bf52" ma:termSetId="4c7cbf5b-2f37-45e9-9505-66c06b484fa9" ma:anchorId="1c0b3c5a-4fe6-493a-a3f8-00d416eaee13" ma:open="false" ma:isKeyword="false">
      <xsd:complexType>
        <xsd:sequence>
          <xsd:element ref="pc:Terms" minOccurs="0" maxOccurs="1"/>
        </xsd:sequence>
      </xsd:complexType>
    </xsd:element>
    <xsd:element name="m6f1b19d255b4c43ac68d7531f76a7f7" ma:index="22" ma:taxonomy="true" ma:internalName="m6f1b19d255b4c43ac68d7531f76a7f7" ma:taxonomyFieldName="ProtectiveMarking" ma:displayName="Protective Marking" ma:default="10;#Internal|8465cde6-4b72-409e-b614-8b2710298596" ma:fieldId="{66f1b19d-255b-4c43-ac68-d7531f76a7f7}" ma:sspId="3c45229e-f6e3-48e4-a132-9a8ab844bf52" ma:termSetId="b85a5083-0c1f-4ed1-96f9-f69f7a74ae76" ma:anchorId="00000000-0000-0000-0000-000000000000" ma:open="true" ma:isKeyword="false">
      <xsd:complexType>
        <xsd:sequence>
          <xsd:element ref="pc:Terms" minOccurs="0" maxOccurs="1"/>
        </xsd:sequence>
      </xsd:complexType>
    </xsd:element>
    <xsd:element name="gfbd317b6d45488ba6923c9499396db1" ma:index="24" nillable="true" ma:taxonomy="true" ma:internalName="gfbd317b6d45488ba6923c9499396db1" ma:taxonomyFieldName="WCCCoverage" ma:displayName="WCC Coverage" ma:default="" ma:fieldId="{0fbd317b-6d45-488b-a692-3c9499396db1}" ma:sspId="3c45229e-f6e3-48e4-a132-9a8ab844bf52" ma:termSetId="36b77bd1-2a0b-4c27-bc94-2ef379a2d059" ma:anchorId="00000000-0000-0000-0000-000000000000" ma:open="false" ma:isKeyword="false">
      <xsd:complexType>
        <xsd:sequence>
          <xsd:element ref="pc:Terms" minOccurs="0" maxOccurs="1"/>
        </xsd:sequence>
      </xsd:complexType>
    </xsd:element>
    <xsd:element name="l9b9e22c36cb44fca76c18eb4ce001f3" ma:index="26" ma:taxonomy="true" ma:internalName="l9b9e22c36cb44fca76c18eb4ce001f3" ma:taxonomyFieldName="WCCLanguage" ma:displayName="WCC Language" ma:default="11;#English|748e06bf-4d1a-4a4c-bcd9-5803f35d29e0" ma:fieldId="{59b9e22c-36cb-44fc-a76c-18eb4ce001f3}" ma:sspId="3c45229e-f6e3-48e4-a132-9a8ab844bf52" ma:termSetId="e2c544b9-e557-4b34-89fc-be38f6be3038" ma:anchorId="00000000-0000-0000-0000-000000000000" ma:open="true" ma:isKeyword="false">
      <xsd:complexType>
        <xsd:sequence>
          <xsd:element ref="pc:Terms" minOccurs="0" maxOccurs="1"/>
        </xsd:sequence>
      </xsd:complexType>
    </xsd:element>
    <xsd:element name="f36226996675478285decb82353bbd3c" ma:index="28" nillable="true" ma:taxonomy="true" ma:internalName="f36226996675478285decb82353bbd3c" ma:taxonomyFieldName="WCCSubject" ma:displayName="WCC Subject" ma:default="" ma:fieldId="{f3622699-6675-4782-85de-cb82353bbd3c}" ma:sspId="3c45229e-f6e3-48e4-a132-9a8ab844bf52" ma:termSetId="52df33d5-23b5-4507-b40a-dd717a04df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ffdf57-8945-4ab5-a2a1-b358091f1326"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36226996675478285decb82353bbd3c xmlns="78a9e8ab-f1c3-4d40-985a-93fd8ee92998">
      <Terms xmlns="http://schemas.microsoft.com/office/infopath/2007/PartnerControls">
        <TermInfo xmlns="http://schemas.microsoft.com/office/infopath/2007/PartnerControls">
          <TermName xmlns="http://schemas.microsoft.com/office/infopath/2007/PartnerControls">Schools</TermName>
          <TermId xmlns="http://schemas.microsoft.com/office/infopath/2007/PartnerControls">59951fdc-414b-4f08-99e8-dbd2ac37cc35</TermId>
        </TermInfo>
      </Terms>
    </f36226996675478285decb82353bbd3c>
    <DisposalDate xmlns="78a9e8ab-f1c3-4d40-985a-93fd8ee92998" xsi:nil="true"/>
    <l9b9e22c36cb44fca76c18eb4ce001f3 xmlns="78a9e8ab-f1c3-4d40-985a-93fd8ee92998">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748e06bf-4d1a-4a4c-bcd9-5803f35d29e0</TermId>
        </TermInfo>
      </Terms>
    </l9b9e22c36cb44fca76c18eb4ce001f3>
    <PublicDocumentUrl xmlns="78a9e8ab-f1c3-4d40-985a-93fd8ee92998">
      <Url xsi:nil="true"/>
      <Description xsi:nil="true"/>
    </PublicDocumentUrl>
    <DocumentStatus xmlns="78a9e8ab-f1c3-4d40-985a-93fd8ee92998">Active</DocumentStatus>
    <gfbd317b6d45488ba6923c9499396db1 xmlns="78a9e8ab-f1c3-4d40-985a-93fd8ee92998">
      <Terms xmlns="http://schemas.microsoft.com/office/infopath/2007/PartnerControls"/>
    </gfbd317b6d45488ba6923c9499396db1>
    <m6f1b19d255b4c43ac68d7531f76a7f7 xmlns="78a9e8ab-f1c3-4d40-985a-93fd8ee92998">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d3c6ebfc-cc52-4ccb-bc46-feaefa0989f8</TermId>
        </TermInfo>
      </Terms>
    </m6f1b19d255b4c43ac68d7531f76a7f7>
    <kedb2ff0ca1e408a99ab642b77c963a5 xmlns="78a9e8ab-f1c3-4d40-985a-93fd8ee92998">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b79b62e4-8458-4ff1-b8ac-04c9a33f254f</TermId>
        </TermInfo>
      </Terms>
    </kedb2ff0ca1e408a99ab642b77c963a5>
    <ffccade9da8a475ab8f1c108c3e23718 xmlns="78a9e8ab-f1c3-4d40-985a-93fd8ee92998">
      <Terms xmlns="http://schemas.microsoft.com/office/infopath/2007/PartnerControls"/>
    </ffccade9da8a475ab8f1c108c3e23718>
    <IsPublicDocument xmlns="78a9e8ab-f1c3-4d40-985a-93fd8ee92998">true</IsPublicDocument>
    <Retention xmlns="78a9e8ab-f1c3-4d40-985a-93fd8ee92998">2</Retention>
    <TaxCatchAll xmlns="78a9e8ab-f1c3-4d40-985a-93fd8ee92998">
      <Value>13</Value>
      <Value>19</Value>
      <Value>11</Value>
      <Value>16</Value>
    </TaxCatchAll>
    <_dlc_DocId xmlns="78a9e8ab-f1c3-4d40-985a-93fd8ee92998">WCCC-555761535-904</_dlc_DocId>
    <_dlc_DocIdUrl xmlns="78a9e8ab-f1c3-4d40-985a-93fd8ee92998">
      <Url>https://warwickshiregovuk.sharepoint.com/sites/edrm-SLP/_layouts/15/DocIdRedir.aspx?ID=WCCC-555761535-904</Url>
      <Description>WCCC-555761535-904</Description>
    </_dlc_DocIdUrl>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F327199-C1FC-44A9-80AD-ECC5DAC400F1}"/>
</file>

<file path=customXml/itemProps3.xml><?xml version="1.0" encoding="utf-8"?>
<ds:datastoreItem xmlns:ds="http://schemas.openxmlformats.org/officeDocument/2006/customXml" ds:itemID="{47912F90-EC08-42EF-B47D-3D6D293672C3}"/>
</file>

<file path=customXml/itemProps4.xml><?xml version="1.0" encoding="utf-8"?>
<ds:datastoreItem xmlns:ds="http://schemas.openxmlformats.org/officeDocument/2006/customXml" ds:itemID="{350A96F6-61F9-42DD-8338-CBC8FD2F8A96}"/>
</file>

<file path=customXml/itemProps5.xml><?xml version="1.0" encoding="utf-8"?>
<ds:datastoreItem xmlns:ds="http://schemas.openxmlformats.org/officeDocument/2006/customXml" ds:itemID="{77E980ED-770B-4C6A-B36E-9BB5AE814491}"/>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3797</Characters>
  <Application>Microsoft Office Word</Application>
  <DocSecurity>0</DocSecurity>
  <Lines>31</Lines>
  <Paragraphs>8</Paragraphs>
  <ScaleCrop>false</ScaleCrop>
  <Manager/>
  <Company/>
  <LinksUpToDate>false</LinksUpToDate>
  <CharactersWithSpaces>4454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 Carer and Pupil Views Form September 2026</dc:title>
  <dc:subject>FAP parent carer and pupil views</dc:subject>
  <dc:creator>Andrew Macfarlane</dc:creator>
  <cp:keywords/>
  <dc:description>generated by python-docx</dc:description>
  <cp:lastModifiedBy>Stephen Height</cp:lastModifiedBy>
  <cp:revision>2</cp:revision>
  <dcterms:created xsi:type="dcterms:W3CDTF">2026-08-21T10:22:00Z</dcterms:created>
  <dcterms:modified xsi:type="dcterms:W3CDTF">2026-08-21T10:22:00Z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6b19e8-2c77-4a55-a785-fc370c1920f6_Enabled">
    <vt:lpwstr>true</vt:lpwstr>
  </property>
  <property fmtid="{D5CDD505-2E9C-101B-9397-08002B2CF9AE}" pid="3" name="MSIP_Label_5a6b19e8-2c77-4a55-a785-fc370c1920f6_SetDate">
    <vt:lpwstr>2026-08-07T11:16:10Z</vt:lpwstr>
  </property>
  <property fmtid="{D5CDD505-2E9C-101B-9397-08002B2CF9AE}" pid="4" name="MSIP_Label_5a6b19e8-2c77-4a55-a785-fc370c1920f6_Method">
    <vt:lpwstr>Standard</vt:lpwstr>
  </property>
  <property fmtid="{D5CDD505-2E9C-101B-9397-08002B2CF9AE}" pid="5" name="MSIP_Label_5a6b19e8-2c77-4a55-a785-fc370c1920f6_Name">
    <vt:lpwstr>OFFICIAL - Sensitive</vt:lpwstr>
  </property>
  <property fmtid="{D5CDD505-2E9C-101B-9397-08002B2CF9AE}" pid="6" name="MSIP_Label_5a6b19e8-2c77-4a55-a785-fc370c1920f6_SiteId">
    <vt:lpwstr>88b0aa06-5927-4bbb-a893-89cc2713ac82</vt:lpwstr>
  </property>
  <property fmtid="{D5CDD505-2E9C-101B-9397-08002B2CF9AE}" pid="7" name="MSIP_Label_5a6b19e8-2c77-4a55-a785-fc370c1920f6_ActionId">
    <vt:lpwstr>1f6da796-56f6-4eda-a6a2-37e9ff32570f</vt:lpwstr>
  </property>
  <property fmtid="{D5CDD505-2E9C-101B-9397-08002B2CF9AE}" pid="8" name="MSIP_Label_5a6b19e8-2c77-4a55-a785-fc370c1920f6_ContentBits">
    <vt:lpwstr>0</vt:lpwstr>
  </property>
  <property fmtid="{D5CDD505-2E9C-101B-9397-08002B2CF9AE}" pid="9" name="ContentTypeId">
    <vt:lpwstr>0x010100C50F05A7ED30F54294ADC2B50AFA98D1007401A7997FEAC246A665D993F052148C</vt:lpwstr>
  </property>
  <property fmtid="{D5CDD505-2E9C-101B-9397-08002B2CF9AE}" pid="10" name="_dlc_DocIdItemGuid">
    <vt:lpwstr>ebfda486-4c38-465e-a3a2-e94ec046f101</vt:lpwstr>
  </property>
  <property fmtid="{D5CDD505-2E9C-101B-9397-08002B2CF9AE}" pid="11" name="DocumentType">
    <vt:lpwstr>16;#Form|b79b62e4-8458-4ff1-b8ac-04c9a33f254f</vt:lpwstr>
  </property>
  <property fmtid="{D5CDD505-2E9C-101B-9397-08002B2CF9AE}" pid="12" name="ProtectiveMarking">
    <vt:lpwstr>13;#Public|d3c6ebfc-cc52-4ccb-bc46-feaefa0989f8</vt:lpwstr>
  </property>
  <property fmtid="{D5CDD505-2E9C-101B-9397-08002B2CF9AE}" pid="13" name="WCCLanguage">
    <vt:lpwstr>11;#English|748e06bf-4d1a-4a4c-bcd9-5803f35d29e0</vt:lpwstr>
  </property>
  <property fmtid="{D5CDD505-2E9C-101B-9397-08002B2CF9AE}" pid="14" name="WCCCoverage">
    <vt:lpwstr/>
  </property>
  <property fmtid="{D5CDD505-2E9C-101B-9397-08002B2CF9AE}" pid="15" name="WCCKeywords">
    <vt:lpwstr/>
  </property>
  <property fmtid="{D5CDD505-2E9C-101B-9397-08002B2CF9AE}" pid="16" name="WCCSubject">
    <vt:lpwstr>19;#Schools|59951fdc-414b-4f08-99e8-dbd2ac37cc35</vt:lpwstr>
  </property>
</Properties>
</file>