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9490A" w14:textId="77777777" w:rsidR="00C030DE" w:rsidRDefault="00591C25">
      <w:pPr>
        <w:jc w:val="center"/>
      </w:pPr>
      <w:r>
        <w:rPr>
          <w:b/>
          <w:color w:val="0F243E"/>
          <w:sz w:val="40"/>
        </w:rPr>
        <w:t>Alternative Provision Learner Information Form</w:t>
      </w:r>
    </w:p>
    <w:p w14:paraId="7C23E344" w14:textId="77777777" w:rsidR="00C030DE" w:rsidRDefault="00591C25">
      <w:pPr>
        <w:jc w:val="center"/>
      </w:pPr>
      <w:r>
        <w:rPr>
          <w:b/>
          <w:color w:val="1F4E79"/>
          <w:sz w:val="22"/>
        </w:rPr>
        <w:t>Information to support Fair Access Panel placement planning and transition</w:t>
      </w:r>
    </w:p>
    <w:tbl>
      <w:tblPr>
        <w:tblW w:w="0" w:type="auto"/>
        <w:jc w:val="center"/>
        <w:tblLook w:val="04A0" w:firstRow="1" w:lastRow="0" w:firstColumn="1" w:lastColumn="0" w:noHBand="0" w:noVBand="1"/>
      </w:tblPr>
      <w:tblGrid>
        <w:gridCol w:w="10646"/>
      </w:tblGrid>
      <w:tr w:rsidR="00C030DE" w14:paraId="341F0808"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EAF3F8"/>
            <w:tcMar>
              <w:top w:w="90" w:type="dxa"/>
              <w:left w:w="100" w:type="dxa"/>
              <w:bottom w:w="90" w:type="dxa"/>
              <w:right w:w="100" w:type="dxa"/>
            </w:tcMar>
            <w:vAlign w:val="center"/>
          </w:tcPr>
          <w:p w14:paraId="07D2915B" w14:textId="77777777" w:rsidR="00C030DE" w:rsidRDefault="00591C25">
            <w:pPr>
              <w:spacing w:after="0"/>
            </w:pPr>
            <w:r>
              <w:rPr>
                <w:b/>
                <w:color w:val="0F243E"/>
              </w:rPr>
              <w:t>This is a referral information form, not an admissions form. Please complete all sections fully so that any school receiving this child following FAP has clear, practical information to support transition, placement planning and early support.</w:t>
            </w:r>
          </w:p>
        </w:tc>
      </w:tr>
    </w:tbl>
    <w:p w14:paraId="2583E8AF" w14:textId="77777777" w:rsidR="00C030DE" w:rsidRDefault="00C030DE"/>
    <w:p w14:paraId="508249E1" w14:textId="77777777" w:rsidR="00C030DE" w:rsidRDefault="00591C25">
      <w:pPr>
        <w:spacing w:before="160" w:after="60"/>
      </w:pPr>
      <w:r>
        <w:rPr>
          <w:b/>
          <w:color w:val="1F4E79"/>
          <w:sz w:val="26"/>
        </w:rPr>
        <w:t>1. Alternative Provision Placement Information</w:t>
      </w:r>
    </w:p>
    <w:p w14:paraId="31592171" w14:textId="77777777" w:rsidR="00C030DE" w:rsidRDefault="00591C25">
      <w:pPr>
        <w:spacing w:after="80"/>
      </w:pPr>
      <w:r>
        <w:rPr>
          <w:i/>
          <w:color w:val="555555"/>
          <w:sz w:val="17"/>
        </w:rPr>
        <w:t>Fields marked * should be completed before submission.</w:t>
      </w:r>
    </w:p>
    <w:tbl>
      <w:tblPr>
        <w:tblW w:w="0" w:type="auto"/>
        <w:jc w:val="center"/>
        <w:tblLook w:val="04A0" w:firstRow="1" w:lastRow="0" w:firstColumn="1" w:lastColumn="0" w:noHBand="0" w:noVBand="1"/>
      </w:tblPr>
      <w:tblGrid>
        <w:gridCol w:w="2662"/>
        <w:gridCol w:w="2661"/>
        <w:gridCol w:w="2662"/>
        <w:gridCol w:w="2661"/>
      </w:tblGrid>
      <w:tr w:rsidR="00C030DE" w14:paraId="67EE7174" w14:textId="77777777" w:rsidTr="004D3024">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364CAAF" w14:textId="77777777" w:rsidR="00C030DE" w:rsidRDefault="00591C25">
            <w:pPr>
              <w:spacing w:after="0"/>
            </w:pPr>
            <w:r>
              <w:rPr>
                <w:b/>
                <w:color w:val="0F243E"/>
                <w:sz w:val="17"/>
              </w:rPr>
              <w:t>Name of child / young person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13"/>
              <w:id w:val="-1580897543"/>
              <w:lock w:val="sdtLocked"/>
            </w:sdtPr>
            <w:sdtEndPr/>
            <w:sdtContent>
              <w:p w14:paraId="0CC0853A" w14:textId="77777777" w:rsidR="00C030DE" w:rsidRDefault="0026037C">
                <w:pPr>
                  <w:spacing w:after="0"/>
                </w:pPr>
                <w:sdt>
                  <w:sdtPr>
                    <w:alias w:val="Information field"/>
                    <w:tag w:val="INFO_FIELD_0001"/>
                    <w:id w:val="-1391269308"/>
                    <w:lock w:val="sdtLocked"/>
                  </w:sdtPr>
                  <w:sdtEndPr/>
                  <w:sdtContent>
                    <w:r w:rsidR="00591C25">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50C3B9E4" w14:textId="77777777" w:rsidR="00C030DE" w:rsidRDefault="00591C25">
            <w:pPr>
              <w:spacing w:after="0"/>
            </w:pPr>
            <w:r>
              <w:rPr>
                <w:b/>
                <w:color w:val="0F243E"/>
                <w:sz w:val="17"/>
              </w:rPr>
              <w:t>Name of Alternative Provision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14"/>
              <w:id w:val="699598703"/>
              <w:lock w:val="sdtLocked"/>
            </w:sdtPr>
            <w:sdtEndPr/>
            <w:sdtContent>
              <w:p w14:paraId="7FBF4607" w14:textId="77777777" w:rsidR="00C030DE" w:rsidRDefault="0026037C">
                <w:pPr>
                  <w:spacing w:after="0"/>
                </w:pPr>
                <w:sdt>
                  <w:sdtPr>
                    <w:alias w:val="Information field"/>
                    <w:tag w:val="INFO_FIELD_0002"/>
                    <w:id w:val="802512469"/>
                    <w:lock w:val="sdtLocked"/>
                  </w:sdtPr>
                  <w:sdtEndPr/>
                  <w:sdtContent>
                    <w:r w:rsidR="00591C25">
                      <w:rPr>
                        <w:color w:val="666666"/>
                        <w:sz w:val="17"/>
                      </w:rPr>
                      <w:t>Click or tap here to enter text.</w:t>
                    </w:r>
                  </w:sdtContent>
                </w:sdt>
              </w:p>
            </w:sdtContent>
          </w:sdt>
        </w:tc>
      </w:tr>
      <w:tr w:rsidR="00C030DE" w14:paraId="19324ACD" w14:textId="77777777" w:rsidTr="004D3024">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183532C" w14:textId="77777777" w:rsidR="00C030DE" w:rsidRDefault="00591C25">
            <w:pPr>
              <w:spacing w:after="0"/>
            </w:pPr>
            <w:r>
              <w:rPr>
                <w:b/>
                <w:color w:val="0F243E"/>
                <w:sz w:val="17"/>
              </w:rPr>
              <w:t>Name and contact details for Alternative Provision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15"/>
              <w:id w:val="430638177"/>
              <w:lock w:val="sdtLocked"/>
            </w:sdtPr>
            <w:sdtEndPr/>
            <w:sdtContent>
              <w:p w14:paraId="661A8544" w14:textId="77777777" w:rsidR="00C030DE" w:rsidRDefault="0026037C">
                <w:pPr>
                  <w:spacing w:after="0"/>
                </w:pPr>
                <w:sdt>
                  <w:sdtPr>
                    <w:alias w:val="Information field"/>
                    <w:tag w:val="INFO_FIELD_0003"/>
                    <w:id w:val="2039551240"/>
                    <w:lock w:val="sdtLocked"/>
                  </w:sdtPr>
                  <w:sdtEndPr/>
                  <w:sdtContent>
                    <w:r w:rsidR="00591C25">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2776A15" w14:textId="77777777" w:rsidR="00C030DE" w:rsidRDefault="00591C25">
            <w:pPr>
              <w:spacing w:after="0"/>
            </w:pPr>
            <w:r>
              <w:rPr>
                <w:b/>
                <w:color w:val="0F243E"/>
                <w:sz w:val="17"/>
              </w:rPr>
              <w:t>Start date at Alternative Provision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16"/>
              <w:id w:val="47424705"/>
              <w:lock w:val="sdtLocked"/>
            </w:sdtPr>
            <w:sdtEndPr/>
            <w:sdtContent>
              <w:sdt>
                <w:sdtPr>
                  <w:rPr>
                    <w:color w:val="666666"/>
                    <w:sz w:val="17"/>
                  </w:rPr>
                  <w:id w:val="-821034867"/>
                  <w:placeholder>
                    <w:docPart w:val="DefaultPlaceholder_-1854013437"/>
                  </w:placeholder>
                  <w:date>
                    <w:dateFormat w:val="dd/MM/yyyy"/>
                    <w:lid w:val="en-GB"/>
                    <w:storeMappedDataAs w:val="dateTime"/>
                    <w:calendar w:val="gregorian"/>
                  </w:date>
                </w:sdtPr>
                <w:sdtEndPr/>
                <w:sdtContent>
                  <w:p w14:paraId="5A2D5C14" w14:textId="26E8F839" w:rsidR="00C030DE" w:rsidRDefault="00591C25">
                    <w:pPr>
                      <w:spacing w:after="0"/>
                    </w:pPr>
                    <w:r>
                      <w:rPr>
                        <w:color w:val="666666"/>
                        <w:sz w:val="17"/>
                      </w:rPr>
                      <w:t>Click or tap to enter date</w:t>
                    </w:r>
                  </w:p>
                </w:sdtContent>
              </w:sdt>
            </w:sdtContent>
          </w:sdt>
        </w:tc>
      </w:tr>
      <w:tr w:rsidR="004D3024" w14:paraId="6D5B9FE3" w14:textId="77777777" w:rsidTr="003C75E8">
        <w:trPr>
          <w:jc w:val="center"/>
        </w:trPr>
        <w:tc>
          <w:tcPr>
            <w:tcW w:w="2662"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396C64A7" w14:textId="77777777" w:rsidR="004D3024" w:rsidRDefault="004D3024" w:rsidP="004D3024">
            <w:pPr>
              <w:spacing w:after="0"/>
            </w:pPr>
            <w:r>
              <w:rPr>
                <w:b/>
                <w:color w:val="0F243E"/>
                <w:sz w:val="17"/>
              </w:rPr>
              <w:t>Attendance percentage while at Alternative Provision *</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17"/>
              <w:id w:val="-512065801"/>
              <w:lock w:val="sdtLocked"/>
            </w:sdtPr>
            <w:sdtEndPr/>
            <w:sdtContent>
              <w:p w14:paraId="0E5E2DC4" w14:textId="77777777" w:rsidR="004D3024" w:rsidRDefault="0026037C" w:rsidP="004D3024">
                <w:pPr>
                  <w:spacing w:after="0"/>
                </w:pPr>
                <w:sdt>
                  <w:sdtPr>
                    <w:alias w:val="Information field"/>
                    <w:tag w:val="INFO_FIELD_0004"/>
                    <w:id w:val="-562407287"/>
                    <w:lock w:val="sdtLocked"/>
                  </w:sdtPr>
                  <w:sdtEndPr/>
                  <w:sdtContent>
                    <w:r w:rsidR="004D3024">
                      <w:rPr>
                        <w:color w:val="666666"/>
                        <w:sz w:val="17"/>
                      </w:rPr>
                      <w:t>Click or tap here to enter text.</w:t>
                    </w:r>
                  </w:sdtContent>
                </w:sdt>
              </w:p>
            </w:sdtContent>
          </w:sdt>
        </w:tc>
        <w:tc>
          <w:tcPr>
            <w:tcW w:w="2662" w:type="dxa"/>
            <w:tcBorders>
              <w:top w:val="single" w:sz="4" w:space="0" w:color="A6A6A6"/>
              <w:left w:val="single" w:sz="4" w:space="0" w:color="A6A6A6"/>
              <w:bottom w:val="single" w:sz="4" w:space="0" w:color="A6A6A6"/>
              <w:right w:val="single" w:sz="4" w:space="0" w:color="A6A6A6"/>
            </w:tcBorders>
            <w:shd w:val="clear" w:color="auto" w:fill="DAEEF3" w:themeFill="accent5" w:themeFillTint="33"/>
            <w:tcMar>
              <w:top w:w="90" w:type="dxa"/>
              <w:left w:w="100" w:type="dxa"/>
              <w:bottom w:w="90" w:type="dxa"/>
              <w:right w:w="100" w:type="dxa"/>
            </w:tcMar>
            <w:vAlign w:val="center"/>
          </w:tcPr>
          <w:p w14:paraId="4E0E7C8A" w14:textId="0D12F986" w:rsidR="004D3024" w:rsidRDefault="004D3024" w:rsidP="004D3024">
            <w:pPr>
              <w:spacing w:after="0" w:line="252" w:lineRule="auto"/>
            </w:pPr>
            <w:r>
              <w:rPr>
                <w:b/>
                <w:color w:val="0F243E"/>
              </w:rPr>
              <w:t>Attendance comments</w:t>
            </w:r>
            <w:r>
              <w:rPr>
                <w:i/>
                <w:color w:val="555555"/>
                <w:sz w:val="16"/>
              </w:rPr>
              <w:br/>
              <w:t>Include relevant patterns, improvements, barriers to attendance, punctuality and any support that has helped.</w:t>
            </w:r>
          </w:p>
        </w:tc>
        <w:tc>
          <w:tcPr>
            <w:tcW w:w="2661"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18"/>
              <w:id w:val="829867817"/>
              <w:lock w:val="sdtLocked"/>
            </w:sdtPr>
            <w:sdtEndPr/>
            <w:sdtContent>
              <w:p w14:paraId="1CCC86C9" w14:textId="5179E3F2" w:rsidR="004D3024" w:rsidRDefault="0026037C" w:rsidP="004D3024">
                <w:pPr>
                  <w:spacing w:after="0" w:line="252" w:lineRule="auto"/>
                </w:pPr>
                <w:sdt>
                  <w:sdtPr>
                    <w:alias w:val="Information field"/>
                    <w:tag w:val="INFO_FIELD_0005"/>
                    <w:id w:val="577172841"/>
                    <w:lock w:val="sdtLocked"/>
                  </w:sdtPr>
                  <w:sdtEndPr/>
                  <w:sdtContent>
                    <w:r w:rsidR="003C75E8">
                      <w:rPr>
                        <w:color w:val="666666"/>
                        <w:sz w:val="17"/>
                      </w:rPr>
                      <w:t>Click or tap here to enter text.</w:t>
                    </w:r>
                  </w:sdtContent>
                </w:sdt>
              </w:p>
            </w:sdtContent>
          </w:sdt>
        </w:tc>
      </w:tr>
    </w:tbl>
    <w:p w14:paraId="25086CF0" w14:textId="77777777" w:rsidR="00C030DE" w:rsidRDefault="00C030DE"/>
    <w:p w14:paraId="4F4809E1" w14:textId="77777777" w:rsidR="00C030DE" w:rsidRDefault="00591C25">
      <w:pPr>
        <w:spacing w:before="160" w:after="60"/>
      </w:pPr>
      <w:r>
        <w:rPr>
          <w:b/>
          <w:color w:val="1F4E79"/>
          <w:sz w:val="26"/>
        </w:rPr>
        <w:t>2. Engagement, Strengths and Effective Support</w:t>
      </w:r>
    </w:p>
    <w:p w14:paraId="19AFDCA6" w14:textId="77777777" w:rsidR="00C030DE" w:rsidRPr="00E219A1" w:rsidRDefault="00591C25">
      <w:pPr>
        <w:spacing w:after="80"/>
        <w:rPr>
          <w:b/>
          <w:bCs/>
        </w:rPr>
      </w:pPr>
      <w:r w:rsidRPr="00E219A1">
        <w:rPr>
          <w:b/>
          <w:bCs/>
          <w:i/>
          <w:color w:val="555555"/>
          <w:sz w:val="17"/>
        </w:rPr>
        <w:t>Please provide practical information that would help a receiving school understand what has worked well and how to build on it.</w:t>
      </w:r>
    </w:p>
    <w:tbl>
      <w:tblPr>
        <w:tblW w:w="0" w:type="auto"/>
        <w:jc w:val="center"/>
        <w:tblLook w:val="04A0" w:firstRow="1" w:lastRow="0" w:firstColumn="1" w:lastColumn="0" w:noHBand="0" w:noVBand="1"/>
      </w:tblPr>
      <w:tblGrid>
        <w:gridCol w:w="10646"/>
      </w:tblGrid>
      <w:tr w:rsidR="00C030DE" w14:paraId="3302CC39"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AB092F7" w14:textId="77777777" w:rsidR="00C030DE" w:rsidRDefault="00591C25">
            <w:pPr>
              <w:spacing w:after="0"/>
            </w:pPr>
            <w:r>
              <w:rPr>
                <w:b/>
                <w:color w:val="0F243E"/>
              </w:rPr>
              <w:t>What strategies, routines or approaches have helped the child / young person to engage in learning and participate positively? *</w:t>
            </w:r>
            <w:r>
              <w:rPr>
                <w:i/>
                <w:color w:val="555555"/>
                <w:sz w:val="16"/>
              </w:rPr>
              <w:br/>
              <w:t>Include teaching approaches, relationship-based strategies, routines, rewards, regulation support, de-escalation approaches, curriculum adaptations or reasonable adjustments that have been effective.</w:t>
            </w:r>
          </w:p>
        </w:tc>
      </w:tr>
      <w:tr w:rsidR="00C030DE" w14:paraId="6D9C2E6A"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19"/>
              <w:id w:val="299428471"/>
              <w:lock w:val="sdtLocked"/>
            </w:sdtPr>
            <w:sdtEndPr/>
            <w:sdtContent>
              <w:p w14:paraId="0D616CEB" w14:textId="003AA874" w:rsidR="00C030DE" w:rsidRDefault="0026037C">
                <w:pPr>
                  <w:spacing w:after="0"/>
                </w:pPr>
                <w:sdt>
                  <w:sdtPr>
                    <w:alias w:val="Information field"/>
                    <w:tag w:val="INFO_FIELD_0006"/>
                    <w:id w:val="-965962199"/>
                    <w:lock w:val="sdtLocked"/>
                  </w:sdtPr>
                  <w:sdtEndPr/>
                  <w:sdtContent>
                    <w:r w:rsidR="00591C25">
                      <w:rPr>
                        <w:color w:val="777777"/>
                      </w:rPr>
                      <w:t>Click or tap here to enter text</w:t>
                    </w:r>
                  </w:sdtContent>
                </w:sdt>
                <w:r w:rsidR="00591C25">
                  <w:rPr>
                    <w:color w:val="777777"/>
                  </w:rPr>
                  <w:br/>
                </w:r>
              </w:p>
            </w:sdtContent>
          </w:sdt>
        </w:tc>
      </w:tr>
    </w:tbl>
    <w:p w14:paraId="1BAD7772" w14:textId="77777777" w:rsidR="00C030DE" w:rsidRDefault="00C030DE"/>
    <w:tbl>
      <w:tblPr>
        <w:tblW w:w="0" w:type="auto"/>
        <w:jc w:val="center"/>
        <w:tblLook w:val="04A0" w:firstRow="1" w:lastRow="0" w:firstColumn="1" w:lastColumn="0" w:noHBand="0" w:noVBand="1"/>
      </w:tblPr>
      <w:tblGrid>
        <w:gridCol w:w="10646"/>
      </w:tblGrid>
      <w:tr w:rsidR="00C030DE" w14:paraId="768D0A2F"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8CC0948" w14:textId="77777777" w:rsidR="00C030DE" w:rsidRDefault="00591C25">
            <w:pPr>
              <w:spacing w:after="0"/>
            </w:pPr>
            <w:r>
              <w:rPr>
                <w:b/>
                <w:color w:val="0F243E"/>
              </w:rPr>
              <w:t>Which activities, environments or curriculum areas have enabled the child / young person to show strengths, confidence or positive engagement? *</w:t>
            </w:r>
            <w:r>
              <w:rPr>
                <w:i/>
                <w:color w:val="555555"/>
                <w:sz w:val="16"/>
              </w:rPr>
              <w:br/>
              <w:t>Include subjects, practical tasks, small-group work, adult-supported work, structured spaces, social times or other contexts where the child has managed well.</w:t>
            </w:r>
          </w:p>
        </w:tc>
      </w:tr>
      <w:tr w:rsidR="00C030DE" w14:paraId="1795FDBB"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0"/>
              <w:id w:val="-555005991"/>
              <w:lock w:val="sdtLocked"/>
            </w:sdtPr>
            <w:sdtEndPr/>
            <w:sdtContent>
              <w:p w14:paraId="1BCCB705" w14:textId="3E5D5E0F" w:rsidR="00C030DE" w:rsidRDefault="0026037C">
                <w:pPr>
                  <w:spacing w:after="0"/>
                </w:pPr>
                <w:sdt>
                  <w:sdtPr>
                    <w:alias w:val="Information field"/>
                    <w:tag w:val="INFO_FIELD_0007"/>
                    <w:id w:val="1012650457"/>
                    <w:lock w:val="sdtLocked"/>
                  </w:sdtPr>
                  <w:sdtEndPr/>
                  <w:sdtContent>
                    <w:r w:rsidR="00591C25">
                      <w:rPr>
                        <w:color w:val="777777"/>
                      </w:rPr>
                      <w:t>Click or tap here to enter text.</w:t>
                    </w:r>
                  </w:sdtContent>
                </w:sdt>
                <w:r w:rsidR="00591C25">
                  <w:rPr>
                    <w:color w:val="777777"/>
                  </w:rPr>
                  <w:br/>
                </w:r>
              </w:p>
            </w:sdtContent>
          </w:sdt>
        </w:tc>
      </w:tr>
    </w:tbl>
    <w:p w14:paraId="7033AA46" w14:textId="77777777" w:rsidR="00C030DE" w:rsidRDefault="00C030DE"/>
    <w:tbl>
      <w:tblPr>
        <w:tblW w:w="0" w:type="auto"/>
        <w:jc w:val="center"/>
        <w:tblLook w:val="04A0" w:firstRow="1" w:lastRow="0" w:firstColumn="1" w:lastColumn="0" w:noHBand="0" w:noVBand="1"/>
      </w:tblPr>
      <w:tblGrid>
        <w:gridCol w:w="10646"/>
      </w:tblGrid>
      <w:tr w:rsidR="00C030DE" w14:paraId="017F04EA"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9183A3E" w14:textId="77777777" w:rsidR="00C030DE" w:rsidRDefault="00591C25">
            <w:pPr>
              <w:spacing w:after="0"/>
            </w:pPr>
            <w:r>
              <w:rPr>
                <w:b/>
                <w:color w:val="0F243E"/>
              </w:rPr>
              <w:t>Which support systems, staff approaches or trusted relationships have been particularly effective? *</w:t>
            </w:r>
            <w:r>
              <w:rPr>
                <w:i/>
                <w:color w:val="555555"/>
                <w:sz w:val="16"/>
              </w:rPr>
              <w:br/>
              <w:t>Explain what has helped, why it has helped, and how a receiving school could replicate or adapt this support.</w:t>
            </w:r>
          </w:p>
        </w:tc>
      </w:tr>
      <w:tr w:rsidR="00C030DE" w14:paraId="00B2E510"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1"/>
              <w:id w:val="1980956240"/>
              <w:lock w:val="sdtLocked"/>
            </w:sdtPr>
            <w:sdtEndPr/>
            <w:sdtContent>
              <w:p w14:paraId="00EC34D1" w14:textId="32D6E463" w:rsidR="00C030DE" w:rsidRDefault="0026037C">
                <w:pPr>
                  <w:spacing w:after="0"/>
                </w:pPr>
                <w:sdt>
                  <w:sdtPr>
                    <w:alias w:val="Information field"/>
                    <w:tag w:val="INFO_FIELD_0008"/>
                    <w:id w:val="-1398436802"/>
                    <w:lock w:val="sdtLocked"/>
                  </w:sdtPr>
                  <w:sdtEndPr/>
                  <w:sdtContent>
                    <w:r w:rsidR="00591C25">
                      <w:rPr>
                        <w:color w:val="777777"/>
                      </w:rPr>
                      <w:t>Click or tap here to enter text.</w:t>
                    </w:r>
                  </w:sdtContent>
                </w:sdt>
                <w:r w:rsidR="00591C25">
                  <w:rPr>
                    <w:color w:val="777777"/>
                  </w:rPr>
                  <w:br/>
                </w:r>
              </w:p>
            </w:sdtContent>
          </w:sdt>
        </w:tc>
      </w:tr>
    </w:tbl>
    <w:p w14:paraId="6A0A3916" w14:textId="41EB3944" w:rsidR="00936643" w:rsidRDefault="00936643"/>
    <w:p w14:paraId="7800B679" w14:textId="77777777" w:rsidR="00936643" w:rsidRDefault="00936643">
      <w:r>
        <w:br w:type="page"/>
      </w:r>
    </w:p>
    <w:p w14:paraId="3B08211D" w14:textId="77777777" w:rsidR="00C030DE" w:rsidRDefault="00C030DE"/>
    <w:tbl>
      <w:tblPr>
        <w:tblW w:w="0" w:type="auto"/>
        <w:jc w:val="center"/>
        <w:tblLook w:val="04A0" w:firstRow="1" w:lastRow="0" w:firstColumn="1" w:lastColumn="0" w:noHBand="0" w:noVBand="1"/>
      </w:tblPr>
      <w:tblGrid>
        <w:gridCol w:w="10646"/>
      </w:tblGrid>
      <w:tr w:rsidR="00C030DE" w14:paraId="30656D48"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253D013E" w14:textId="4AA41A2C" w:rsidR="00C030DE" w:rsidRDefault="00591C25">
            <w:pPr>
              <w:spacing w:after="0"/>
            </w:pPr>
            <w:r>
              <w:rPr>
                <w:b/>
                <w:color w:val="0F243E"/>
              </w:rPr>
              <w:t xml:space="preserve">What strategies or adjustments would support the child / young person to transition into and </w:t>
            </w:r>
            <w:r w:rsidR="00E219A1">
              <w:rPr>
                <w:b/>
                <w:color w:val="0F243E"/>
              </w:rPr>
              <w:t>manage</w:t>
            </w:r>
            <w:r>
              <w:rPr>
                <w:b/>
                <w:color w:val="0F243E"/>
              </w:rPr>
              <w:t xml:space="preserve"> a mainstream school setting? *</w:t>
            </w:r>
            <w:r>
              <w:rPr>
                <w:i/>
                <w:color w:val="555555"/>
                <w:sz w:val="16"/>
              </w:rPr>
              <w:br/>
              <w:t>Please word this as practical transition advice for a receiving school. Consider induction arrangements, key adult support, timetable planning, safe spaces, classroom routines, unstructured times, peer relationships, communication with home, regulation support and any reasonable adjustments likely to reduce anxiety or escalation.</w:t>
            </w:r>
          </w:p>
        </w:tc>
      </w:tr>
      <w:tr w:rsidR="00C030DE" w14:paraId="29B4ED33"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2"/>
              <w:id w:val="1159348593"/>
              <w:lock w:val="sdtLocked"/>
            </w:sdtPr>
            <w:sdtEndPr/>
            <w:sdtContent>
              <w:p w14:paraId="3E1E411E" w14:textId="185788A7" w:rsidR="00C030DE" w:rsidRDefault="0026037C">
                <w:pPr>
                  <w:spacing w:after="0"/>
                </w:pPr>
                <w:sdt>
                  <w:sdtPr>
                    <w:alias w:val="Information field"/>
                    <w:tag w:val="INFO_FIELD_0009"/>
                    <w:id w:val="-1240560173"/>
                    <w:lock w:val="sdtLocked"/>
                  </w:sdtPr>
                  <w:sdtEndPr/>
                  <w:sdtContent>
                    <w:r w:rsidR="00591C25">
                      <w:rPr>
                        <w:color w:val="777777"/>
                      </w:rPr>
                      <w:t>Click or tap here to enter text.</w:t>
                    </w:r>
                  </w:sdtContent>
                </w:sdt>
                <w:r w:rsidR="00591C25">
                  <w:rPr>
                    <w:color w:val="777777"/>
                  </w:rPr>
                  <w:br/>
                </w:r>
              </w:p>
            </w:sdtContent>
          </w:sdt>
        </w:tc>
      </w:tr>
    </w:tbl>
    <w:p w14:paraId="53D3C389" w14:textId="77777777" w:rsidR="00C030DE" w:rsidRDefault="00C030DE"/>
    <w:tbl>
      <w:tblPr>
        <w:tblW w:w="0" w:type="auto"/>
        <w:jc w:val="center"/>
        <w:tblLook w:val="04A0" w:firstRow="1" w:lastRow="0" w:firstColumn="1" w:lastColumn="0" w:noHBand="0" w:noVBand="1"/>
      </w:tblPr>
      <w:tblGrid>
        <w:gridCol w:w="10646"/>
      </w:tblGrid>
      <w:tr w:rsidR="00C030DE" w14:paraId="13DF1C91"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E015321" w14:textId="77777777" w:rsidR="00C030DE" w:rsidRDefault="00591C25">
            <w:pPr>
              <w:spacing w:after="0"/>
            </w:pPr>
            <w:r>
              <w:rPr>
                <w:b/>
                <w:color w:val="0F243E"/>
              </w:rPr>
              <w:t>What information should the receiving school know before admission or transition planning begins?</w:t>
            </w:r>
            <w:r>
              <w:rPr>
                <w:i/>
                <w:color w:val="555555"/>
                <w:sz w:val="16"/>
              </w:rPr>
              <w:br/>
              <w:t>Include any practical considerations that would support safeguarding, inclusion, attendance, behaviour, learning, family engagement or multi-agency planning.</w:t>
            </w:r>
          </w:p>
        </w:tc>
      </w:tr>
      <w:tr w:rsidR="00C030DE" w14:paraId="48881E6D" w14:textId="77777777">
        <w:trPr>
          <w:jc w:val="center"/>
        </w:trPr>
        <w:tc>
          <w:tcPr>
            <w:tcW w:w="1065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23"/>
              <w:id w:val="-1871527792"/>
              <w:lock w:val="sdtLocked"/>
            </w:sdtPr>
            <w:sdtEndPr/>
            <w:sdtContent>
              <w:p w14:paraId="715798A6" w14:textId="49280D36" w:rsidR="00C030DE" w:rsidRDefault="0026037C">
                <w:pPr>
                  <w:spacing w:after="0"/>
                </w:pPr>
                <w:sdt>
                  <w:sdtPr>
                    <w:alias w:val="Information field"/>
                    <w:tag w:val="INFO_FIELD_0010"/>
                    <w:id w:val="-775092081"/>
                    <w:lock w:val="sdtLocked"/>
                  </w:sdtPr>
                  <w:sdtEndPr/>
                  <w:sdtContent>
                    <w:r w:rsidR="00591C25">
                      <w:rPr>
                        <w:color w:val="777777"/>
                      </w:rPr>
                      <w:t>Click or tap here to enter text.</w:t>
                    </w:r>
                  </w:sdtContent>
                </w:sdt>
                <w:r w:rsidR="00591C25">
                  <w:rPr>
                    <w:color w:val="777777"/>
                  </w:rPr>
                  <w:br/>
                </w:r>
              </w:p>
            </w:sdtContent>
          </w:sdt>
        </w:tc>
      </w:tr>
    </w:tbl>
    <w:p w14:paraId="29041AD5" w14:textId="77777777" w:rsidR="00C030DE" w:rsidRDefault="00C030DE"/>
    <w:p w14:paraId="1D86320D" w14:textId="77777777" w:rsidR="00C030DE" w:rsidRDefault="00591C25">
      <w:pPr>
        <w:spacing w:before="160" w:after="60"/>
      </w:pPr>
      <w:r>
        <w:rPr>
          <w:b/>
          <w:color w:val="1F4E79"/>
          <w:sz w:val="26"/>
        </w:rPr>
        <w:t>4. Risk Assessment</w:t>
      </w:r>
    </w:p>
    <w:p w14:paraId="439F0FC3" w14:textId="4093F800" w:rsidR="00936643" w:rsidRDefault="00591C25">
      <w:pPr>
        <w:spacing w:after="80"/>
        <w:rPr>
          <w:i/>
          <w:color w:val="555555"/>
          <w:sz w:val="17"/>
        </w:rPr>
      </w:pPr>
      <w:r>
        <w:rPr>
          <w:i/>
          <w:color w:val="555555"/>
          <w:sz w:val="17"/>
        </w:rPr>
        <w:t xml:space="preserve">Please select the risk level and provide reasons/evidence for any medium or high risks. This section should help </w:t>
      </w:r>
      <w:proofErr w:type="gramStart"/>
      <w:r>
        <w:rPr>
          <w:i/>
          <w:color w:val="555555"/>
          <w:sz w:val="17"/>
        </w:rPr>
        <w:t>a receiving school plan</w:t>
      </w:r>
      <w:proofErr w:type="gramEnd"/>
      <w:r>
        <w:rPr>
          <w:i/>
          <w:color w:val="555555"/>
          <w:sz w:val="17"/>
        </w:rPr>
        <w:t xml:space="preserve"> support safely and proportionately.</w:t>
      </w:r>
    </w:p>
    <w:tbl>
      <w:tblPr>
        <w:tblStyle w:val="TableGrid"/>
        <w:tblW w:w="0" w:type="auto"/>
        <w:tblLook w:val="04A0" w:firstRow="1" w:lastRow="0" w:firstColumn="1" w:lastColumn="0" w:noHBand="0" w:noVBand="1"/>
      </w:tblPr>
      <w:tblGrid>
        <w:gridCol w:w="2129"/>
        <w:gridCol w:w="843"/>
        <w:gridCol w:w="851"/>
        <w:gridCol w:w="850"/>
        <w:gridCol w:w="5973"/>
      </w:tblGrid>
      <w:tr w:rsidR="00C1393E" w14:paraId="4EE6F469" w14:textId="77777777" w:rsidTr="006C7415">
        <w:tc>
          <w:tcPr>
            <w:tcW w:w="2129" w:type="dxa"/>
            <w:shd w:val="clear" w:color="auto" w:fill="DAEEF3" w:themeFill="accent5" w:themeFillTint="33"/>
          </w:tcPr>
          <w:sdt>
            <w:sdtPr>
              <w:alias w:val="Information cell"/>
              <w:tag w:val="INFO_CELL_0024"/>
              <w:id w:val="-966193723"/>
              <w:lock w:val="sdtLocked"/>
            </w:sdtPr>
            <w:sdtEndPr/>
            <w:sdtContent>
              <w:p w14:paraId="055F6645" w14:textId="77777777" w:rsidR="00C1393E" w:rsidRDefault="0026037C" w:rsidP="009F39C8">
                <w:pPr>
                  <w:spacing w:after="80"/>
                </w:pPr>
              </w:p>
            </w:sdtContent>
          </w:sdt>
        </w:tc>
        <w:tc>
          <w:tcPr>
            <w:tcW w:w="843" w:type="dxa"/>
            <w:shd w:val="clear" w:color="auto" w:fill="DAEEF3" w:themeFill="accent5" w:themeFillTint="33"/>
            <w:vAlign w:val="center"/>
          </w:tcPr>
          <w:p w14:paraId="37E32222" w14:textId="77777777" w:rsidR="00C1393E" w:rsidRPr="001E777B" w:rsidRDefault="00C1393E" w:rsidP="009F39C8">
            <w:pPr>
              <w:spacing w:after="80"/>
              <w:jc w:val="center"/>
            </w:pPr>
            <w:r w:rsidRPr="001E777B">
              <w:rPr>
                <w:b/>
                <w:sz w:val="17"/>
              </w:rPr>
              <w:t>Low</w:t>
            </w:r>
          </w:p>
        </w:tc>
        <w:tc>
          <w:tcPr>
            <w:tcW w:w="851" w:type="dxa"/>
            <w:shd w:val="clear" w:color="auto" w:fill="DAEEF3" w:themeFill="accent5" w:themeFillTint="33"/>
            <w:vAlign w:val="center"/>
          </w:tcPr>
          <w:p w14:paraId="1FA14D9E" w14:textId="77777777" w:rsidR="00C1393E" w:rsidRPr="001E777B" w:rsidRDefault="00C1393E" w:rsidP="009F39C8">
            <w:pPr>
              <w:spacing w:after="80"/>
              <w:jc w:val="center"/>
            </w:pPr>
            <w:r w:rsidRPr="001E777B">
              <w:rPr>
                <w:b/>
                <w:sz w:val="17"/>
              </w:rPr>
              <w:t>Medium</w:t>
            </w:r>
          </w:p>
        </w:tc>
        <w:tc>
          <w:tcPr>
            <w:tcW w:w="850" w:type="dxa"/>
            <w:shd w:val="clear" w:color="auto" w:fill="DAEEF3" w:themeFill="accent5" w:themeFillTint="33"/>
            <w:vAlign w:val="center"/>
          </w:tcPr>
          <w:p w14:paraId="0A2B6305" w14:textId="77777777" w:rsidR="00C1393E" w:rsidRPr="001E777B" w:rsidRDefault="00C1393E" w:rsidP="009F39C8">
            <w:pPr>
              <w:spacing w:after="80"/>
              <w:jc w:val="center"/>
            </w:pPr>
            <w:r w:rsidRPr="001E777B">
              <w:rPr>
                <w:b/>
                <w:sz w:val="17"/>
              </w:rPr>
              <w:t>High</w:t>
            </w:r>
          </w:p>
        </w:tc>
        <w:tc>
          <w:tcPr>
            <w:tcW w:w="5973" w:type="dxa"/>
            <w:shd w:val="clear" w:color="auto" w:fill="DAEEF3" w:themeFill="accent5" w:themeFillTint="33"/>
            <w:vAlign w:val="center"/>
          </w:tcPr>
          <w:p w14:paraId="3D826845" w14:textId="77777777" w:rsidR="00C1393E" w:rsidRPr="001E777B" w:rsidRDefault="00C1393E" w:rsidP="009F39C8">
            <w:pPr>
              <w:spacing w:after="80"/>
            </w:pPr>
            <w:r w:rsidRPr="001E777B">
              <w:rPr>
                <w:b/>
                <w:sz w:val="17"/>
              </w:rPr>
              <w:t>Reason</w:t>
            </w:r>
          </w:p>
        </w:tc>
      </w:tr>
      <w:tr w:rsidR="00C1393E" w14:paraId="6248CDA2" w14:textId="77777777" w:rsidTr="009F39C8">
        <w:tc>
          <w:tcPr>
            <w:tcW w:w="2129" w:type="dxa"/>
            <w:vAlign w:val="center"/>
          </w:tcPr>
          <w:p w14:paraId="0D3B35B7" w14:textId="77777777" w:rsidR="00C1393E" w:rsidRDefault="00C1393E" w:rsidP="009F39C8">
            <w:pPr>
              <w:spacing w:after="80"/>
            </w:pPr>
            <w:r>
              <w:rPr>
                <w:sz w:val="16"/>
              </w:rPr>
              <w:t>Theft</w:t>
            </w:r>
          </w:p>
        </w:tc>
        <w:sdt>
          <w:sdtPr>
            <w:id w:val="-1249579521"/>
            <w14:checkbox>
              <w14:checked w14:val="0"/>
              <w14:checkedState w14:val="2612" w14:font="MS Gothic"/>
              <w14:uncheckedState w14:val="2610" w14:font="MS Gothic"/>
            </w14:checkbox>
          </w:sdtPr>
          <w:sdtEndPr/>
          <w:sdtContent>
            <w:tc>
              <w:tcPr>
                <w:tcW w:w="843" w:type="dxa"/>
                <w:vAlign w:val="center"/>
              </w:tcPr>
              <w:p w14:paraId="33887197" w14:textId="5E32F017" w:rsidR="00C1393E" w:rsidRDefault="00D869E9" w:rsidP="009F39C8">
                <w:pPr>
                  <w:spacing w:after="80"/>
                  <w:jc w:val="center"/>
                </w:pPr>
                <w:r>
                  <w:rPr>
                    <w:rFonts w:ascii="MS Gothic" w:eastAsia="MS Gothic" w:hAnsi="MS Gothic" w:hint="eastAsia"/>
                  </w:rPr>
                  <w:t>☐</w:t>
                </w:r>
              </w:p>
            </w:tc>
          </w:sdtContent>
        </w:sdt>
        <w:sdt>
          <w:sdtPr>
            <w:id w:val="-549923889"/>
            <w14:checkbox>
              <w14:checked w14:val="0"/>
              <w14:checkedState w14:val="2612" w14:font="MS Gothic"/>
              <w14:uncheckedState w14:val="2610" w14:font="MS Gothic"/>
            </w14:checkbox>
          </w:sdtPr>
          <w:sdtEndPr/>
          <w:sdtContent>
            <w:tc>
              <w:tcPr>
                <w:tcW w:w="851" w:type="dxa"/>
                <w:vAlign w:val="center"/>
              </w:tcPr>
              <w:p w14:paraId="147A8BF8" w14:textId="0D41C2A1" w:rsidR="00C1393E" w:rsidRDefault="00D869E9" w:rsidP="009F39C8">
                <w:pPr>
                  <w:spacing w:after="80"/>
                  <w:jc w:val="center"/>
                </w:pPr>
                <w:r>
                  <w:rPr>
                    <w:rFonts w:ascii="MS Gothic" w:eastAsia="MS Gothic" w:hAnsi="MS Gothic" w:hint="eastAsia"/>
                  </w:rPr>
                  <w:t>☐</w:t>
                </w:r>
              </w:p>
            </w:tc>
          </w:sdtContent>
        </w:sdt>
        <w:sdt>
          <w:sdtPr>
            <w:id w:val="579253186"/>
            <w14:checkbox>
              <w14:checked w14:val="0"/>
              <w14:checkedState w14:val="2612" w14:font="MS Gothic"/>
              <w14:uncheckedState w14:val="2610" w14:font="MS Gothic"/>
            </w14:checkbox>
          </w:sdtPr>
          <w:sdtEndPr/>
          <w:sdtContent>
            <w:tc>
              <w:tcPr>
                <w:tcW w:w="850" w:type="dxa"/>
                <w:vAlign w:val="center"/>
              </w:tcPr>
              <w:p w14:paraId="3C5861F7" w14:textId="4B2D6BE0" w:rsidR="00C1393E" w:rsidRDefault="00C07187" w:rsidP="009F39C8">
                <w:pPr>
                  <w:spacing w:after="80"/>
                  <w:jc w:val="center"/>
                </w:pPr>
                <w:r>
                  <w:rPr>
                    <w:rFonts w:ascii="MS Gothic" w:eastAsia="MS Gothic" w:hAnsi="MS Gothic" w:hint="eastAsia"/>
                  </w:rPr>
                  <w:t>☐</w:t>
                </w:r>
              </w:p>
            </w:tc>
          </w:sdtContent>
        </w:sdt>
        <w:tc>
          <w:tcPr>
            <w:tcW w:w="5973" w:type="dxa"/>
          </w:tcPr>
          <w:sdt>
            <w:sdtPr>
              <w:alias w:val="Information cell"/>
              <w:tag w:val="INFO_CELL_0025"/>
              <w:id w:val="-1780634045"/>
              <w:lock w:val="sdtLocked"/>
            </w:sdtPr>
            <w:sdtEndPr/>
            <w:sdtContent>
              <w:p w14:paraId="25B31567" w14:textId="77777777" w:rsidR="00C1393E" w:rsidRDefault="0026037C" w:rsidP="009F39C8">
                <w:pPr>
                  <w:spacing w:after="80"/>
                </w:pPr>
              </w:p>
            </w:sdtContent>
          </w:sdt>
        </w:tc>
      </w:tr>
      <w:tr w:rsidR="00C1393E" w14:paraId="269DAD90" w14:textId="77777777" w:rsidTr="009F39C8">
        <w:tc>
          <w:tcPr>
            <w:tcW w:w="2129" w:type="dxa"/>
            <w:vAlign w:val="center"/>
          </w:tcPr>
          <w:p w14:paraId="1E05A90E" w14:textId="77777777" w:rsidR="00C1393E" w:rsidRDefault="00C1393E" w:rsidP="009F39C8">
            <w:pPr>
              <w:spacing w:after="80"/>
            </w:pPr>
            <w:r>
              <w:rPr>
                <w:sz w:val="16"/>
              </w:rPr>
              <w:t>Truancy / absconding</w:t>
            </w:r>
          </w:p>
        </w:tc>
        <w:sdt>
          <w:sdtPr>
            <w:id w:val="-723604290"/>
            <w14:checkbox>
              <w14:checked w14:val="0"/>
              <w14:checkedState w14:val="2612" w14:font="MS Gothic"/>
              <w14:uncheckedState w14:val="2610" w14:font="MS Gothic"/>
            </w14:checkbox>
          </w:sdtPr>
          <w:sdtEndPr/>
          <w:sdtContent>
            <w:tc>
              <w:tcPr>
                <w:tcW w:w="843" w:type="dxa"/>
                <w:vAlign w:val="center"/>
              </w:tcPr>
              <w:p w14:paraId="5A333276" w14:textId="2CC10295" w:rsidR="00C1393E" w:rsidRDefault="007B4B53" w:rsidP="009F39C8">
                <w:pPr>
                  <w:spacing w:after="80"/>
                  <w:jc w:val="center"/>
                </w:pPr>
                <w:r>
                  <w:rPr>
                    <w:rFonts w:ascii="MS Gothic" w:eastAsia="MS Gothic" w:hAnsi="MS Gothic" w:hint="eastAsia"/>
                  </w:rPr>
                  <w:t>☐</w:t>
                </w:r>
              </w:p>
            </w:tc>
          </w:sdtContent>
        </w:sdt>
        <w:sdt>
          <w:sdtPr>
            <w:id w:val="-1410926302"/>
            <w14:checkbox>
              <w14:checked w14:val="0"/>
              <w14:checkedState w14:val="2612" w14:font="MS Gothic"/>
              <w14:uncheckedState w14:val="2610" w14:font="MS Gothic"/>
            </w14:checkbox>
          </w:sdtPr>
          <w:sdtEndPr/>
          <w:sdtContent>
            <w:tc>
              <w:tcPr>
                <w:tcW w:w="851" w:type="dxa"/>
                <w:vAlign w:val="center"/>
              </w:tcPr>
              <w:p w14:paraId="7923B16E" w14:textId="7E9AD8E9" w:rsidR="00C1393E" w:rsidRDefault="007B4B53" w:rsidP="009F39C8">
                <w:pPr>
                  <w:spacing w:after="80"/>
                  <w:jc w:val="center"/>
                </w:pPr>
                <w:r>
                  <w:rPr>
                    <w:rFonts w:ascii="MS Gothic" w:eastAsia="MS Gothic" w:hAnsi="MS Gothic" w:hint="eastAsia"/>
                  </w:rPr>
                  <w:t>☐</w:t>
                </w:r>
              </w:p>
            </w:tc>
          </w:sdtContent>
        </w:sdt>
        <w:sdt>
          <w:sdtPr>
            <w:id w:val="-2130157001"/>
            <w14:checkbox>
              <w14:checked w14:val="0"/>
              <w14:checkedState w14:val="2612" w14:font="MS Gothic"/>
              <w14:uncheckedState w14:val="2610" w14:font="MS Gothic"/>
            </w14:checkbox>
          </w:sdtPr>
          <w:sdtEndPr/>
          <w:sdtContent>
            <w:tc>
              <w:tcPr>
                <w:tcW w:w="850" w:type="dxa"/>
                <w:vAlign w:val="center"/>
              </w:tcPr>
              <w:p w14:paraId="695ABD9F" w14:textId="129B82EE"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26"/>
              <w:id w:val="-1723124463"/>
              <w:lock w:val="sdtLocked"/>
            </w:sdtPr>
            <w:sdtEndPr/>
            <w:sdtContent>
              <w:p w14:paraId="592975EB" w14:textId="77777777" w:rsidR="00C1393E" w:rsidRDefault="0026037C" w:rsidP="009F39C8">
                <w:pPr>
                  <w:spacing w:after="80"/>
                </w:pPr>
              </w:p>
            </w:sdtContent>
          </w:sdt>
        </w:tc>
      </w:tr>
      <w:tr w:rsidR="00C1393E" w14:paraId="72A627F8" w14:textId="77777777" w:rsidTr="009F39C8">
        <w:tc>
          <w:tcPr>
            <w:tcW w:w="2129" w:type="dxa"/>
            <w:vAlign w:val="center"/>
          </w:tcPr>
          <w:p w14:paraId="0A182417" w14:textId="77777777" w:rsidR="00C1393E" w:rsidRDefault="00C1393E" w:rsidP="009F39C8">
            <w:pPr>
              <w:spacing w:after="80"/>
            </w:pPr>
            <w:r>
              <w:rPr>
                <w:sz w:val="16"/>
              </w:rPr>
              <w:t>Substance or alcohol misuse</w:t>
            </w:r>
          </w:p>
        </w:tc>
        <w:sdt>
          <w:sdtPr>
            <w:id w:val="-2127682142"/>
            <w14:checkbox>
              <w14:checked w14:val="0"/>
              <w14:checkedState w14:val="2612" w14:font="MS Gothic"/>
              <w14:uncheckedState w14:val="2610" w14:font="MS Gothic"/>
            </w14:checkbox>
          </w:sdtPr>
          <w:sdtEndPr/>
          <w:sdtContent>
            <w:tc>
              <w:tcPr>
                <w:tcW w:w="843" w:type="dxa"/>
                <w:vAlign w:val="center"/>
              </w:tcPr>
              <w:p w14:paraId="5B2D315D" w14:textId="0136709B" w:rsidR="00C1393E" w:rsidRDefault="007B4B53" w:rsidP="009F39C8">
                <w:pPr>
                  <w:spacing w:after="80"/>
                  <w:jc w:val="center"/>
                </w:pPr>
                <w:r>
                  <w:rPr>
                    <w:rFonts w:ascii="MS Gothic" w:eastAsia="MS Gothic" w:hAnsi="MS Gothic" w:hint="eastAsia"/>
                  </w:rPr>
                  <w:t>☐</w:t>
                </w:r>
              </w:p>
            </w:tc>
          </w:sdtContent>
        </w:sdt>
        <w:sdt>
          <w:sdtPr>
            <w:id w:val="-425661503"/>
            <w14:checkbox>
              <w14:checked w14:val="0"/>
              <w14:checkedState w14:val="2612" w14:font="MS Gothic"/>
              <w14:uncheckedState w14:val="2610" w14:font="MS Gothic"/>
            </w14:checkbox>
          </w:sdtPr>
          <w:sdtEndPr/>
          <w:sdtContent>
            <w:tc>
              <w:tcPr>
                <w:tcW w:w="851" w:type="dxa"/>
                <w:vAlign w:val="center"/>
              </w:tcPr>
              <w:p w14:paraId="6FCBA0A9" w14:textId="538D2603" w:rsidR="00C1393E" w:rsidRDefault="007B4B53" w:rsidP="009F39C8">
                <w:pPr>
                  <w:spacing w:after="80"/>
                  <w:jc w:val="center"/>
                </w:pPr>
                <w:r>
                  <w:rPr>
                    <w:rFonts w:ascii="MS Gothic" w:eastAsia="MS Gothic" w:hAnsi="MS Gothic" w:hint="eastAsia"/>
                  </w:rPr>
                  <w:t>☐</w:t>
                </w:r>
              </w:p>
            </w:tc>
          </w:sdtContent>
        </w:sdt>
        <w:sdt>
          <w:sdtPr>
            <w:id w:val="1891841479"/>
            <w14:checkbox>
              <w14:checked w14:val="0"/>
              <w14:checkedState w14:val="2612" w14:font="MS Gothic"/>
              <w14:uncheckedState w14:val="2610" w14:font="MS Gothic"/>
            </w14:checkbox>
          </w:sdtPr>
          <w:sdtEndPr/>
          <w:sdtContent>
            <w:tc>
              <w:tcPr>
                <w:tcW w:w="850" w:type="dxa"/>
                <w:vAlign w:val="center"/>
              </w:tcPr>
              <w:p w14:paraId="71DF7877" w14:textId="2DB91F5E"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27"/>
              <w:id w:val="784471203"/>
              <w:lock w:val="sdtLocked"/>
            </w:sdtPr>
            <w:sdtEndPr/>
            <w:sdtContent>
              <w:p w14:paraId="251D5DDA" w14:textId="77777777" w:rsidR="00C1393E" w:rsidRDefault="0026037C" w:rsidP="009F39C8">
                <w:pPr>
                  <w:spacing w:after="80"/>
                </w:pPr>
              </w:p>
            </w:sdtContent>
          </w:sdt>
        </w:tc>
      </w:tr>
      <w:tr w:rsidR="00C1393E" w14:paraId="0785A7AE" w14:textId="77777777" w:rsidTr="009F39C8">
        <w:tc>
          <w:tcPr>
            <w:tcW w:w="2129" w:type="dxa"/>
            <w:vAlign w:val="center"/>
          </w:tcPr>
          <w:p w14:paraId="6B5842A3" w14:textId="77777777" w:rsidR="00C1393E" w:rsidRDefault="00C1393E" w:rsidP="009F39C8">
            <w:pPr>
              <w:spacing w:after="80"/>
            </w:pPr>
            <w:r>
              <w:rPr>
                <w:sz w:val="16"/>
              </w:rPr>
              <w:t>Possession of a weapon</w:t>
            </w:r>
          </w:p>
        </w:tc>
        <w:sdt>
          <w:sdtPr>
            <w:id w:val="197282277"/>
            <w14:checkbox>
              <w14:checked w14:val="0"/>
              <w14:checkedState w14:val="2612" w14:font="MS Gothic"/>
              <w14:uncheckedState w14:val="2610" w14:font="MS Gothic"/>
            </w14:checkbox>
          </w:sdtPr>
          <w:sdtEndPr/>
          <w:sdtContent>
            <w:tc>
              <w:tcPr>
                <w:tcW w:w="843" w:type="dxa"/>
                <w:vAlign w:val="center"/>
              </w:tcPr>
              <w:p w14:paraId="340156A2" w14:textId="0FEC2A5D" w:rsidR="00C1393E" w:rsidRDefault="007B4B53" w:rsidP="009F39C8">
                <w:pPr>
                  <w:spacing w:after="80"/>
                  <w:jc w:val="center"/>
                </w:pPr>
                <w:r>
                  <w:rPr>
                    <w:rFonts w:ascii="MS Gothic" w:eastAsia="MS Gothic" w:hAnsi="MS Gothic" w:hint="eastAsia"/>
                  </w:rPr>
                  <w:t>☐</w:t>
                </w:r>
              </w:p>
            </w:tc>
          </w:sdtContent>
        </w:sdt>
        <w:sdt>
          <w:sdtPr>
            <w:id w:val="-1685430678"/>
            <w14:checkbox>
              <w14:checked w14:val="0"/>
              <w14:checkedState w14:val="2612" w14:font="MS Gothic"/>
              <w14:uncheckedState w14:val="2610" w14:font="MS Gothic"/>
            </w14:checkbox>
          </w:sdtPr>
          <w:sdtEndPr/>
          <w:sdtContent>
            <w:tc>
              <w:tcPr>
                <w:tcW w:w="851" w:type="dxa"/>
                <w:vAlign w:val="center"/>
              </w:tcPr>
              <w:p w14:paraId="32656297" w14:textId="2D0DEB0F" w:rsidR="00C1393E" w:rsidRDefault="007B4B53" w:rsidP="009F39C8">
                <w:pPr>
                  <w:spacing w:after="80"/>
                  <w:jc w:val="center"/>
                </w:pPr>
                <w:r>
                  <w:rPr>
                    <w:rFonts w:ascii="MS Gothic" w:eastAsia="MS Gothic" w:hAnsi="MS Gothic" w:hint="eastAsia"/>
                  </w:rPr>
                  <w:t>☐</w:t>
                </w:r>
              </w:p>
            </w:tc>
          </w:sdtContent>
        </w:sdt>
        <w:sdt>
          <w:sdtPr>
            <w:id w:val="709539448"/>
            <w14:checkbox>
              <w14:checked w14:val="0"/>
              <w14:checkedState w14:val="2612" w14:font="MS Gothic"/>
              <w14:uncheckedState w14:val="2610" w14:font="MS Gothic"/>
            </w14:checkbox>
          </w:sdtPr>
          <w:sdtEndPr/>
          <w:sdtContent>
            <w:tc>
              <w:tcPr>
                <w:tcW w:w="850" w:type="dxa"/>
                <w:vAlign w:val="center"/>
              </w:tcPr>
              <w:p w14:paraId="7683F73F" w14:textId="36E081A4"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28"/>
              <w:id w:val="184024924"/>
              <w:lock w:val="sdtLocked"/>
            </w:sdtPr>
            <w:sdtEndPr/>
            <w:sdtContent>
              <w:p w14:paraId="3FB11529" w14:textId="77777777" w:rsidR="00C1393E" w:rsidRDefault="0026037C" w:rsidP="009F39C8">
                <w:pPr>
                  <w:spacing w:after="80"/>
                </w:pPr>
              </w:p>
            </w:sdtContent>
          </w:sdt>
        </w:tc>
      </w:tr>
      <w:tr w:rsidR="00C1393E" w14:paraId="3CEBF1FA" w14:textId="77777777" w:rsidTr="009F39C8">
        <w:tc>
          <w:tcPr>
            <w:tcW w:w="2129" w:type="dxa"/>
            <w:vAlign w:val="center"/>
          </w:tcPr>
          <w:p w14:paraId="2D7E7343" w14:textId="77777777" w:rsidR="00C1393E" w:rsidRDefault="00C1393E" w:rsidP="009F39C8">
            <w:pPr>
              <w:spacing w:after="80"/>
            </w:pPr>
            <w:r>
              <w:rPr>
                <w:sz w:val="16"/>
              </w:rPr>
              <w:t>Damage to property</w:t>
            </w:r>
          </w:p>
        </w:tc>
        <w:sdt>
          <w:sdtPr>
            <w:id w:val="50196966"/>
            <w14:checkbox>
              <w14:checked w14:val="0"/>
              <w14:checkedState w14:val="2612" w14:font="MS Gothic"/>
              <w14:uncheckedState w14:val="2610" w14:font="MS Gothic"/>
            </w14:checkbox>
          </w:sdtPr>
          <w:sdtEndPr/>
          <w:sdtContent>
            <w:tc>
              <w:tcPr>
                <w:tcW w:w="843" w:type="dxa"/>
                <w:vAlign w:val="center"/>
              </w:tcPr>
              <w:p w14:paraId="67189BE4" w14:textId="40934BE3" w:rsidR="00C1393E" w:rsidRDefault="007B4B53" w:rsidP="009F39C8">
                <w:pPr>
                  <w:spacing w:after="80"/>
                  <w:jc w:val="center"/>
                </w:pPr>
                <w:r>
                  <w:rPr>
                    <w:rFonts w:ascii="MS Gothic" w:eastAsia="MS Gothic" w:hAnsi="MS Gothic" w:hint="eastAsia"/>
                  </w:rPr>
                  <w:t>☐</w:t>
                </w:r>
              </w:p>
            </w:tc>
          </w:sdtContent>
        </w:sdt>
        <w:sdt>
          <w:sdtPr>
            <w:id w:val="-1922784110"/>
            <w14:checkbox>
              <w14:checked w14:val="0"/>
              <w14:checkedState w14:val="2612" w14:font="MS Gothic"/>
              <w14:uncheckedState w14:val="2610" w14:font="MS Gothic"/>
            </w14:checkbox>
          </w:sdtPr>
          <w:sdtEndPr/>
          <w:sdtContent>
            <w:tc>
              <w:tcPr>
                <w:tcW w:w="851" w:type="dxa"/>
                <w:vAlign w:val="center"/>
              </w:tcPr>
              <w:p w14:paraId="36216FC4" w14:textId="74890A3E" w:rsidR="00C1393E" w:rsidRDefault="007B4B53" w:rsidP="009F39C8">
                <w:pPr>
                  <w:spacing w:after="80"/>
                  <w:jc w:val="center"/>
                </w:pPr>
                <w:r>
                  <w:rPr>
                    <w:rFonts w:ascii="MS Gothic" w:eastAsia="MS Gothic" w:hAnsi="MS Gothic" w:hint="eastAsia"/>
                  </w:rPr>
                  <w:t>☐</w:t>
                </w:r>
              </w:p>
            </w:tc>
          </w:sdtContent>
        </w:sdt>
        <w:sdt>
          <w:sdtPr>
            <w:id w:val="-1399747491"/>
            <w14:checkbox>
              <w14:checked w14:val="0"/>
              <w14:checkedState w14:val="2612" w14:font="MS Gothic"/>
              <w14:uncheckedState w14:val="2610" w14:font="MS Gothic"/>
            </w14:checkbox>
          </w:sdtPr>
          <w:sdtEndPr/>
          <w:sdtContent>
            <w:tc>
              <w:tcPr>
                <w:tcW w:w="850" w:type="dxa"/>
                <w:vAlign w:val="center"/>
              </w:tcPr>
              <w:p w14:paraId="3BC9884C" w14:textId="0E60AF37"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29"/>
              <w:id w:val="-639031333"/>
              <w:lock w:val="sdtLocked"/>
            </w:sdtPr>
            <w:sdtEndPr/>
            <w:sdtContent>
              <w:p w14:paraId="3D7E9A22" w14:textId="77777777" w:rsidR="00C1393E" w:rsidRDefault="0026037C" w:rsidP="009F39C8">
                <w:pPr>
                  <w:spacing w:after="80"/>
                </w:pPr>
              </w:p>
            </w:sdtContent>
          </w:sdt>
        </w:tc>
      </w:tr>
      <w:tr w:rsidR="00C1393E" w14:paraId="58A33D73" w14:textId="77777777" w:rsidTr="009F39C8">
        <w:tc>
          <w:tcPr>
            <w:tcW w:w="2129" w:type="dxa"/>
            <w:vAlign w:val="center"/>
          </w:tcPr>
          <w:p w14:paraId="42AEE5AD" w14:textId="77777777" w:rsidR="00C1393E" w:rsidRDefault="00C1393E" w:rsidP="009F39C8">
            <w:pPr>
              <w:spacing w:after="80"/>
            </w:pPr>
            <w:r>
              <w:rPr>
                <w:sz w:val="16"/>
              </w:rPr>
              <w:t>Arson</w:t>
            </w:r>
          </w:p>
        </w:tc>
        <w:sdt>
          <w:sdtPr>
            <w:id w:val="1972478458"/>
            <w14:checkbox>
              <w14:checked w14:val="0"/>
              <w14:checkedState w14:val="2612" w14:font="MS Gothic"/>
              <w14:uncheckedState w14:val="2610" w14:font="MS Gothic"/>
            </w14:checkbox>
          </w:sdtPr>
          <w:sdtEndPr/>
          <w:sdtContent>
            <w:tc>
              <w:tcPr>
                <w:tcW w:w="843" w:type="dxa"/>
                <w:vAlign w:val="center"/>
              </w:tcPr>
              <w:p w14:paraId="4AAE003A" w14:textId="287954F8" w:rsidR="00C1393E" w:rsidRDefault="007B4B53" w:rsidP="009F39C8">
                <w:pPr>
                  <w:spacing w:after="80"/>
                  <w:jc w:val="center"/>
                </w:pPr>
                <w:r>
                  <w:rPr>
                    <w:rFonts w:ascii="MS Gothic" w:eastAsia="MS Gothic" w:hAnsi="MS Gothic" w:hint="eastAsia"/>
                  </w:rPr>
                  <w:t>☐</w:t>
                </w:r>
              </w:p>
            </w:tc>
          </w:sdtContent>
        </w:sdt>
        <w:sdt>
          <w:sdtPr>
            <w:id w:val="-908232042"/>
            <w14:checkbox>
              <w14:checked w14:val="0"/>
              <w14:checkedState w14:val="2612" w14:font="MS Gothic"/>
              <w14:uncheckedState w14:val="2610" w14:font="MS Gothic"/>
            </w14:checkbox>
          </w:sdtPr>
          <w:sdtEndPr/>
          <w:sdtContent>
            <w:tc>
              <w:tcPr>
                <w:tcW w:w="851" w:type="dxa"/>
                <w:vAlign w:val="center"/>
              </w:tcPr>
              <w:p w14:paraId="104B9DDF" w14:textId="1A350006" w:rsidR="00C1393E" w:rsidRDefault="007B4B53" w:rsidP="009F39C8">
                <w:pPr>
                  <w:spacing w:after="80"/>
                  <w:jc w:val="center"/>
                </w:pPr>
                <w:r>
                  <w:rPr>
                    <w:rFonts w:ascii="MS Gothic" w:eastAsia="MS Gothic" w:hAnsi="MS Gothic" w:hint="eastAsia"/>
                  </w:rPr>
                  <w:t>☐</w:t>
                </w:r>
              </w:p>
            </w:tc>
          </w:sdtContent>
        </w:sdt>
        <w:sdt>
          <w:sdtPr>
            <w:id w:val="1823550329"/>
            <w14:checkbox>
              <w14:checked w14:val="0"/>
              <w14:checkedState w14:val="2612" w14:font="MS Gothic"/>
              <w14:uncheckedState w14:val="2610" w14:font="MS Gothic"/>
            </w14:checkbox>
          </w:sdtPr>
          <w:sdtEndPr/>
          <w:sdtContent>
            <w:tc>
              <w:tcPr>
                <w:tcW w:w="850" w:type="dxa"/>
                <w:vAlign w:val="center"/>
              </w:tcPr>
              <w:p w14:paraId="3FF41D99" w14:textId="03E2A7D5"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0"/>
              <w:id w:val="1386449132"/>
              <w:lock w:val="sdtLocked"/>
            </w:sdtPr>
            <w:sdtEndPr/>
            <w:sdtContent>
              <w:p w14:paraId="13204928" w14:textId="77777777" w:rsidR="00C1393E" w:rsidRDefault="0026037C" w:rsidP="009F39C8">
                <w:pPr>
                  <w:spacing w:after="80"/>
                </w:pPr>
              </w:p>
            </w:sdtContent>
          </w:sdt>
        </w:tc>
      </w:tr>
      <w:tr w:rsidR="00C1393E" w14:paraId="757794B9" w14:textId="77777777" w:rsidTr="009F39C8">
        <w:tc>
          <w:tcPr>
            <w:tcW w:w="2129" w:type="dxa"/>
            <w:vAlign w:val="center"/>
          </w:tcPr>
          <w:p w14:paraId="09794E48" w14:textId="77777777" w:rsidR="00C1393E" w:rsidRDefault="00C1393E" w:rsidP="009F39C8">
            <w:pPr>
              <w:spacing w:after="80"/>
            </w:pPr>
            <w:r>
              <w:rPr>
                <w:sz w:val="16"/>
              </w:rPr>
              <w:t>Physical or verbal aggression towards peers</w:t>
            </w:r>
          </w:p>
        </w:tc>
        <w:sdt>
          <w:sdtPr>
            <w:id w:val="-1298135132"/>
            <w14:checkbox>
              <w14:checked w14:val="0"/>
              <w14:checkedState w14:val="2612" w14:font="MS Gothic"/>
              <w14:uncheckedState w14:val="2610" w14:font="MS Gothic"/>
            </w14:checkbox>
          </w:sdtPr>
          <w:sdtEndPr/>
          <w:sdtContent>
            <w:tc>
              <w:tcPr>
                <w:tcW w:w="843" w:type="dxa"/>
                <w:vAlign w:val="center"/>
              </w:tcPr>
              <w:p w14:paraId="0DBCCA0B" w14:textId="2EC03425" w:rsidR="00C1393E" w:rsidRDefault="007B4B53" w:rsidP="009F39C8">
                <w:pPr>
                  <w:spacing w:after="80"/>
                  <w:jc w:val="center"/>
                </w:pPr>
                <w:r>
                  <w:rPr>
                    <w:rFonts w:ascii="MS Gothic" w:eastAsia="MS Gothic" w:hAnsi="MS Gothic" w:hint="eastAsia"/>
                  </w:rPr>
                  <w:t>☐</w:t>
                </w:r>
              </w:p>
            </w:tc>
          </w:sdtContent>
        </w:sdt>
        <w:sdt>
          <w:sdtPr>
            <w:id w:val="-424259622"/>
            <w14:checkbox>
              <w14:checked w14:val="0"/>
              <w14:checkedState w14:val="2612" w14:font="MS Gothic"/>
              <w14:uncheckedState w14:val="2610" w14:font="MS Gothic"/>
            </w14:checkbox>
          </w:sdtPr>
          <w:sdtEndPr/>
          <w:sdtContent>
            <w:tc>
              <w:tcPr>
                <w:tcW w:w="851" w:type="dxa"/>
                <w:vAlign w:val="center"/>
              </w:tcPr>
              <w:p w14:paraId="1E9FD014" w14:textId="5B6A4A44" w:rsidR="00C1393E" w:rsidRDefault="007B4B53" w:rsidP="009F39C8">
                <w:pPr>
                  <w:spacing w:after="80"/>
                  <w:jc w:val="center"/>
                </w:pPr>
                <w:r>
                  <w:rPr>
                    <w:rFonts w:ascii="MS Gothic" w:eastAsia="MS Gothic" w:hAnsi="MS Gothic" w:hint="eastAsia"/>
                  </w:rPr>
                  <w:t>☐</w:t>
                </w:r>
              </w:p>
            </w:tc>
          </w:sdtContent>
        </w:sdt>
        <w:sdt>
          <w:sdtPr>
            <w:id w:val="-583065824"/>
            <w14:checkbox>
              <w14:checked w14:val="0"/>
              <w14:checkedState w14:val="2612" w14:font="MS Gothic"/>
              <w14:uncheckedState w14:val="2610" w14:font="MS Gothic"/>
            </w14:checkbox>
          </w:sdtPr>
          <w:sdtEndPr/>
          <w:sdtContent>
            <w:tc>
              <w:tcPr>
                <w:tcW w:w="850" w:type="dxa"/>
                <w:vAlign w:val="center"/>
              </w:tcPr>
              <w:p w14:paraId="73FE5F10" w14:textId="2B8AC83F"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1"/>
              <w:id w:val="564759764"/>
              <w:lock w:val="sdtLocked"/>
            </w:sdtPr>
            <w:sdtEndPr/>
            <w:sdtContent>
              <w:p w14:paraId="0091D3D0" w14:textId="77777777" w:rsidR="00C1393E" w:rsidRDefault="0026037C" w:rsidP="009F39C8">
                <w:pPr>
                  <w:spacing w:after="80"/>
                </w:pPr>
              </w:p>
            </w:sdtContent>
          </w:sdt>
        </w:tc>
      </w:tr>
      <w:tr w:rsidR="00C1393E" w14:paraId="71CD9FF8" w14:textId="77777777" w:rsidTr="009F39C8">
        <w:tc>
          <w:tcPr>
            <w:tcW w:w="2129" w:type="dxa"/>
            <w:vAlign w:val="center"/>
          </w:tcPr>
          <w:p w14:paraId="079165F6" w14:textId="77777777" w:rsidR="00C1393E" w:rsidRDefault="00C1393E" w:rsidP="009F39C8">
            <w:pPr>
              <w:spacing w:after="80"/>
            </w:pPr>
            <w:r>
              <w:rPr>
                <w:sz w:val="16"/>
              </w:rPr>
              <w:t>Physical or verbal aggression towards adults</w:t>
            </w:r>
          </w:p>
        </w:tc>
        <w:sdt>
          <w:sdtPr>
            <w:id w:val="-936140383"/>
            <w14:checkbox>
              <w14:checked w14:val="0"/>
              <w14:checkedState w14:val="2612" w14:font="MS Gothic"/>
              <w14:uncheckedState w14:val="2610" w14:font="MS Gothic"/>
            </w14:checkbox>
          </w:sdtPr>
          <w:sdtEndPr/>
          <w:sdtContent>
            <w:tc>
              <w:tcPr>
                <w:tcW w:w="843" w:type="dxa"/>
                <w:vAlign w:val="center"/>
              </w:tcPr>
              <w:p w14:paraId="70014AD5" w14:textId="7EA10D17" w:rsidR="00C1393E" w:rsidRDefault="007B4B53" w:rsidP="009F39C8">
                <w:pPr>
                  <w:spacing w:after="80"/>
                  <w:jc w:val="center"/>
                </w:pPr>
                <w:r>
                  <w:rPr>
                    <w:rFonts w:ascii="MS Gothic" w:eastAsia="MS Gothic" w:hAnsi="MS Gothic" w:hint="eastAsia"/>
                  </w:rPr>
                  <w:t>☐</w:t>
                </w:r>
              </w:p>
            </w:tc>
          </w:sdtContent>
        </w:sdt>
        <w:sdt>
          <w:sdtPr>
            <w:id w:val="141549100"/>
            <w14:checkbox>
              <w14:checked w14:val="0"/>
              <w14:checkedState w14:val="2612" w14:font="MS Gothic"/>
              <w14:uncheckedState w14:val="2610" w14:font="MS Gothic"/>
            </w14:checkbox>
          </w:sdtPr>
          <w:sdtEndPr/>
          <w:sdtContent>
            <w:tc>
              <w:tcPr>
                <w:tcW w:w="851" w:type="dxa"/>
                <w:vAlign w:val="center"/>
              </w:tcPr>
              <w:p w14:paraId="7CA0BD9E" w14:textId="58CBC08C" w:rsidR="00C1393E" w:rsidRDefault="007B4B53" w:rsidP="009F39C8">
                <w:pPr>
                  <w:spacing w:after="80"/>
                  <w:jc w:val="center"/>
                </w:pPr>
                <w:r>
                  <w:rPr>
                    <w:rFonts w:ascii="MS Gothic" w:eastAsia="MS Gothic" w:hAnsi="MS Gothic" w:hint="eastAsia"/>
                  </w:rPr>
                  <w:t>☐</w:t>
                </w:r>
              </w:p>
            </w:tc>
          </w:sdtContent>
        </w:sdt>
        <w:sdt>
          <w:sdtPr>
            <w:id w:val="1854140086"/>
            <w14:checkbox>
              <w14:checked w14:val="0"/>
              <w14:checkedState w14:val="2612" w14:font="MS Gothic"/>
              <w14:uncheckedState w14:val="2610" w14:font="MS Gothic"/>
            </w14:checkbox>
          </w:sdtPr>
          <w:sdtEndPr/>
          <w:sdtContent>
            <w:tc>
              <w:tcPr>
                <w:tcW w:w="850" w:type="dxa"/>
                <w:vAlign w:val="center"/>
              </w:tcPr>
              <w:p w14:paraId="3D975A7F" w14:textId="151AEF25"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2"/>
              <w:id w:val="-281655009"/>
              <w:lock w:val="sdtLocked"/>
            </w:sdtPr>
            <w:sdtEndPr/>
            <w:sdtContent>
              <w:p w14:paraId="72779CF7" w14:textId="77777777" w:rsidR="00C1393E" w:rsidRDefault="0026037C" w:rsidP="009F39C8">
                <w:pPr>
                  <w:spacing w:after="80"/>
                </w:pPr>
              </w:p>
            </w:sdtContent>
          </w:sdt>
        </w:tc>
      </w:tr>
      <w:tr w:rsidR="00C1393E" w14:paraId="757C3311" w14:textId="77777777" w:rsidTr="009F39C8">
        <w:tc>
          <w:tcPr>
            <w:tcW w:w="2129" w:type="dxa"/>
            <w:vAlign w:val="center"/>
          </w:tcPr>
          <w:p w14:paraId="787EF130" w14:textId="77777777" w:rsidR="00C1393E" w:rsidRDefault="00C1393E" w:rsidP="009F39C8">
            <w:pPr>
              <w:spacing w:after="80"/>
            </w:pPr>
            <w:r>
              <w:rPr>
                <w:sz w:val="16"/>
              </w:rPr>
              <w:t>Racist abuse or racist incident</w:t>
            </w:r>
          </w:p>
        </w:tc>
        <w:sdt>
          <w:sdtPr>
            <w:id w:val="1565224040"/>
            <w14:checkbox>
              <w14:checked w14:val="0"/>
              <w14:checkedState w14:val="2612" w14:font="MS Gothic"/>
              <w14:uncheckedState w14:val="2610" w14:font="MS Gothic"/>
            </w14:checkbox>
          </w:sdtPr>
          <w:sdtEndPr/>
          <w:sdtContent>
            <w:tc>
              <w:tcPr>
                <w:tcW w:w="843" w:type="dxa"/>
                <w:vAlign w:val="center"/>
              </w:tcPr>
              <w:p w14:paraId="38F7C7A2" w14:textId="11F065E1" w:rsidR="00C1393E" w:rsidRDefault="007B4B53" w:rsidP="009F39C8">
                <w:pPr>
                  <w:spacing w:after="80"/>
                  <w:jc w:val="center"/>
                </w:pPr>
                <w:r>
                  <w:rPr>
                    <w:rFonts w:ascii="MS Gothic" w:eastAsia="MS Gothic" w:hAnsi="MS Gothic" w:hint="eastAsia"/>
                  </w:rPr>
                  <w:t>☐</w:t>
                </w:r>
              </w:p>
            </w:tc>
          </w:sdtContent>
        </w:sdt>
        <w:sdt>
          <w:sdtPr>
            <w:id w:val="-1238622887"/>
            <w14:checkbox>
              <w14:checked w14:val="0"/>
              <w14:checkedState w14:val="2612" w14:font="MS Gothic"/>
              <w14:uncheckedState w14:val="2610" w14:font="MS Gothic"/>
            </w14:checkbox>
          </w:sdtPr>
          <w:sdtEndPr/>
          <w:sdtContent>
            <w:tc>
              <w:tcPr>
                <w:tcW w:w="851" w:type="dxa"/>
                <w:vAlign w:val="center"/>
              </w:tcPr>
              <w:p w14:paraId="14B25BCF" w14:textId="1DDA1D11" w:rsidR="00C1393E" w:rsidRDefault="007B4B53" w:rsidP="009F39C8">
                <w:pPr>
                  <w:spacing w:after="80"/>
                  <w:jc w:val="center"/>
                </w:pPr>
                <w:r>
                  <w:rPr>
                    <w:rFonts w:ascii="MS Gothic" w:eastAsia="MS Gothic" w:hAnsi="MS Gothic" w:hint="eastAsia"/>
                  </w:rPr>
                  <w:t>☐</w:t>
                </w:r>
              </w:p>
            </w:tc>
          </w:sdtContent>
        </w:sdt>
        <w:sdt>
          <w:sdtPr>
            <w:id w:val="82736730"/>
            <w14:checkbox>
              <w14:checked w14:val="0"/>
              <w14:checkedState w14:val="2612" w14:font="MS Gothic"/>
              <w14:uncheckedState w14:val="2610" w14:font="MS Gothic"/>
            </w14:checkbox>
          </w:sdtPr>
          <w:sdtEndPr/>
          <w:sdtContent>
            <w:tc>
              <w:tcPr>
                <w:tcW w:w="850" w:type="dxa"/>
                <w:vAlign w:val="center"/>
              </w:tcPr>
              <w:p w14:paraId="1978D264" w14:textId="646D2C13"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3"/>
              <w:id w:val="1918439735"/>
              <w:lock w:val="sdtLocked"/>
            </w:sdtPr>
            <w:sdtEndPr/>
            <w:sdtContent>
              <w:p w14:paraId="4B2C1707" w14:textId="77777777" w:rsidR="00C1393E" w:rsidRDefault="0026037C" w:rsidP="009F39C8">
                <w:pPr>
                  <w:spacing w:after="80"/>
                </w:pPr>
              </w:p>
            </w:sdtContent>
          </w:sdt>
        </w:tc>
      </w:tr>
      <w:tr w:rsidR="00C1393E" w14:paraId="5C2484AF" w14:textId="77777777" w:rsidTr="009F39C8">
        <w:tc>
          <w:tcPr>
            <w:tcW w:w="2129" w:type="dxa"/>
            <w:vAlign w:val="center"/>
          </w:tcPr>
          <w:p w14:paraId="38C016FA" w14:textId="77777777" w:rsidR="00C1393E" w:rsidRDefault="00C1393E" w:rsidP="009F39C8">
            <w:pPr>
              <w:spacing w:after="80"/>
            </w:pPr>
            <w:r>
              <w:rPr>
                <w:sz w:val="16"/>
              </w:rPr>
              <w:t>Incidents related to sexual orientation or gender identity</w:t>
            </w:r>
          </w:p>
        </w:tc>
        <w:sdt>
          <w:sdtPr>
            <w:id w:val="-1149981449"/>
            <w14:checkbox>
              <w14:checked w14:val="0"/>
              <w14:checkedState w14:val="2612" w14:font="MS Gothic"/>
              <w14:uncheckedState w14:val="2610" w14:font="MS Gothic"/>
            </w14:checkbox>
          </w:sdtPr>
          <w:sdtEndPr/>
          <w:sdtContent>
            <w:tc>
              <w:tcPr>
                <w:tcW w:w="843" w:type="dxa"/>
                <w:vAlign w:val="center"/>
              </w:tcPr>
              <w:p w14:paraId="3C3E3BC7" w14:textId="732B0DAB" w:rsidR="00C1393E" w:rsidRDefault="007B4B53" w:rsidP="009F39C8">
                <w:pPr>
                  <w:spacing w:after="80"/>
                  <w:jc w:val="center"/>
                </w:pPr>
                <w:r>
                  <w:rPr>
                    <w:rFonts w:ascii="MS Gothic" w:eastAsia="MS Gothic" w:hAnsi="MS Gothic" w:hint="eastAsia"/>
                  </w:rPr>
                  <w:t>☐</w:t>
                </w:r>
              </w:p>
            </w:tc>
          </w:sdtContent>
        </w:sdt>
        <w:sdt>
          <w:sdtPr>
            <w:id w:val="-55782305"/>
            <w14:checkbox>
              <w14:checked w14:val="0"/>
              <w14:checkedState w14:val="2612" w14:font="MS Gothic"/>
              <w14:uncheckedState w14:val="2610" w14:font="MS Gothic"/>
            </w14:checkbox>
          </w:sdtPr>
          <w:sdtEndPr/>
          <w:sdtContent>
            <w:tc>
              <w:tcPr>
                <w:tcW w:w="851" w:type="dxa"/>
                <w:vAlign w:val="center"/>
              </w:tcPr>
              <w:p w14:paraId="3A881BA8" w14:textId="5D2632C5" w:rsidR="00C1393E" w:rsidRDefault="007B4B53" w:rsidP="009F39C8">
                <w:pPr>
                  <w:spacing w:after="80"/>
                  <w:jc w:val="center"/>
                </w:pPr>
                <w:r>
                  <w:rPr>
                    <w:rFonts w:ascii="MS Gothic" w:eastAsia="MS Gothic" w:hAnsi="MS Gothic" w:hint="eastAsia"/>
                  </w:rPr>
                  <w:t>☐</w:t>
                </w:r>
              </w:p>
            </w:tc>
          </w:sdtContent>
        </w:sdt>
        <w:sdt>
          <w:sdtPr>
            <w:id w:val="-1027473364"/>
            <w14:checkbox>
              <w14:checked w14:val="0"/>
              <w14:checkedState w14:val="2612" w14:font="MS Gothic"/>
              <w14:uncheckedState w14:val="2610" w14:font="MS Gothic"/>
            </w14:checkbox>
          </w:sdtPr>
          <w:sdtEndPr/>
          <w:sdtContent>
            <w:tc>
              <w:tcPr>
                <w:tcW w:w="850" w:type="dxa"/>
                <w:vAlign w:val="center"/>
              </w:tcPr>
              <w:p w14:paraId="1299D81F" w14:textId="79F523CD"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4"/>
              <w:id w:val="-1246025701"/>
              <w:lock w:val="sdtLocked"/>
            </w:sdtPr>
            <w:sdtEndPr/>
            <w:sdtContent>
              <w:p w14:paraId="3304D9CE" w14:textId="77777777" w:rsidR="00C1393E" w:rsidRDefault="0026037C" w:rsidP="009F39C8">
                <w:pPr>
                  <w:spacing w:after="80"/>
                </w:pPr>
              </w:p>
            </w:sdtContent>
          </w:sdt>
        </w:tc>
      </w:tr>
      <w:tr w:rsidR="00C1393E" w14:paraId="1D67AC79" w14:textId="77777777" w:rsidTr="009F39C8">
        <w:tc>
          <w:tcPr>
            <w:tcW w:w="2129" w:type="dxa"/>
            <w:vAlign w:val="center"/>
          </w:tcPr>
          <w:p w14:paraId="0003070B" w14:textId="77777777" w:rsidR="00C1393E" w:rsidRDefault="00C1393E" w:rsidP="009F39C8">
            <w:pPr>
              <w:spacing w:after="80"/>
            </w:pPr>
            <w:r>
              <w:rPr>
                <w:sz w:val="16"/>
              </w:rPr>
              <w:t>Disability-related inappropriate behaviour</w:t>
            </w:r>
          </w:p>
        </w:tc>
        <w:sdt>
          <w:sdtPr>
            <w:id w:val="-162241214"/>
            <w14:checkbox>
              <w14:checked w14:val="0"/>
              <w14:checkedState w14:val="2612" w14:font="MS Gothic"/>
              <w14:uncheckedState w14:val="2610" w14:font="MS Gothic"/>
            </w14:checkbox>
          </w:sdtPr>
          <w:sdtEndPr/>
          <w:sdtContent>
            <w:tc>
              <w:tcPr>
                <w:tcW w:w="843" w:type="dxa"/>
                <w:vAlign w:val="center"/>
              </w:tcPr>
              <w:p w14:paraId="0F31DFD4" w14:textId="70612DE9" w:rsidR="00C1393E" w:rsidRDefault="007B4B53" w:rsidP="009F39C8">
                <w:pPr>
                  <w:spacing w:after="80"/>
                  <w:jc w:val="center"/>
                </w:pPr>
                <w:r>
                  <w:rPr>
                    <w:rFonts w:ascii="MS Gothic" w:eastAsia="MS Gothic" w:hAnsi="MS Gothic" w:hint="eastAsia"/>
                  </w:rPr>
                  <w:t>☐</w:t>
                </w:r>
              </w:p>
            </w:tc>
          </w:sdtContent>
        </w:sdt>
        <w:sdt>
          <w:sdtPr>
            <w:id w:val="267519712"/>
            <w14:checkbox>
              <w14:checked w14:val="0"/>
              <w14:checkedState w14:val="2612" w14:font="MS Gothic"/>
              <w14:uncheckedState w14:val="2610" w14:font="MS Gothic"/>
            </w14:checkbox>
          </w:sdtPr>
          <w:sdtEndPr/>
          <w:sdtContent>
            <w:tc>
              <w:tcPr>
                <w:tcW w:w="851" w:type="dxa"/>
                <w:vAlign w:val="center"/>
              </w:tcPr>
              <w:p w14:paraId="07648FA7" w14:textId="7F5EBC2A" w:rsidR="00C1393E" w:rsidRDefault="007B4B53" w:rsidP="009F39C8">
                <w:pPr>
                  <w:spacing w:after="80"/>
                  <w:jc w:val="center"/>
                </w:pPr>
                <w:r>
                  <w:rPr>
                    <w:rFonts w:ascii="MS Gothic" w:eastAsia="MS Gothic" w:hAnsi="MS Gothic" w:hint="eastAsia"/>
                  </w:rPr>
                  <w:t>☐</w:t>
                </w:r>
              </w:p>
            </w:tc>
          </w:sdtContent>
        </w:sdt>
        <w:sdt>
          <w:sdtPr>
            <w:id w:val="-1290356418"/>
            <w14:checkbox>
              <w14:checked w14:val="0"/>
              <w14:checkedState w14:val="2612" w14:font="MS Gothic"/>
              <w14:uncheckedState w14:val="2610" w14:font="MS Gothic"/>
            </w14:checkbox>
          </w:sdtPr>
          <w:sdtEndPr/>
          <w:sdtContent>
            <w:tc>
              <w:tcPr>
                <w:tcW w:w="850" w:type="dxa"/>
                <w:vAlign w:val="center"/>
              </w:tcPr>
              <w:p w14:paraId="37E7AD7B" w14:textId="74240A0B"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5"/>
              <w:id w:val="-793753983"/>
              <w:lock w:val="sdtLocked"/>
            </w:sdtPr>
            <w:sdtEndPr/>
            <w:sdtContent>
              <w:p w14:paraId="4DF72588" w14:textId="77777777" w:rsidR="00C1393E" w:rsidRDefault="0026037C" w:rsidP="009F39C8">
                <w:pPr>
                  <w:spacing w:after="80"/>
                </w:pPr>
              </w:p>
            </w:sdtContent>
          </w:sdt>
        </w:tc>
      </w:tr>
      <w:tr w:rsidR="00C1393E" w14:paraId="5725B4E7" w14:textId="77777777" w:rsidTr="009F39C8">
        <w:tc>
          <w:tcPr>
            <w:tcW w:w="2129" w:type="dxa"/>
            <w:vAlign w:val="center"/>
          </w:tcPr>
          <w:p w14:paraId="2D505E2C" w14:textId="77777777" w:rsidR="00C1393E" w:rsidRDefault="00C1393E" w:rsidP="009F39C8">
            <w:pPr>
              <w:spacing w:after="80"/>
            </w:pPr>
            <w:r>
              <w:rPr>
                <w:sz w:val="16"/>
              </w:rPr>
              <w:t>Bullying of peers</w:t>
            </w:r>
          </w:p>
        </w:tc>
        <w:sdt>
          <w:sdtPr>
            <w:id w:val="1148331620"/>
            <w14:checkbox>
              <w14:checked w14:val="0"/>
              <w14:checkedState w14:val="2612" w14:font="MS Gothic"/>
              <w14:uncheckedState w14:val="2610" w14:font="MS Gothic"/>
            </w14:checkbox>
          </w:sdtPr>
          <w:sdtEndPr/>
          <w:sdtContent>
            <w:tc>
              <w:tcPr>
                <w:tcW w:w="843" w:type="dxa"/>
                <w:vAlign w:val="center"/>
              </w:tcPr>
              <w:p w14:paraId="7F398B02" w14:textId="111E0CBE" w:rsidR="00C1393E" w:rsidRDefault="007B4B53" w:rsidP="009F39C8">
                <w:pPr>
                  <w:spacing w:after="80"/>
                  <w:jc w:val="center"/>
                </w:pPr>
                <w:r>
                  <w:rPr>
                    <w:rFonts w:ascii="MS Gothic" w:eastAsia="MS Gothic" w:hAnsi="MS Gothic" w:hint="eastAsia"/>
                  </w:rPr>
                  <w:t>☐</w:t>
                </w:r>
              </w:p>
            </w:tc>
          </w:sdtContent>
        </w:sdt>
        <w:sdt>
          <w:sdtPr>
            <w:id w:val="1794717610"/>
            <w14:checkbox>
              <w14:checked w14:val="0"/>
              <w14:checkedState w14:val="2612" w14:font="MS Gothic"/>
              <w14:uncheckedState w14:val="2610" w14:font="MS Gothic"/>
            </w14:checkbox>
          </w:sdtPr>
          <w:sdtEndPr/>
          <w:sdtContent>
            <w:tc>
              <w:tcPr>
                <w:tcW w:w="851" w:type="dxa"/>
                <w:vAlign w:val="center"/>
              </w:tcPr>
              <w:p w14:paraId="5D96C170" w14:textId="5E43DF15" w:rsidR="00C1393E" w:rsidRDefault="007B4B53" w:rsidP="009F39C8">
                <w:pPr>
                  <w:spacing w:after="80"/>
                  <w:jc w:val="center"/>
                </w:pPr>
                <w:r>
                  <w:rPr>
                    <w:rFonts w:ascii="MS Gothic" w:eastAsia="MS Gothic" w:hAnsi="MS Gothic" w:hint="eastAsia"/>
                  </w:rPr>
                  <w:t>☐</w:t>
                </w:r>
              </w:p>
            </w:tc>
          </w:sdtContent>
        </w:sdt>
        <w:sdt>
          <w:sdtPr>
            <w:id w:val="1215317921"/>
            <w14:checkbox>
              <w14:checked w14:val="0"/>
              <w14:checkedState w14:val="2612" w14:font="MS Gothic"/>
              <w14:uncheckedState w14:val="2610" w14:font="MS Gothic"/>
            </w14:checkbox>
          </w:sdtPr>
          <w:sdtEndPr/>
          <w:sdtContent>
            <w:tc>
              <w:tcPr>
                <w:tcW w:w="850" w:type="dxa"/>
                <w:vAlign w:val="center"/>
              </w:tcPr>
              <w:p w14:paraId="7B87CD4F" w14:textId="1F6D3BBA"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6"/>
              <w:id w:val="630527718"/>
              <w:lock w:val="sdtLocked"/>
            </w:sdtPr>
            <w:sdtEndPr/>
            <w:sdtContent>
              <w:p w14:paraId="23DC57EC" w14:textId="77777777" w:rsidR="00C1393E" w:rsidRDefault="0026037C" w:rsidP="009F39C8">
                <w:pPr>
                  <w:spacing w:after="80"/>
                </w:pPr>
              </w:p>
            </w:sdtContent>
          </w:sdt>
        </w:tc>
      </w:tr>
      <w:tr w:rsidR="00C1393E" w14:paraId="0FE4AB4F" w14:textId="77777777" w:rsidTr="009F39C8">
        <w:tc>
          <w:tcPr>
            <w:tcW w:w="2129" w:type="dxa"/>
            <w:vAlign w:val="center"/>
          </w:tcPr>
          <w:p w14:paraId="5C99D649" w14:textId="77777777" w:rsidR="00C1393E" w:rsidRDefault="00C1393E" w:rsidP="009F39C8">
            <w:pPr>
              <w:spacing w:after="80"/>
            </w:pPr>
            <w:r>
              <w:rPr>
                <w:sz w:val="16"/>
              </w:rPr>
              <w:t>Persistent defiance</w:t>
            </w:r>
          </w:p>
        </w:tc>
        <w:sdt>
          <w:sdtPr>
            <w:id w:val="1963911461"/>
            <w14:checkbox>
              <w14:checked w14:val="0"/>
              <w14:checkedState w14:val="2612" w14:font="MS Gothic"/>
              <w14:uncheckedState w14:val="2610" w14:font="MS Gothic"/>
            </w14:checkbox>
          </w:sdtPr>
          <w:sdtEndPr/>
          <w:sdtContent>
            <w:tc>
              <w:tcPr>
                <w:tcW w:w="843" w:type="dxa"/>
                <w:vAlign w:val="center"/>
              </w:tcPr>
              <w:p w14:paraId="14BE9C98" w14:textId="4D438060" w:rsidR="00C1393E" w:rsidRDefault="007B4B53" w:rsidP="009F39C8">
                <w:pPr>
                  <w:spacing w:after="80"/>
                  <w:jc w:val="center"/>
                </w:pPr>
                <w:r>
                  <w:rPr>
                    <w:rFonts w:ascii="MS Gothic" w:eastAsia="MS Gothic" w:hAnsi="MS Gothic" w:hint="eastAsia"/>
                  </w:rPr>
                  <w:t>☐</w:t>
                </w:r>
              </w:p>
            </w:tc>
          </w:sdtContent>
        </w:sdt>
        <w:sdt>
          <w:sdtPr>
            <w:id w:val="-686523345"/>
            <w14:checkbox>
              <w14:checked w14:val="0"/>
              <w14:checkedState w14:val="2612" w14:font="MS Gothic"/>
              <w14:uncheckedState w14:val="2610" w14:font="MS Gothic"/>
            </w14:checkbox>
          </w:sdtPr>
          <w:sdtEndPr/>
          <w:sdtContent>
            <w:tc>
              <w:tcPr>
                <w:tcW w:w="851" w:type="dxa"/>
                <w:vAlign w:val="center"/>
              </w:tcPr>
              <w:p w14:paraId="6F8A202C" w14:textId="41DB842C" w:rsidR="00C1393E" w:rsidRDefault="007B4B53" w:rsidP="009F39C8">
                <w:pPr>
                  <w:spacing w:after="80"/>
                  <w:jc w:val="center"/>
                </w:pPr>
                <w:r>
                  <w:rPr>
                    <w:rFonts w:ascii="MS Gothic" w:eastAsia="MS Gothic" w:hAnsi="MS Gothic" w:hint="eastAsia"/>
                  </w:rPr>
                  <w:t>☐</w:t>
                </w:r>
              </w:p>
            </w:tc>
          </w:sdtContent>
        </w:sdt>
        <w:sdt>
          <w:sdtPr>
            <w:id w:val="-378393311"/>
            <w14:checkbox>
              <w14:checked w14:val="0"/>
              <w14:checkedState w14:val="2612" w14:font="MS Gothic"/>
              <w14:uncheckedState w14:val="2610" w14:font="MS Gothic"/>
            </w14:checkbox>
          </w:sdtPr>
          <w:sdtEndPr/>
          <w:sdtContent>
            <w:tc>
              <w:tcPr>
                <w:tcW w:w="850" w:type="dxa"/>
                <w:vAlign w:val="center"/>
              </w:tcPr>
              <w:p w14:paraId="21013797" w14:textId="4ED37619"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7"/>
              <w:id w:val="-1310549603"/>
              <w:lock w:val="sdtLocked"/>
            </w:sdtPr>
            <w:sdtEndPr/>
            <w:sdtContent>
              <w:p w14:paraId="46BE5C38" w14:textId="77777777" w:rsidR="00C1393E" w:rsidRDefault="0026037C" w:rsidP="009F39C8">
                <w:pPr>
                  <w:spacing w:after="80"/>
                </w:pPr>
              </w:p>
            </w:sdtContent>
          </w:sdt>
        </w:tc>
      </w:tr>
      <w:tr w:rsidR="00C1393E" w14:paraId="065962EB" w14:textId="77777777" w:rsidTr="009F39C8">
        <w:tc>
          <w:tcPr>
            <w:tcW w:w="2129" w:type="dxa"/>
            <w:vAlign w:val="center"/>
          </w:tcPr>
          <w:p w14:paraId="528CBCCE" w14:textId="77777777" w:rsidR="00C1393E" w:rsidRDefault="00C1393E" w:rsidP="009F39C8">
            <w:pPr>
              <w:spacing w:after="80"/>
            </w:pPr>
            <w:r>
              <w:rPr>
                <w:sz w:val="16"/>
              </w:rPr>
              <w:t>Persistent refusal to follow instructions</w:t>
            </w:r>
          </w:p>
        </w:tc>
        <w:sdt>
          <w:sdtPr>
            <w:id w:val="652800735"/>
            <w14:checkbox>
              <w14:checked w14:val="0"/>
              <w14:checkedState w14:val="2612" w14:font="MS Gothic"/>
              <w14:uncheckedState w14:val="2610" w14:font="MS Gothic"/>
            </w14:checkbox>
          </w:sdtPr>
          <w:sdtEndPr/>
          <w:sdtContent>
            <w:tc>
              <w:tcPr>
                <w:tcW w:w="843" w:type="dxa"/>
                <w:vAlign w:val="center"/>
              </w:tcPr>
              <w:p w14:paraId="7C341322" w14:textId="609A3211" w:rsidR="00C1393E" w:rsidRDefault="007B4B53" w:rsidP="009F39C8">
                <w:pPr>
                  <w:spacing w:after="80"/>
                  <w:jc w:val="center"/>
                </w:pPr>
                <w:r>
                  <w:rPr>
                    <w:rFonts w:ascii="MS Gothic" w:eastAsia="MS Gothic" w:hAnsi="MS Gothic" w:hint="eastAsia"/>
                  </w:rPr>
                  <w:t>☐</w:t>
                </w:r>
              </w:p>
            </w:tc>
          </w:sdtContent>
        </w:sdt>
        <w:sdt>
          <w:sdtPr>
            <w:id w:val="-1353874405"/>
            <w14:checkbox>
              <w14:checked w14:val="0"/>
              <w14:checkedState w14:val="2612" w14:font="MS Gothic"/>
              <w14:uncheckedState w14:val="2610" w14:font="MS Gothic"/>
            </w14:checkbox>
          </w:sdtPr>
          <w:sdtEndPr/>
          <w:sdtContent>
            <w:tc>
              <w:tcPr>
                <w:tcW w:w="851" w:type="dxa"/>
                <w:vAlign w:val="center"/>
              </w:tcPr>
              <w:p w14:paraId="74CEF98F" w14:textId="25120FAB" w:rsidR="00C1393E" w:rsidRDefault="007B4B53" w:rsidP="009F39C8">
                <w:pPr>
                  <w:spacing w:after="80"/>
                  <w:jc w:val="center"/>
                </w:pPr>
                <w:r>
                  <w:rPr>
                    <w:rFonts w:ascii="MS Gothic" w:eastAsia="MS Gothic" w:hAnsi="MS Gothic" w:hint="eastAsia"/>
                  </w:rPr>
                  <w:t>☐</w:t>
                </w:r>
              </w:p>
            </w:tc>
          </w:sdtContent>
        </w:sdt>
        <w:sdt>
          <w:sdtPr>
            <w:id w:val="214710632"/>
            <w14:checkbox>
              <w14:checked w14:val="0"/>
              <w14:checkedState w14:val="2612" w14:font="MS Gothic"/>
              <w14:uncheckedState w14:val="2610" w14:font="MS Gothic"/>
            </w14:checkbox>
          </w:sdtPr>
          <w:sdtEndPr/>
          <w:sdtContent>
            <w:tc>
              <w:tcPr>
                <w:tcW w:w="850" w:type="dxa"/>
                <w:vAlign w:val="center"/>
              </w:tcPr>
              <w:p w14:paraId="4348C6AE" w14:textId="4783AB5E"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8"/>
              <w:id w:val="-1982999282"/>
              <w:lock w:val="sdtLocked"/>
            </w:sdtPr>
            <w:sdtEndPr/>
            <w:sdtContent>
              <w:p w14:paraId="59FAD20F" w14:textId="77777777" w:rsidR="00C1393E" w:rsidRDefault="0026037C" w:rsidP="009F39C8">
                <w:pPr>
                  <w:spacing w:after="80"/>
                </w:pPr>
              </w:p>
            </w:sdtContent>
          </w:sdt>
        </w:tc>
      </w:tr>
      <w:tr w:rsidR="00C1393E" w14:paraId="114419B4" w14:textId="77777777" w:rsidTr="009F39C8">
        <w:tc>
          <w:tcPr>
            <w:tcW w:w="2129" w:type="dxa"/>
            <w:vAlign w:val="center"/>
          </w:tcPr>
          <w:p w14:paraId="2E348034" w14:textId="77777777" w:rsidR="00C1393E" w:rsidRDefault="00C1393E" w:rsidP="009F39C8">
            <w:pPr>
              <w:spacing w:after="80"/>
            </w:pPr>
            <w:r>
              <w:rPr>
                <w:sz w:val="16"/>
              </w:rPr>
              <w:t>Sexually inappropriate behaviour</w:t>
            </w:r>
          </w:p>
        </w:tc>
        <w:sdt>
          <w:sdtPr>
            <w:id w:val="838729429"/>
            <w14:checkbox>
              <w14:checked w14:val="0"/>
              <w14:checkedState w14:val="2612" w14:font="MS Gothic"/>
              <w14:uncheckedState w14:val="2610" w14:font="MS Gothic"/>
            </w14:checkbox>
          </w:sdtPr>
          <w:sdtEndPr/>
          <w:sdtContent>
            <w:tc>
              <w:tcPr>
                <w:tcW w:w="843" w:type="dxa"/>
                <w:vAlign w:val="center"/>
              </w:tcPr>
              <w:p w14:paraId="2F271286" w14:textId="50BF1005" w:rsidR="00C1393E" w:rsidRDefault="007B4B53" w:rsidP="009F39C8">
                <w:pPr>
                  <w:spacing w:after="80"/>
                  <w:jc w:val="center"/>
                </w:pPr>
                <w:r>
                  <w:rPr>
                    <w:rFonts w:ascii="MS Gothic" w:eastAsia="MS Gothic" w:hAnsi="MS Gothic" w:hint="eastAsia"/>
                  </w:rPr>
                  <w:t>☐</w:t>
                </w:r>
              </w:p>
            </w:tc>
          </w:sdtContent>
        </w:sdt>
        <w:sdt>
          <w:sdtPr>
            <w:id w:val="1912573893"/>
            <w14:checkbox>
              <w14:checked w14:val="0"/>
              <w14:checkedState w14:val="2612" w14:font="MS Gothic"/>
              <w14:uncheckedState w14:val="2610" w14:font="MS Gothic"/>
            </w14:checkbox>
          </w:sdtPr>
          <w:sdtEndPr/>
          <w:sdtContent>
            <w:tc>
              <w:tcPr>
                <w:tcW w:w="851" w:type="dxa"/>
                <w:vAlign w:val="center"/>
              </w:tcPr>
              <w:p w14:paraId="08FE6B09" w14:textId="67129918" w:rsidR="00C1393E" w:rsidRDefault="007B4B53" w:rsidP="009F39C8">
                <w:pPr>
                  <w:spacing w:after="80"/>
                  <w:jc w:val="center"/>
                </w:pPr>
                <w:r>
                  <w:rPr>
                    <w:rFonts w:ascii="MS Gothic" w:eastAsia="MS Gothic" w:hAnsi="MS Gothic" w:hint="eastAsia"/>
                  </w:rPr>
                  <w:t>☐</w:t>
                </w:r>
              </w:p>
            </w:tc>
          </w:sdtContent>
        </w:sdt>
        <w:sdt>
          <w:sdtPr>
            <w:id w:val="-1920168143"/>
            <w14:checkbox>
              <w14:checked w14:val="0"/>
              <w14:checkedState w14:val="2612" w14:font="MS Gothic"/>
              <w14:uncheckedState w14:val="2610" w14:font="MS Gothic"/>
            </w14:checkbox>
          </w:sdtPr>
          <w:sdtEndPr/>
          <w:sdtContent>
            <w:tc>
              <w:tcPr>
                <w:tcW w:w="850" w:type="dxa"/>
                <w:vAlign w:val="center"/>
              </w:tcPr>
              <w:p w14:paraId="235CEF45" w14:textId="4BA1A115"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39"/>
              <w:id w:val="-189613059"/>
              <w:lock w:val="sdtLocked"/>
            </w:sdtPr>
            <w:sdtEndPr/>
            <w:sdtContent>
              <w:p w14:paraId="3F53E9FB" w14:textId="77777777" w:rsidR="00C1393E" w:rsidRDefault="0026037C" w:rsidP="009F39C8">
                <w:pPr>
                  <w:spacing w:after="80"/>
                </w:pPr>
              </w:p>
            </w:sdtContent>
          </w:sdt>
        </w:tc>
      </w:tr>
      <w:tr w:rsidR="00C1393E" w14:paraId="28720073" w14:textId="77777777" w:rsidTr="009F39C8">
        <w:tc>
          <w:tcPr>
            <w:tcW w:w="2129" w:type="dxa"/>
            <w:vAlign w:val="center"/>
          </w:tcPr>
          <w:p w14:paraId="7C9AC7DB" w14:textId="77777777" w:rsidR="00C1393E" w:rsidRDefault="00C1393E" w:rsidP="009F39C8">
            <w:pPr>
              <w:spacing w:after="80"/>
            </w:pPr>
            <w:r>
              <w:rPr>
                <w:sz w:val="16"/>
              </w:rPr>
              <w:t>Inappropriate use of social media or online technology</w:t>
            </w:r>
          </w:p>
        </w:tc>
        <w:sdt>
          <w:sdtPr>
            <w:id w:val="652405411"/>
            <w14:checkbox>
              <w14:checked w14:val="0"/>
              <w14:checkedState w14:val="2612" w14:font="MS Gothic"/>
              <w14:uncheckedState w14:val="2610" w14:font="MS Gothic"/>
            </w14:checkbox>
          </w:sdtPr>
          <w:sdtEndPr/>
          <w:sdtContent>
            <w:tc>
              <w:tcPr>
                <w:tcW w:w="843" w:type="dxa"/>
                <w:vAlign w:val="center"/>
              </w:tcPr>
              <w:p w14:paraId="58F228F9" w14:textId="65C68A75" w:rsidR="00C1393E" w:rsidRDefault="007B4B53" w:rsidP="009F39C8">
                <w:pPr>
                  <w:spacing w:after="80"/>
                  <w:jc w:val="center"/>
                </w:pPr>
                <w:r>
                  <w:rPr>
                    <w:rFonts w:ascii="MS Gothic" w:eastAsia="MS Gothic" w:hAnsi="MS Gothic" w:hint="eastAsia"/>
                  </w:rPr>
                  <w:t>☐</w:t>
                </w:r>
              </w:p>
            </w:tc>
          </w:sdtContent>
        </w:sdt>
        <w:sdt>
          <w:sdtPr>
            <w:id w:val="1949436836"/>
            <w14:checkbox>
              <w14:checked w14:val="0"/>
              <w14:checkedState w14:val="2612" w14:font="MS Gothic"/>
              <w14:uncheckedState w14:val="2610" w14:font="MS Gothic"/>
            </w14:checkbox>
          </w:sdtPr>
          <w:sdtEndPr/>
          <w:sdtContent>
            <w:tc>
              <w:tcPr>
                <w:tcW w:w="851" w:type="dxa"/>
                <w:vAlign w:val="center"/>
              </w:tcPr>
              <w:p w14:paraId="5D1AC194" w14:textId="6AAB8ED2" w:rsidR="00C1393E" w:rsidRDefault="007B4B53" w:rsidP="009F39C8">
                <w:pPr>
                  <w:spacing w:after="80"/>
                  <w:jc w:val="center"/>
                </w:pPr>
                <w:r>
                  <w:rPr>
                    <w:rFonts w:ascii="MS Gothic" w:eastAsia="MS Gothic" w:hAnsi="MS Gothic" w:hint="eastAsia"/>
                  </w:rPr>
                  <w:t>☐</w:t>
                </w:r>
              </w:p>
            </w:tc>
          </w:sdtContent>
        </w:sdt>
        <w:sdt>
          <w:sdtPr>
            <w:id w:val="-1280259519"/>
            <w14:checkbox>
              <w14:checked w14:val="0"/>
              <w14:checkedState w14:val="2612" w14:font="MS Gothic"/>
              <w14:uncheckedState w14:val="2610" w14:font="MS Gothic"/>
            </w14:checkbox>
          </w:sdtPr>
          <w:sdtEndPr/>
          <w:sdtContent>
            <w:tc>
              <w:tcPr>
                <w:tcW w:w="850" w:type="dxa"/>
                <w:vAlign w:val="center"/>
              </w:tcPr>
              <w:p w14:paraId="668144E6" w14:textId="43D201BD" w:rsidR="00C1393E" w:rsidRDefault="007B4B53" w:rsidP="009F39C8">
                <w:pPr>
                  <w:spacing w:after="80"/>
                  <w:jc w:val="center"/>
                </w:pPr>
                <w:r>
                  <w:rPr>
                    <w:rFonts w:ascii="MS Gothic" w:eastAsia="MS Gothic" w:hAnsi="MS Gothic" w:hint="eastAsia"/>
                  </w:rPr>
                  <w:t>☐</w:t>
                </w:r>
              </w:p>
            </w:tc>
          </w:sdtContent>
        </w:sdt>
        <w:tc>
          <w:tcPr>
            <w:tcW w:w="5973" w:type="dxa"/>
          </w:tcPr>
          <w:sdt>
            <w:sdtPr>
              <w:alias w:val="Information cell"/>
              <w:tag w:val="INFO_CELL_0040"/>
              <w:id w:val="1104767807"/>
              <w:lock w:val="sdtLocked"/>
            </w:sdtPr>
            <w:sdtEndPr/>
            <w:sdtContent>
              <w:p w14:paraId="083D083F" w14:textId="77777777" w:rsidR="00C1393E" w:rsidRDefault="0026037C" w:rsidP="009F39C8">
                <w:pPr>
                  <w:spacing w:after="80"/>
                </w:pPr>
              </w:p>
            </w:sdtContent>
          </w:sdt>
        </w:tc>
      </w:tr>
      <w:tr w:rsidR="00C1393E" w14:paraId="5F6F74C4" w14:textId="77777777" w:rsidTr="009F39C8">
        <w:tc>
          <w:tcPr>
            <w:tcW w:w="2129" w:type="dxa"/>
            <w:vAlign w:val="center"/>
          </w:tcPr>
          <w:p w14:paraId="38881205" w14:textId="77777777" w:rsidR="00C1393E" w:rsidRDefault="00C1393E" w:rsidP="009F39C8">
            <w:pPr>
              <w:spacing w:after="80"/>
            </w:pPr>
            <w:proofErr w:type="gramStart"/>
            <w:r>
              <w:rPr>
                <w:sz w:val="16"/>
              </w:rPr>
              <w:t>Other</w:t>
            </w:r>
            <w:proofErr w:type="gramEnd"/>
            <w:r>
              <w:rPr>
                <w:sz w:val="16"/>
              </w:rPr>
              <w:t xml:space="preserve"> significant risk</w:t>
            </w:r>
          </w:p>
        </w:tc>
        <w:sdt>
          <w:sdtPr>
            <w:id w:val="1762179644"/>
            <w14:checkbox>
              <w14:checked w14:val="0"/>
              <w14:checkedState w14:val="2612" w14:font="MS Gothic"/>
              <w14:uncheckedState w14:val="2610" w14:font="MS Gothic"/>
            </w14:checkbox>
          </w:sdtPr>
          <w:sdtEndPr/>
          <w:sdtContent>
            <w:tc>
              <w:tcPr>
                <w:tcW w:w="843" w:type="dxa"/>
                <w:vAlign w:val="center"/>
              </w:tcPr>
              <w:p w14:paraId="57282647" w14:textId="7523FADB" w:rsidR="00C1393E" w:rsidRDefault="007B4B53" w:rsidP="009F39C8">
                <w:pPr>
                  <w:spacing w:after="80"/>
                  <w:jc w:val="center"/>
                </w:pPr>
                <w:r>
                  <w:rPr>
                    <w:rFonts w:ascii="MS Gothic" w:eastAsia="MS Gothic" w:hAnsi="MS Gothic" w:hint="eastAsia"/>
                  </w:rPr>
                  <w:t>☐</w:t>
                </w:r>
              </w:p>
            </w:tc>
          </w:sdtContent>
        </w:sdt>
        <w:sdt>
          <w:sdtPr>
            <w:id w:val="-891799542"/>
            <w14:checkbox>
              <w14:checked w14:val="0"/>
              <w14:checkedState w14:val="2612" w14:font="MS Gothic"/>
              <w14:uncheckedState w14:val="2610" w14:font="MS Gothic"/>
            </w14:checkbox>
          </w:sdtPr>
          <w:sdtEndPr/>
          <w:sdtContent>
            <w:tc>
              <w:tcPr>
                <w:tcW w:w="851" w:type="dxa"/>
                <w:vAlign w:val="center"/>
              </w:tcPr>
              <w:p w14:paraId="3A51512D" w14:textId="186FDB50" w:rsidR="00C1393E" w:rsidRDefault="007B4B53" w:rsidP="009F39C8">
                <w:pPr>
                  <w:spacing w:after="80"/>
                  <w:jc w:val="center"/>
                </w:pPr>
                <w:r>
                  <w:rPr>
                    <w:rFonts w:ascii="MS Gothic" w:eastAsia="MS Gothic" w:hAnsi="MS Gothic" w:hint="eastAsia"/>
                  </w:rPr>
                  <w:t>☐</w:t>
                </w:r>
              </w:p>
            </w:tc>
          </w:sdtContent>
        </w:sdt>
        <w:sdt>
          <w:sdtPr>
            <w:id w:val="1795176436"/>
            <w14:checkbox>
              <w14:checked w14:val="0"/>
              <w14:checkedState w14:val="2612" w14:font="MS Gothic"/>
              <w14:uncheckedState w14:val="2610" w14:font="MS Gothic"/>
            </w14:checkbox>
          </w:sdtPr>
          <w:sdtEndPr/>
          <w:sdtContent>
            <w:tc>
              <w:tcPr>
                <w:tcW w:w="850" w:type="dxa"/>
                <w:vAlign w:val="center"/>
              </w:tcPr>
              <w:p w14:paraId="5CA40DF4" w14:textId="74C60D68" w:rsidR="00C1393E" w:rsidRDefault="007B4B53" w:rsidP="009F39C8">
                <w:pPr>
                  <w:spacing w:after="80"/>
                  <w:jc w:val="center"/>
                </w:pPr>
                <w:r>
                  <w:rPr>
                    <w:rFonts w:ascii="MS Gothic" w:eastAsia="MS Gothic" w:hAnsi="MS Gothic" w:hint="eastAsia"/>
                  </w:rPr>
                  <w:t>☐</w:t>
                </w:r>
              </w:p>
            </w:tc>
          </w:sdtContent>
        </w:sdt>
        <w:tc>
          <w:tcPr>
            <w:tcW w:w="5973" w:type="dxa"/>
          </w:tcPr>
          <w:p w14:paraId="7CE0A430" w14:textId="77777777" w:rsidR="00C1393E" w:rsidRDefault="00C1393E" w:rsidP="009F39C8">
            <w:pPr>
              <w:spacing w:after="80"/>
              <w:rPr>
                <w:i/>
                <w:iCs/>
                <w:color w:val="7F7F7F" w:themeColor="text1" w:themeTint="80"/>
                <w:sz w:val="16"/>
                <w:szCs w:val="20"/>
              </w:rPr>
            </w:pPr>
            <w:r w:rsidRPr="00C1393E">
              <w:rPr>
                <w:i/>
                <w:iCs/>
                <w:color w:val="7F7F7F" w:themeColor="text1" w:themeTint="80"/>
                <w:sz w:val="16"/>
                <w:szCs w:val="20"/>
              </w:rPr>
              <w:t>Please provide detail</w:t>
            </w:r>
            <w:r w:rsidR="007B4B53">
              <w:rPr>
                <w:i/>
                <w:iCs/>
                <w:color w:val="7F7F7F" w:themeColor="text1" w:themeTint="80"/>
                <w:sz w:val="16"/>
                <w:szCs w:val="20"/>
              </w:rPr>
              <w:t>s</w:t>
            </w:r>
          </w:p>
          <w:p w14:paraId="1CB824FB" w14:textId="7DB74611" w:rsidR="007B4B53" w:rsidRPr="00C1393E" w:rsidRDefault="007B4B53" w:rsidP="009F39C8">
            <w:pPr>
              <w:spacing w:after="80"/>
              <w:rPr>
                <w:i/>
                <w:iCs/>
              </w:rPr>
            </w:pPr>
          </w:p>
        </w:tc>
      </w:tr>
    </w:tbl>
    <w:p w14:paraId="3A69C66A" w14:textId="77777777" w:rsidR="00936643" w:rsidRDefault="00936643">
      <w:pPr>
        <w:spacing w:after="80"/>
        <w:rPr>
          <w:i/>
          <w:color w:val="555555"/>
          <w:sz w:val="17"/>
        </w:rPr>
      </w:pPr>
    </w:p>
    <w:p w14:paraId="48AFDAA0" w14:textId="77777777" w:rsidR="007B4B53" w:rsidRDefault="007B4B53">
      <w:pPr>
        <w:spacing w:after="80"/>
        <w:rPr>
          <w:i/>
          <w:color w:val="555555"/>
          <w:sz w:val="17"/>
        </w:rPr>
      </w:pPr>
    </w:p>
    <w:p w14:paraId="7A63D615" w14:textId="77777777" w:rsidR="00936643" w:rsidRDefault="00936643">
      <w:pPr>
        <w:spacing w:after="80"/>
      </w:pPr>
    </w:p>
    <w:p w14:paraId="28981D9A" w14:textId="77777777" w:rsidR="00C030DE" w:rsidRDefault="00C030DE"/>
    <w:tbl>
      <w:tblPr>
        <w:tblW w:w="0" w:type="auto"/>
        <w:jc w:val="center"/>
        <w:tblLook w:val="04A0" w:firstRow="1" w:lastRow="0" w:firstColumn="1" w:lastColumn="0" w:noHBand="0" w:noVBand="1"/>
      </w:tblPr>
      <w:tblGrid>
        <w:gridCol w:w="5323"/>
        <w:gridCol w:w="5323"/>
      </w:tblGrid>
      <w:tr w:rsidR="00C030DE" w14:paraId="2DF12E76" w14:textId="77777777">
        <w:trPr>
          <w:jc w:val="center"/>
        </w:trPr>
        <w:tc>
          <w:tcPr>
            <w:tcW w:w="5328"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6EB46074" w14:textId="77777777" w:rsidR="00C030DE" w:rsidRDefault="00591C25">
            <w:pPr>
              <w:spacing w:after="0"/>
            </w:pPr>
            <w:r>
              <w:rPr>
                <w:b/>
                <w:color w:val="0F243E"/>
                <w:sz w:val="17"/>
              </w:rPr>
              <w:t>Confidential Child Protection information available on request</w:t>
            </w:r>
          </w:p>
        </w:tc>
        <w:tc>
          <w:tcPr>
            <w:tcW w:w="5328"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1"/>
              <w:id w:val="-1240172189"/>
              <w:lock w:val="sdtLocked"/>
            </w:sdtPr>
            <w:sdtEndPr/>
            <w:sdtContent>
              <w:p w14:paraId="18E540BC" w14:textId="1D1A93AB" w:rsidR="00C030DE" w:rsidRPr="007B4B53" w:rsidRDefault="0026037C">
                <w:pPr>
                  <w:spacing w:after="0"/>
                  <w:rPr>
                    <w:color w:val="666666"/>
                    <w:sz w:val="17"/>
                  </w:rPr>
                </w:pPr>
                <w:sdt>
                  <w:sdtPr>
                    <w:rPr>
                      <w:color w:val="666666"/>
                      <w:sz w:val="17"/>
                    </w:rPr>
                    <w:id w:val="-1372760429"/>
                    <w14:checkbox>
                      <w14:checked w14:val="0"/>
                      <w14:checkedState w14:val="2612" w14:font="MS Gothic"/>
                      <w14:uncheckedState w14:val="2610" w14:font="MS Gothic"/>
                    </w14:checkbox>
                  </w:sdtPr>
                  <w:sdtEndPr/>
                  <w:sdtContent>
                    <w:r w:rsidR="000C05A4">
                      <w:rPr>
                        <w:rFonts w:ascii="MS Gothic" w:eastAsia="MS Gothic" w:hAnsi="MS Gothic" w:hint="eastAsia"/>
                        <w:color w:val="666666"/>
                        <w:sz w:val="17"/>
                      </w:rPr>
                      <w:t>☐</w:t>
                    </w:r>
                  </w:sdtContent>
                </w:sdt>
                <w:r w:rsidR="00591C25">
                  <w:rPr>
                    <w:color w:val="666666"/>
                    <w:sz w:val="17"/>
                  </w:rPr>
                  <w:t xml:space="preserve"> Yes   </w:t>
                </w:r>
                <w:sdt>
                  <w:sdtPr>
                    <w:rPr>
                      <w:color w:val="666666"/>
                      <w:sz w:val="17"/>
                    </w:rPr>
                    <w:id w:val="588057200"/>
                    <w14:checkbox>
                      <w14:checked w14:val="0"/>
                      <w14:checkedState w14:val="2612" w14:font="MS Gothic"/>
                      <w14:uncheckedState w14:val="2610" w14:font="MS Gothic"/>
                    </w14:checkbox>
                  </w:sdtPr>
                  <w:sdtEndPr/>
                  <w:sdtContent>
                    <w:r w:rsidR="000C05A4">
                      <w:rPr>
                        <w:rFonts w:ascii="MS Gothic" w:eastAsia="MS Gothic" w:hAnsi="MS Gothic" w:hint="eastAsia"/>
                        <w:color w:val="666666"/>
                        <w:sz w:val="17"/>
                      </w:rPr>
                      <w:t>☐</w:t>
                    </w:r>
                  </w:sdtContent>
                </w:sdt>
                <w:r w:rsidR="00591C25">
                  <w:rPr>
                    <w:color w:val="666666"/>
                    <w:sz w:val="17"/>
                  </w:rPr>
                  <w:t xml:space="preserve"> No</w:t>
                </w:r>
              </w:p>
            </w:sdtContent>
          </w:sdt>
        </w:tc>
      </w:tr>
    </w:tbl>
    <w:p w14:paraId="17F120DC" w14:textId="77777777" w:rsidR="00C030DE" w:rsidRDefault="00C030DE"/>
    <w:p w14:paraId="18864794" w14:textId="77777777" w:rsidR="00C030DE" w:rsidRDefault="00591C25">
      <w:pPr>
        <w:spacing w:before="160" w:after="60"/>
      </w:pPr>
      <w:r>
        <w:rPr>
          <w:b/>
          <w:color w:val="1F4E79"/>
          <w:sz w:val="26"/>
        </w:rPr>
        <w:t>5. Completion Details</w:t>
      </w:r>
    </w:p>
    <w:tbl>
      <w:tblPr>
        <w:tblW w:w="0" w:type="auto"/>
        <w:jc w:val="center"/>
        <w:tblLook w:val="04A0" w:firstRow="1" w:lastRow="0" w:firstColumn="1" w:lastColumn="0" w:noHBand="0" w:noVBand="1"/>
      </w:tblPr>
      <w:tblGrid>
        <w:gridCol w:w="1775"/>
        <w:gridCol w:w="1774"/>
        <w:gridCol w:w="1774"/>
        <w:gridCol w:w="1774"/>
        <w:gridCol w:w="1775"/>
        <w:gridCol w:w="1774"/>
      </w:tblGrid>
      <w:tr w:rsidR="00C030DE" w14:paraId="72144E8B" w14:textId="77777777">
        <w:trPr>
          <w:jc w:val="center"/>
        </w:trPr>
        <w:tc>
          <w:tcPr>
            <w:tcW w:w="177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7274C052" w14:textId="77777777" w:rsidR="00C030DE" w:rsidRDefault="00591C25">
            <w:pPr>
              <w:spacing w:after="0"/>
            </w:pPr>
            <w:r>
              <w:rPr>
                <w:b/>
                <w:color w:val="0F243E"/>
                <w:sz w:val="17"/>
              </w:rPr>
              <w:t>Completed by *</w:t>
            </w:r>
          </w:p>
        </w:tc>
        <w:tc>
          <w:tcPr>
            <w:tcW w:w="17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2"/>
              <w:id w:val="1934618141"/>
              <w:lock w:val="sdtLocked"/>
            </w:sdtPr>
            <w:sdtEndPr/>
            <w:sdtContent>
              <w:p w14:paraId="0402F58A" w14:textId="77777777" w:rsidR="00C030DE" w:rsidRDefault="0026037C">
                <w:pPr>
                  <w:spacing w:after="0"/>
                </w:pPr>
                <w:sdt>
                  <w:sdtPr>
                    <w:alias w:val="Information field"/>
                    <w:tag w:val="INFO_FIELD_0011"/>
                    <w:id w:val="846057048"/>
                    <w:lock w:val="sdtLocked"/>
                  </w:sdtPr>
                  <w:sdtEndPr/>
                  <w:sdtContent>
                    <w:r w:rsidR="00591C25">
                      <w:rPr>
                        <w:color w:val="666666"/>
                        <w:sz w:val="17"/>
                      </w:rPr>
                      <w:t>Click or tap here to enter text.</w:t>
                    </w:r>
                  </w:sdtContent>
                </w:sdt>
              </w:p>
            </w:sdtContent>
          </w:sdt>
        </w:tc>
        <w:tc>
          <w:tcPr>
            <w:tcW w:w="177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00926A68" w14:textId="77777777" w:rsidR="00C030DE" w:rsidRDefault="00591C25">
            <w:pPr>
              <w:spacing w:after="0"/>
            </w:pPr>
            <w:r>
              <w:rPr>
                <w:b/>
                <w:color w:val="0F243E"/>
                <w:sz w:val="17"/>
              </w:rPr>
              <w:t>Role / position *</w:t>
            </w:r>
          </w:p>
        </w:tc>
        <w:tc>
          <w:tcPr>
            <w:tcW w:w="17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3"/>
              <w:id w:val="-1978825510"/>
              <w:lock w:val="sdtLocked"/>
            </w:sdtPr>
            <w:sdtEndPr/>
            <w:sdtContent>
              <w:p w14:paraId="0C08BEE6" w14:textId="77777777" w:rsidR="00C030DE" w:rsidRDefault="0026037C">
                <w:pPr>
                  <w:spacing w:after="0"/>
                </w:pPr>
                <w:sdt>
                  <w:sdtPr>
                    <w:alias w:val="Information field"/>
                    <w:tag w:val="INFO_FIELD_0012"/>
                    <w:id w:val="877197439"/>
                    <w:lock w:val="sdtLocked"/>
                  </w:sdtPr>
                  <w:sdtEndPr/>
                  <w:sdtContent>
                    <w:r w:rsidR="00591C25">
                      <w:rPr>
                        <w:color w:val="666666"/>
                        <w:sz w:val="17"/>
                      </w:rPr>
                      <w:t>Click or tap here to enter text.</w:t>
                    </w:r>
                  </w:sdtContent>
                </w:sdt>
              </w:p>
            </w:sdtContent>
          </w:sdt>
        </w:tc>
        <w:tc>
          <w:tcPr>
            <w:tcW w:w="1776" w:type="dxa"/>
            <w:tcBorders>
              <w:top w:val="single" w:sz="4" w:space="0" w:color="A6A6A6"/>
              <w:left w:val="single" w:sz="4" w:space="0" w:color="A6A6A6"/>
              <w:bottom w:val="single" w:sz="4" w:space="0" w:color="A6A6A6"/>
              <w:right w:val="single" w:sz="4" w:space="0" w:color="A6A6A6"/>
            </w:tcBorders>
            <w:shd w:val="clear" w:color="auto" w:fill="D6EAF3"/>
            <w:tcMar>
              <w:top w:w="90" w:type="dxa"/>
              <w:left w:w="100" w:type="dxa"/>
              <w:bottom w:w="90" w:type="dxa"/>
              <w:right w:w="100" w:type="dxa"/>
            </w:tcMar>
            <w:vAlign w:val="center"/>
          </w:tcPr>
          <w:p w14:paraId="469029FD" w14:textId="77777777" w:rsidR="00C030DE" w:rsidRDefault="00591C25">
            <w:pPr>
              <w:spacing w:after="0"/>
            </w:pPr>
            <w:r>
              <w:rPr>
                <w:b/>
                <w:color w:val="0F243E"/>
                <w:sz w:val="17"/>
              </w:rPr>
              <w:t>Date completed *</w:t>
            </w:r>
          </w:p>
        </w:tc>
        <w:tc>
          <w:tcPr>
            <w:tcW w:w="1776" w:type="dxa"/>
            <w:tcBorders>
              <w:top w:val="single" w:sz="4" w:space="0" w:color="A6A6A6"/>
              <w:left w:val="single" w:sz="4" w:space="0" w:color="A6A6A6"/>
              <w:bottom w:val="single" w:sz="4" w:space="0" w:color="A6A6A6"/>
              <w:right w:val="single" w:sz="4" w:space="0" w:color="A6A6A6"/>
            </w:tcBorders>
            <w:tcMar>
              <w:top w:w="90" w:type="dxa"/>
              <w:left w:w="100" w:type="dxa"/>
              <w:bottom w:w="90" w:type="dxa"/>
              <w:right w:w="100" w:type="dxa"/>
            </w:tcMar>
            <w:vAlign w:val="center"/>
          </w:tcPr>
          <w:sdt>
            <w:sdtPr>
              <w:alias w:val="Information cell"/>
              <w:tag w:val="INFO_CELL_0044"/>
              <w:id w:val="97223054"/>
              <w:lock w:val="sdtLocked"/>
            </w:sdtPr>
            <w:sdtEndPr/>
            <w:sdtContent>
              <w:sdt>
                <w:sdtPr>
                  <w:rPr>
                    <w:color w:val="666666"/>
                    <w:sz w:val="17"/>
                  </w:rPr>
                  <w:id w:val="-1564481598"/>
                  <w:placeholder>
                    <w:docPart w:val="DefaultPlaceholder_-1854013437"/>
                  </w:placeholder>
                  <w:date>
                    <w:dateFormat w:val="dd/MM/yyyy"/>
                    <w:lid w:val="en-GB"/>
                    <w:storeMappedDataAs w:val="dateTime"/>
                    <w:calendar w:val="gregorian"/>
                  </w:date>
                </w:sdtPr>
                <w:sdtEndPr/>
                <w:sdtContent>
                  <w:p w14:paraId="23A7A93D" w14:textId="51E821A9" w:rsidR="00C030DE" w:rsidRDefault="00591C25">
                    <w:pPr>
                      <w:spacing w:after="0"/>
                    </w:pPr>
                    <w:r>
                      <w:rPr>
                        <w:color w:val="666666"/>
                        <w:sz w:val="17"/>
                      </w:rPr>
                      <w:t>Click or tap to enter date</w:t>
                    </w:r>
                  </w:p>
                </w:sdtContent>
              </w:sdt>
            </w:sdtContent>
          </w:sdt>
        </w:tc>
      </w:tr>
    </w:tbl>
    <w:p w14:paraId="10160BFB" w14:textId="77777777" w:rsidR="00C030DE" w:rsidRDefault="00C030DE"/>
    <w:tbl>
      <w:tblPr>
        <w:tblW w:w="0" w:type="auto"/>
        <w:jc w:val="center"/>
        <w:tblLook w:val="04A0" w:firstRow="1" w:lastRow="0" w:firstColumn="1" w:lastColumn="0" w:noHBand="0" w:noVBand="1"/>
      </w:tblPr>
      <w:tblGrid>
        <w:gridCol w:w="10646"/>
      </w:tblGrid>
      <w:tr w:rsidR="00C030DE" w14:paraId="128C831E" w14:textId="77777777">
        <w:trPr>
          <w:jc w:val="center"/>
        </w:trPr>
        <w:tc>
          <w:tcPr>
            <w:tcW w:w="10656" w:type="dxa"/>
            <w:tcBorders>
              <w:top w:val="single" w:sz="4" w:space="0" w:color="A6A6A6"/>
              <w:left w:val="single" w:sz="4" w:space="0" w:color="A6A6A6"/>
              <w:bottom w:val="single" w:sz="4" w:space="0" w:color="A6A6A6"/>
              <w:right w:val="single" w:sz="4" w:space="0" w:color="A6A6A6"/>
            </w:tcBorders>
            <w:shd w:val="clear" w:color="auto" w:fill="EAF3F8"/>
            <w:tcMar>
              <w:top w:w="90" w:type="dxa"/>
              <w:left w:w="100" w:type="dxa"/>
              <w:bottom w:w="90" w:type="dxa"/>
              <w:right w:w="100" w:type="dxa"/>
            </w:tcMar>
            <w:vAlign w:val="center"/>
          </w:tcPr>
          <w:p w14:paraId="38D65BCC" w14:textId="67B3B357" w:rsidR="000E491A" w:rsidRPr="000E491A" w:rsidRDefault="00591C25" w:rsidP="000E491A">
            <w:pPr>
              <w:spacing w:after="0"/>
              <w:jc w:val="center"/>
              <w:rPr>
                <w:b/>
                <w:sz w:val="24"/>
                <w:szCs w:val="32"/>
              </w:rPr>
            </w:pPr>
            <w:r w:rsidRPr="000E491A">
              <w:rPr>
                <w:b/>
                <w:color w:val="0F243E"/>
                <w:sz w:val="40"/>
                <w:szCs w:val="48"/>
              </w:rPr>
              <w:t xml:space="preserve">Please return this completed form </w:t>
            </w:r>
            <w:r w:rsidR="000E491A" w:rsidRPr="000E491A">
              <w:rPr>
                <w:b/>
                <w:color w:val="0F243E"/>
                <w:sz w:val="40"/>
                <w:szCs w:val="48"/>
              </w:rPr>
              <w:t xml:space="preserve">to: </w:t>
            </w:r>
            <w:r w:rsidR="000E491A" w:rsidRPr="006C7415">
              <w:rPr>
                <w:b/>
                <w:sz w:val="40"/>
                <w:szCs w:val="48"/>
                <w:u w:val="single"/>
              </w:rPr>
              <w:t>faplead@warwickshire.gov.uk</w:t>
            </w:r>
          </w:p>
        </w:tc>
      </w:tr>
    </w:tbl>
    <w:p w14:paraId="338EDFDB" w14:textId="77777777" w:rsidR="00591C25" w:rsidRDefault="00591C25" w:rsidP="000C05A4">
      <w:pPr>
        <w:jc w:val="center"/>
      </w:pPr>
    </w:p>
    <w:sectPr w:rsidR="00591C25" w:rsidSect="00034616">
      <w:footerReference w:type="default" r:id="rId8"/>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2F927" w14:textId="77777777" w:rsidR="0026037C" w:rsidRDefault="0026037C">
      <w:pPr>
        <w:spacing w:after="0" w:line="240" w:lineRule="auto"/>
      </w:pPr>
      <w:r>
        <w:separator/>
      </w:r>
    </w:p>
  </w:endnote>
  <w:endnote w:type="continuationSeparator" w:id="0">
    <w:p w14:paraId="582678EF" w14:textId="77777777" w:rsidR="0026037C" w:rsidRDefault="00260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510E" w14:textId="77777777" w:rsidR="00C030DE" w:rsidRDefault="00591C25">
    <w:pPr>
      <w:pStyle w:val="Footer"/>
      <w:jc w:val="center"/>
    </w:pPr>
    <w:r>
      <w:rPr>
        <w:color w:val="666666"/>
        <w:sz w:val="16"/>
      </w:rPr>
      <w:t xml:space="preserve">OFFICIAL - </w:t>
    </w:r>
    <w:proofErr w:type="gramStart"/>
    <w:r>
      <w:rPr>
        <w:color w:val="666666"/>
        <w:sz w:val="16"/>
      </w:rPr>
      <w:t>Sensitive  Alternative</w:t>
    </w:r>
    <w:proofErr w:type="gramEnd"/>
    <w:r>
      <w:rPr>
        <w:color w:val="666666"/>
        <w:sz w:val="16"/>
      </w:rPr>
      <w:t xml:space="preserve"> Provision Learner Information Form – September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8B03" w14:textId="77777777" w:rsidR="0026037C" w:rsidRDefault="0026037C">
      <w:pPr>
        <w:spacing w:after="0" w:line="240" w:lineRule="auto"/>
      </w:pPr>
      <w:r>
        <w:separator/>
      </w:r>
    </w:p>
  </w:footnote>
  <w:footnote w:type="continuationSeparator" w:id="0">
    <w:p w14:paraId="43B6711A" w14:textId="77777777" w:rsidR="0026037C" w:rsidRDefault="002603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52788241">
    <w:abstractNumId w:val="8"/>
  </w:num>
  <w:num w:numId="2" w16cid:durableId="1898324455">
    <w:abstractNumId w:val="6"/>
  </w:num>
  <w:num w:numId="3" w16cid:durableId="512885518">
    <w:abstractNumId w:val="5"/>
  </w:num>
  <w:num w:numId="4" w16cid:durableId="2096708175">
    <w:abstractNumId w:val="4"/>
  </w:num>
  <w:num w:numId="5" w16cid:durableId="108593698">
    <w:abstractNumId w:val="7"/>
  </w:num>
  <w:num w:numId="6" w16cid:durableId="1323700778">
    <w:abstractNumId w:val="3"/>
  </w:num>
  <w:num w:numId="7" w16cid:durableId="931086102">
    <w:abstractNumId w:val="2"/>
  </w:num>
  <w:num w:numId="8" w16cid:durableId="90325138">
    <w:abstractNumId w:val="1"/>
  </w:num>
  <w:num w:numId="9" w16cid:durableId="191033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44E"/>
    <w:rsid w:val="000C05A4"/>
    <w:rsid w:val="000E491A"/>
    <w:rsid w:val="00146D01"/>
    <w:rsid w:val="0015074B"/>
    <w:rsid w:val="0026037C"/>
    <w:rsid w:val="0029639D"/>
    <w:rsid w:val="00326F90"/>
    <w:rsid w:val="003C75E8"/>
    <w:rsid w:val="004C4521"/>
    <w:rsid w:val="004D3024"/>
    <w:rsid w:val="00591C25"/>
    <w:rsid w:val="006C7415"/>
    <w:rsid w:val="00787B6B"/>
    <w:rsid w:val="007B4B53"/>
    <w:rsid w:val="00885A94"/>
    <w:rsid w:val="008874D4"/>
    <w:rsid w:val="00936643"/>
    <w:rsid w:val="00996834"/>
    <w:rsid w:val="00AA1D8D"/>
    <w:rsid w:val="00B47730"/>
    <w:rsid w:val="00C030DE"/>
    <w:rsid w:val="00C07187"/>
    <w:rsid w:val="00C1393E"/>
    <w:rsid w:val="00CB0664"/>
    <w:rsid w:val="00D6524F"/>
    <w:rsid w:val="00D869E9"/>
    <w:rsid w:val="00E219A1"/>
    <w:rsid w:val="00F540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E80197"/>
  <w14:defaultImageDpi w14:val="300"/>
  <w15:docId w15:val="{FC7EE52E-0AE2-4934-A78F-B92EC9A3F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D869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705DAAE-44C9-4584-91A5-F0FD0BF04495}"/>
      </w:docPartPr>
      <w:docPartBody>
        <w:p w:rsidR="0025354B" w:rsidRDefault="0067674B">
          <w:r w:rsidRPr="00BF2F5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4B"/>
    <w:rsid w:val="0025354B"/>
    <w:rsid w:val="005515EF"/>
    <w:rsid w:val="0067674B"/>
    <w:rsid w:val="00787B6B"/>
    <w:rsid w:val="0099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674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ervice Document" ma:contentTypeID="0x010100C50F05A7ED30F54294ADC2B50AFA98D1007401A7997FEAC246A665D993F052148C" ma:contentTypeVersion="18" ma:contentTypeDescription="Custom service document" ma:contentTypeScope="" ma:versionID="ef602bb177a9fc578c54f7151fea196a">
  <xsd:schema xmlns:xsd="http://www.w3.org/2001/XMLSchema" xmlns:xs="http://www.w3.org/2001/XMLSchema" xmlns:p="http://schemas.microsoft.com/office/2006/metadata/properties" xmlns:ns2="78a9e8ab-f1c3-4d40-985a-93fd8ee92998" xmlns:ns3="0effdf57-8945-4ab5-a2a1-b358091f1326" targetNamespace="http://schemas.microsoft.com/office/2006/metadata/properties" ma:root="true" ma:fieldsID="51f784a8bba6c8519af9acf13adcd8ed" ns2:_="" ns3:_="">
    <xsd:import namespace="78a9e8ab-f1c3-4d40-985a-93fd8ee92998"/>
    <xsd:import namespace="0effdf57-8945-4ab5-a2a1-b358091f1326"/>
    <xsd:element name="properties">
      <xsd:complexType>
        <xsd:sequence>
          <xsd:element name="documentManagement">
            <xsd:complexType>
              <xsd:all>
                <xsd:element ref="ns2:_dlc_DocId" minOccurs="0"/>
                <xsd:element ref="ns2:_dlc_DocIdUrl" minOccurs="0"/>
                <xsd:element ref="ns2:_dlc_DocIdPersistId" minOccurs="0"/>
                <xsd:element ref="ns2:Retention" minOccurs="0"/>
                <xsd:element ref="ns2:DocumentStatus"/>
                <xsd:element ref="ns2:IsPublicDocument" minOccurs="0"/>
                <xsd:element ref="ns2:PublicDocumentUrl" minOccurs="0"/>
                <xsd:element ref="ns2:DisposalDate" minOccurs="0"/>
                <xsd:element ref="ns2:ffccade9da8a475ab8f1c108c3e23718" minOccurs="0"/>
                <xsd:element ref="ns2:TaxCatchAll" minOccurs="0"/>
                <xsd:element ref="ns2:TaxCatchAllLabel" minOccurs="0"/>
                <xsd:element ref="ns2:kedb2ff0ca1e408a99ab642b77c963a5" minOccurs="0"/>
                <xsd:element ref="ns2:m6f1b19d255b4c43ac68d7531f76a7f7" minOccurs="0"/>
                <xsd:element ref="ns2:gfbd317b6d45488ba6923c9499396db1" minOccurs="0"/>
                <xsd:element ref="ns2:l9b9e22c36cb44fca76c18eb4ce001f3" minOccurs="0"/>
                <xsd:element ref="ns2:f36226996675478285decb82353bbd3c"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9e8ab-f1c3-4d40-985a-93fd8ee929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etention" ma:index="11" nillable="true" ma:displayName="Retention" ma:default="2" ma:format="Dropdown" ma:internalName="Retention">
      <xsd:simpleType>
        <xsd:restriction base="dms:Choice">
          <xsd:enumeration value="2"/>
          <xsd:enumeration value="4"/>
          <xsd:enumeration value="10"/>
          <xsd:enumeration value="14"/>
          <xsd:enumeration value="50"/>
          <xsd:enumeration value="100"/>
        </xsd:restriction>
      </xsd:simpleType>
    </xsd:element>
    <xsd:element name="DocumentStatus" ma:index="12" ma:displayName="Document Status" ma:default="Active" ma:format="Dropdown" ma:internalName="DocumentStatus">
      <xsd:simpleType>
        <xsd:restriction base="dms:Choice">
          <xsd:enumeration value="Active"/>
          <xsd:enumeration value="Archive"/>
        </xsd:restriction>
      </xsd:simpleType>
    </xsd:element>
    <xsd:element name="IsPublicDocument" ma:index="13" nillable="true" ma:displayName="Is Public Document" ma:default="0" ma:internalName="IsPublicDocument">
      <xsd:simpleType>
        <xsd:restriction base="dms:Boolean"/>
      </xsd:simpleType>
    </xsd:element>
    <xsd:element name="PublicDocumentUrl" ma:index="14" nillable="true" ma:displayName="Public Document Url" ma:format="Hyperlink" ma:internalName="PublicDocumentUrl">
      <xsd:complexType>
        <xsd:complexContent>
          <xsd:extension base="dms:URL">
            <xsd:sequence>
              <xsd:element name="Url" type="dms:ValidUrl" minOccurs="0" nillable="true"/>
              <xsd:element name="Description" type="xsd:string" nillable="true"/>
            </xsd:sequence>
          </xsd:extension>
        </xsd:complexContent>
      </xsd:complexType>
    </xsd:element>
    <xsd:element name="DisposalDate" ma:index="15" nillable="true" ma:displayName="Disposal Date" ma:format="DateOnly" ma:internalName="DisposalDate">
      <xsd:simpleType>
        <xsd:restriction base="dms:DateTime"/>
      </xsd:simpleType>
    </xsd:element>
    <xsd:element name="ffccade9da8a475ab8f1c108c3e23718" ma:index="16" nillable="true" ma:taxonomy="true" ma:internalName="ffccade9da8a475ab8f1c108c3e23718" ma:taxonomyFieldName="WCCKeywords" ma:displayName="WCC Keywords" ma:readOnly="false" ma:default="" ma:fieldId="{ffccade9-da8a-475a-b8f1-c108c3e23718}" ma:taxonomyMulti="true" ma:sspId="3c45229e-f6e3-48e4-a132-9a8ab844bf52" ma:termSetId="568ed3e8-ebec-44f0-8274-1f9935843ef4" ma:anchorId="00000000-0000-0000-0000-000000000000" ma:open="true" ma:isKeyword="false">
      <xsd:complexType>
        <xsd:sequence>
          <xsd:element ref="pc:Terms" minOccurs="0" maxOccurs="1"/>
        </xsd:sequence>
      </xsd:complexType>
    </xsd:element>
    <xsd:element name="TaxCatchAll" ma:index="17" nillable="true" ma:displayName="Taxonomy Catch All Column" ma:hidden="true" ma:list="{02d2cac1-487a-4314-8907-db117cd8f355}" ma:internalName="TaxCatchAll" ma:showField="CatchAllData"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2d2cac1-487a-4314-8907-db117cd8f355}" ma:internalName="TaxCatchAllLabel" ma:readOnly="true" ma:showField="CatchAllDataLabel"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kedb2ff0ca1e408a99ab642b77c963a5" ma:index="20" ma:taxonomy="true" ma:internalName="kedb2ff0ca1e408a99ab642b77c963a5" ma:taxonomyFieldName="DocumentType" ma:displayName="Document Type" ma:default="9;#Standard|960ba701-3380-41b5-9bb0-3b6b58c1499e" ma:fieldId="{4edb2ff0-ca1e-408a-99ab-642b77c963a5}" ma:sspId="3c45229e-f6e3-48e4-a132-9a8ab844bf52" ma:termSetId="4c7cbf5b-2f37-45e9-9505-66c06b484fa9" ma:anchorId="1c0b3c5a-4fe6-493a-a3f8-00d416eaee13" ma:open="false" ma:isKeyword="false">
      <xsd:complexType>
        <xsd:sequence>
          <xsd:element ref="pc:Terms" minOccurs="0" maxOccurs="1"/>
        </xsd:sequence>
      </xsd:complexType>
    </xsd:element>
    <xsd:element name="m6f1b19d255b4c43ac68d7531f76a7f7" ma:index="22" ma:taxonomy="true" ma:internalName="m6f1b19d255b4c43ac68d7531f76a7f7" ma:taxonomyFieldName="ProtectiveMarking" ma:displayName="Protective Marking" ma:default="10;#Internal|8465cde6-4b72-409e-b614-8b2710298596" ma:fieldId="{66f1b19d-255b-4c43-ac68-d7531f76a7f7}" ma:sspId="3c45229e-f6e3-48e4-a132-9a8ab844bf52" ma:termSetId="b85a5083-0c1f-4ed1-96f9-f69f7a74ae76" ma:anchorId="00000000-0000-0000-0000-000000000000" ma:open="true" ma:isKeyword="false">
      <xsd:complexType>
        <xsd:sequence>
          <xsd:element ref="pc:Terms" minOccurs="0" maxOccurs="1"/>
        </xsd:sequence>
      </xsd:complexType>
    </xsd:element>
    <xsd:element name="gfbd317b6d45488ba6923c9499396db1" ma:index="24" nillable="true" ma:taxonomy="true" ma:internalName="gfbd317b6d45488ba6923c9499396db1" ma:taxonomyFieldName="WCCCoverage" ma:displayName="WCC Coverage" ma:default="" ma:fieldId="{0fbd317b-6d45-488b-a692-3c9499396db1}" ma:sspId="3c45229e-f6e3-48e4-a132-9a8ab844bf52" ma:termSetId="36b77bd1-2a0b-4c27-bc94-2ef379a2d059" ma:anchorId="00000000-0000-0000-0000-000000000000" ma:open="false" ma:isKeyword="false">
      <xsd:complexType>
        <xsd:sequence>
          <xsd:element ref="pc:Terms" minOccurs="0" maxOccurs="1"/>
        </xsd:sequence>
      </xsd:complexType>
    </xsd:element>
    <xsd:element name="l9b9e22c36cb44fca76c18eb4ce001f3" ma:index="26" ma:taxonomy="true" ma:internalName="l9b9e22c36cb44fca76c18eb4ce001f3" ma:taxonomyFieldName="WCCLanguage" ma:displayName="WCC Language" ma:default="11;#English|748e06bf-4d1a-4a4c-bcd9-5803f35d29e0" ma:fieldId="{59b9e22c-36cb-44fc-a76c-18eb4ce001f3}" ma:sspId="3c45229e-f6e3-48e4-a132-9a8ab844bf52" ma:termSetId="e2c544b9-e557-4b34-89fc-be38f6be3038" ma:anchorId="00000000-0000-0000-0000-000000000000" ma:open="true" ma:isKeyword="false">
      <xsd:complexType>
        <xsd:sequence>
          <xsd:element ref="pc:Terms" minOccurs="0" maxOccurs="1"/>
        </xsd:sequence>
      </xsd:complexType>
    </xsd:element>
    <xsd:element name="f36226996675478285decb82353bbd3c" ma:index="28" nillable="true" ma:taxonomy="true" ma:internalName="f36226996675478285decb82353bbd3c" ma:taxonomyFieldName="WCCSubject" ma:displayName="WCC Subject" ma:default="" ma:fieldId="{f3622699-6675-4782-85de-cb82353bbd3c}" ma:sspId="3c45229e-f6e3-48e4-a132-9a8ab844bf52" ma:termSetId="52df33d5-23b5-4507-b40a-dd717a04df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ffdf57-8945-4ab5-a2a1-b358091f1326"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36226996675478285decb82353bbd3c xmlns="78a9e8ab-f1c3-4d40-985a-93fd8ee92998">
      <Terms xmlns="http://schemas.microsoft.com/office/infopath/2007/PartnerControls">
        <TermInfo xmlns="http://schemas.microsoft.com/office/infopath/2007/PartnerControls">
          <TermName xmlns="http://schemas.microsoft.com/office/infopath/2007/PartnerControls">Schools</TermName>
          <TermId xmlns="http://schemas.microsoft.com/office/infopath/2007/PartnerControls">59951fdc-414b-4f08-99e8-dbd2ac37cc35</TermId>
        </TermInfo>
      </Terms>
    </f36226996675478285decb82353bbd3c>
    <DisposalDate xmlns="78a9e8ab-f1c3-4d40-985a-93fd8ee92998" xsi:nil="true"/>
    <l9b9e22c36cb44fca76c18eb4ce001f3 xmlns="78a9e8ab-f1c3-4d40-985a-93fd8ee92998">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748e06bf-4d1a-4a4c-bcd9-5803f35d29e0</TermId>
        </TermInfo>
      </Terms>
    </l9b9e22c36cb44fca76c18eb4ce001f3>
    <PublicDocumentUrl xmlns="78a9e8ab-f1c3-4d40-985a-93fd8ee92998">
      <Url xsi:nil="true"/>
      <Description xsi:nil="true"/>
    </PublicDocumentUrl>
    <DocumentStatus xmlns="78a9e8ab-f1c3-4d40-985a-93fd8ee92998">Active</DocumentStatus>
    <gfbd317b6d45488ba6923c9499396db1 xmlns="78a9e8ab-f1c3-4d40-985a-93fd8ee92998">
      <Terms xmlns="http://schemas.microsoft.com/office/infopath/2007/PartnerControls"/>
    </gfbd317b6d45488ba6923c9499396db1>
    <m6f1b19d255b4c43ac68d7531f76a7f7 xmlns="78a9e8ab-f1c3-4d40-985a-93fd8ee92998">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d3c6ebfc-cc52-4ccb-bc46-feaefa0989f8</TermId>
        </TermInfo>
      </Terms>
    </m6f1b19d255b4c43ac68d7531f76a7f7>
    <kedb2ff0ca1e408a99ab642b77c963a5 xmlns="78a9e8ab-f1c3-4d40-985a-93fd8ee92998">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b79b62e4-8458-4ff1-b8ac-04c9a33f254f</TermId>
        </TermInfo>
      </Terms>
    </kedb2ff0ca1e408a99ab642b77c963a5>
    <ffccade9da8a475ab8f1c108c3e23718 xmlns="78a9e8ab-f1c3-4d40-985a-93fd8ee92998">
      <Terms xmlns="http://schemas.microsoft.com/office/infopath/2007/PartnerControls"/>
    </ffccade9da8a475ab8f1c108c3e23718>
    <IsPublicDocument xmlns="78a9e8ab-f1c3-4d40-985a-93fd8ee92998">true</IsPublicDocument>
    <Retention xmlns="78a9e8ab-f1c3-4d40-985a-93fd8ee92998">2</Retention>
    <TaxCatchAll xmlns="78a9e8ab-f1c3-4d40-985a-93fd8ee92998">
      <Value>13</Value>
      <Value>19</Value>
      <Value>11</Value>
      <Value>16</Value>
    </TaxCatchAll>
    <_dlc_DocId xmlns="78a9e8ab-f1c3-4d40-985a-93fd8ee92998">WCCC-555761535-903</_dlc_DocId>
    <_dlc_DocIdUrl xmlns="78a9e8ab-f1c3-4d40-985a-93fd8ee92998">
      <Url>https://warwickshiregovuk.sharepoint.com/sites/edrm-SLP/_layouts/15/DocIdRedir.aspx?ID=WCCC-555761535-903</Url>
      <Description>WCCC-555761535-903</Description>
    </_dlc_DocIdUrl>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FFEF958-E2B3-4B96-B217-3F97E123459B}"/>
</file>

<file path=customXml/itemProps3.xml><?xml version="1.0" encoding="utf-8"?>
<ds:datastoreItem xmlns:ds="http://schemas.openxmlformats.org/officeDocument/2006/customXml" ds:itemID="{C757D957-CB77-4806-A50E-6D97B2DB6014}"/>
</file>

<file path=customXml/itemProps4.xml><?xml version="1.0" encoding="utf-8"?>
<ds:datastoreItem xmlns:ds="http://schemas.openxmlformats.org/officeDocument/2006/customXml" ds:itemID="{0EFBE367-FDB1-4274-8C87-1CEFD991C3E8}"/>
</file>

<file path=customXml/itemProps5.xml><?xml version="1.0" encoding="utf-8"?>
<ds:datastoreItem xmlns:ds="http://schemas.openxmlformats.org/officeDocument/2006/customXml" ds:itemID="{B4D2F1A2-D777-4676-9E70-E1AD078AD893}"/>
</file>

<file path=docProps/app.xml><?xml version="1.0" encoding="utf-8"?>
<Properties xmlns="http://schemas.openxmlformats.org/officeDocument/2006/extended-properties" xmlns:vt="http://schemas.openxmlformats.org/officeDocument/2006/docPropsVTypes">
  <Template>Normal.dotm</Template>
  <TotalTime>1</TotalTime>
  <Pages>3</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 LIF September 2026</dc:title>
  <dc:subject>Alternative Provision Learner Information Form</dc:subject>
  <dc:creator>Andrew Macfarlane</dc:creator>
  <cp:keywords/>
  <dc:description>generated by python-docx</dc:description>
  <cp:lastModifiedBy>Stephen Height</cp:lastModifiedBy>
  <cp:revision>2</cp:revision>
  <dcterms:created xsi:type="dcterms:W3CDTF">2026-08-21T10:22:00Z</dcterms:created>
  <dcterms:modified xsi:type="dcterms:W3CDTF">2026-08-21T10:22:00Z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6b19e8-2c77-4a55-a785-fc370c1920f6_Enabled">
    <vt:lpwstr>true</vt:lpwstr>
  </property>
  <property fmtid="{D5CDD505-2E9C-101B-9397-08002B2CF9AE}" pid="3" name="MSIP_Label_5a6b19e8-2c77-4a55-a785-fc370c1920f6_SetDate">
    <vt:lpwstr>2026-08-07T11:00:34Z</vt:lpwstr>
  </property>
  <property fmtid="{D5CDD505-2E9C-101B-9397-08002B2CF9AE}" pid="4" name="MSIP_Label_5a6b19e8-2c77-4a55-a785-fc370c1920f6_Method">
    <vt:lpwstr>Standard</vt:lpwstr>
  </property>
  <property fmtid="{D5CDD505-2E9C-101B-9397-08002B2CF9AE}" pid="5" name="MSIP_Label_5a6b19e8-2c77-4a55-a785-fc370c1920f6_Name">
    <vt:lpwstr>OFFICIAL - Sensitive</vt:lpwstr>
  </property>
  <property fmtid="{D5CDD505-2E9C-101B-9397-08002B2CF9AE}" pid="6" name="MSIP_Label_5a6b19e8-2c77-4a55-a785-fc370c1920f6_SiteId">
    <vt:lpwstr>88b0aa06-5927-4bbb-a893-89cc2713ac82</vt:lpwstr>
  </property>
  <property fmtid="{D5CDD505-2E9C-101B-9397-08002B2CF9AE}" pid="7" name="MSIP_Label_5a6b19e8-2c77-4a55-a785-fc370c1920f6_ActionId">
    <vt:lpwstr>4ccc6190-311e-476c-8ab2-94f708a026af</vt:lpwstr>
  </property>
  <property fmtid="{D5CDD505-2E9C-101B-9397-08002B2CF9AE}" pid="8" name="MSIP_Label_5a6b19e8-2c77-4a55-a785-fc370c1920f6_ContentBits">
    <vt:lpwstr>0</vt:lpwstr>
  </property>
  <property fmtid="{D5CDD505-2E9C-101B-9397-08002B2CF9AE}" pid="9" name="ContentTypeId">
    <vt:lpwstr>0x010100C50F05A7ED30F54294ADC2B50AFA98D1007401A7997FEAC246A665D993F052148C</vt:lpwstr>
  </property>
  <property fmtid="{D5CDD505-2E9C-101B-9397-08002B2CF9AE}" pid="10" name="_dlc_DocIdItemGuid">
    <vt:lpwstr>1c6d94ba-f0bc-43c8-b69b-0b8d749cf2a3</vt:lpwstr>
  </property>
  <property fmtid="{D5CDD505-2E9C-101B-9397-08002B2CF9AE}" pid="11" name="DocumentType">
    <vt:lpwstr>16;#Form|b79b62e4-8458-4ff1-b8ac-04c9a33f254f</vt:lpwstr>
  </property>
  <property fmtid="{D5CDD505-2E9C-101B-9397-08002B2CF9AE}" pid="12" name="ProtectiveMarking">
    <vt:lpwstr>13;#Public|d3c6ebfc-cc52-4ccb-bc46-feaefa0989f8</vt:lpwstr>
  </property>
  <property fmtid="{D5CDD505-2E9C-101B-9397-08002B2CF9AE}" pid="13" name="WCCLanguage">
    <vt:lpwstr>11;#English|748e06bf-4d1a-4a4c-bcd9-5803f35d29e0</vt:lpwstr>
  </property>
  <property fmtid="{D5CDD505-2E9C-101B-9397-08002B2CF9AE}" pid="14" name="WCCCoverage">
    <vt:lpwstr/>
  </property>
  <property fmtid="{D5CDD505-2E9C-101B-9397-08002B2CF9AE}" pid="15" name="WCCKeywords">
    <vt:lpwstr/>
  </property>
  <property fmtid="{D5CDD505-2E9C-101B-9397-08002B2CF9AE}" pid="16" name="WCCSubject">
    <vt:lpwstr>19;#Schools|59951fdc-414b-4f08-99e8-dbd2ac37cc35</vt:lpwstr>
  </property>
</Properties>
</file>